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5BFD9" w14:textId="163FEA52" w:rsidR="007018A5" w:rsidRDefault="00000000">
      <w:pPr>
        <w:pStyle w:val="1"/>
        <w:rPr>
          <w:lang w:eastAsia="ko-KR"/>
        </w:rPr>
      </w:pPr>
      <w:r>
        <w:rPr>
          <w:lang w:eastAsia="ko-KR"/>
        </w:rPr>
        <w:t>입찰공고문</w:t>
      </w:r>
    </w:p>
    <w:p w14:paraId="280D8F8C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1. </w:t>
      </w:r>
      <w:proofErr w:type="spellStart"/>
      <w:r>
        <w:rPr>
          <w:lang w:eastAsia="ko-KR"/>
        </w:rPr>
        <w:t>공고명</w:t>
      </w:r>
      <w:proofErr w:type="spellEnd"/>
    </w:p>
    <w:p w14:paraId="2B48ABAD" w14:textId="5D299C94" w:rsidR="007018A5" w:rsidRDefault="0072617D">
      <w:pPr>
        <w:rPr>
          <w:lang w:eastAsia="ko-KR"/>
        </w:rPr>
      </w:pPr>
      <w:r>
        <w:rPr>
          <w:rFonts w:ascii="맑은 고딕" w:eastAsia="맑은 고딕" w:hAnsi="맑은 고딕" w:cs="맑은 고딕" w:hint="eastAsia"/>
          <w:sz w:val="21"/>
          <w:lang w:eastAsia="ko-KR"/>
        </w:rPr>
        <w:t>재조합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단백질</w:t>
      </w:r>
      <w:r>
        <w:rPr>
          <w:sz w:val="21"/>
          <w:lang w:eastAsia="ko-KR"/>
        </w:rPr>
        <w:t xml:space="preserve">(sGal-9) </w:t>
      </w:r>
      <w:r>
        <w:rPr>
          <w:sz w:val="21"/>
          <w:lang w:eastAsia="ko-KR"/>
        </w:rPr>
        <w:t>액상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개발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안정성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</w:t>
      </w:r>
    </w:p>
    <w:p w14:paraId="1DEEE012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2. </w:t>
      </w:r>
      <w:r>
        <w:rPr>
          <w:lang w:eastAsia="ko-KR"/>
        </w:rPr>
        <w:t>발주기관</w:t>
      </w:r>
    </w:p>
    <w:p w14:paraId="7016CC4E" w14:textId="77777777" w:rsidR="007018A5" w:rsidRDefault="00000000">
      <w:pPr>
        <w:rPr>
          <w:lang w:eastAsia="ko-KR"/>
        </w:rPr>
      </w:pPr>
      <w:r>
        <w:rPr>
          <w:sz w:val="21"/>
          <w:lang w:eastAsia="ko-KR"/>
        </w:rPr>
        <w:t>㈜</w:t>
      </w:r>
      <w:proofErr w:type="spellStart"/>
      <w:r>
        <w:rPr>
          <w:sz w:val="21"/>
          <w:lang w:eastAsia="ko-KR"/>
        </w:rPr>
        <w:t>지바이오로직스</w:t>
      </w:r>
      <w:proofErr w:type="spellEnd"/>
    </w:p>
    <w:p w14:paraId="35A8CE43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계약방법</w:t>
      </w:r>
    </w:p>
    <w:p w14:paraId="27FDB8FB" w14:textId="77777777" w:rsidR="007018A5" w:rsidRDefault="00000000">
      <w:pPr>
        <w:rPr>
          <w:lang w:eastAsia="ko-KR"/>
        </w:rPr>
      </w:pPr>
      <w:r>
        <w:rPr>
          <w:sz w:val="21"/>
          <w:lang w:eastAsia="ko-KR"/>
        </w:rPr>
        <w:t>일반경쟁입찰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>)</w:t>
      </w:r>
    </w:p>
    <w:p w14:paraId="4BAE4A74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4. </w:t>
      </w:r>
      <w:r>
        <w:rPr>
          <w:lang w:eastAsia="ko-KR"/>
        </w:rPr>
        <w:t>사업기간</w:t>
      </w:r>
    </w:p>
    <w:p w14:paraId="786B12BD" w14:textId="77777777" w:rsidR="007018A5" w:rsidRDefault="00000000">
      <w:pPr>
        <w:rPr>
          <w:lang w:eastAsia="ko-KR"/>
        </w:rPr>
      </w:pPr>
      <w:r>
        <w:rPr>
          <w:sz w:val="21"/>
          <w:lang w:eastAsia="ko-KR"/>
        </w:rPr>
        <w:t>계약체결일로부터</w:t>
      </w:r>
      <w:r>
        <w:rPr>
          <w:sz w:val="21"/>
          <w:lang w:eastAsia="ko-KR"/>
        </w:rPr>
        <w:t xml:space="preserve"> 4</w:t>
      </w:r>
      <w:r>
        <w:rPr>
          <w:sz w:val="21"/>
          <w:lang w:eastAsia="ko-KR"/>
        </w:rPr>
        <w:t>개월</w:t>
      </w:r>
    </w:p>
    <w:p w14:paraId="3EBACB41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5. </w:t>
      </w:r>
      <w:r>
        <w:rPr>
          <w:lang w:eastAsia="ko-KR"/>
        </w:rPr>
        <w:t>기초금액</w:t>
      </w:r>
    </w:p>
    <w:p w14:paraId="1F145A5A" w14:textId="77777777" w:rsidR="007018A5" w:rsidRDefault="00000000">
      <w:pPr>
        <w:rPr>
          <w:lang w:eastAsia="ko-KR"/>
        </w:rPr>
      </w:pPr>
      <w:r>
        <w:rPr>
          <w:sz w:val="21"/>
          <w:lang w:eastAsia="ko-KR"/>
        </w:rPr>
        <w:t>금</w:t>
      </w:r>
      <w:r>
        <w:rPr>
          <w:sz w:val="21"/>
          <w:lang w:eastAsia="ko-KR"/>
        </w:rPr>
        <w:t>110,000,000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 xml:space="preserve">(VAT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>)</w:t>
      </w:r>
    </w:p>
    <w:p w14:paraId="6ADAEB16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6. </w:t>
      </w:r>
      <w:r>
        <w:rPr>
          <w:lang w:eastAsia="ko-KR"/>
        </w:rPr>
        <w:t>참가자격</w:t>
      </w:r>
    </w:p>
    <w:p w14:paraId="6B799444" w14:textId="77777777" w:rsidR="007018A5" w:rsidRDefault="00000000">
      <w:pPr>
        <w:rPr>
          <w:lang w:eastAsia="ko-KR"/>
        </w:rPr>
      </w:pPr>
      <w:proofErr w:type="spellStart"/>
      <w:r>
        <w:rPr>
          <w:sz w:val="21"/>
          <w:lang w:eastAsia="ko-KR"/>
        </w:rPr>
        <w:t>바이오의약품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제형개발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연구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기관</w:t>
      </w:r>
    </w:p>
    <w:p w14:paraId="3239D67C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7. </w:t>
      </w:r>
      <w:r>
        <w:rPr>
          <w:lang w:eastAsia="ko-KR"/>
        </w:rPr>
        <w:t>낙찰자</w:t>
      </w:r>
      <w:r>
        <w:rPr>
          <w:lang w:eastAsia="ko-KR"/>
        </w:rPr>
        <w:t xml:space="preserve"> </w:t>
      </w:r>
      <w:r>
        <w:rPr>
          <w:lang w:eastAsia="ko-KR"/>
        </w:rPr>
        <w:t>결정</w:t>
      </w:r>
    </w:p>
    <w:p w14:paraId="6FE62E88" w14:textId="2D62C650" w:rsidR="007018A5" w:rsidRDefault="00000000">
      <w:pPr>
        <w:rPr>
          <w:lang w:eastAsia="ko-KR"/>
        </w:rPr>
      </w:pPr>
      <w:r>
        <w:rPr>
          <w:sz w:val="21"/>
          <w:lang w:eastAsia="ko-KR"/>
        </w:rPr>
        <w:t>기술평가</w:t>
      </w:r>
      <w:r>
        <w:rPr>
          <w:sz w:val="21"/>
          <w:lang w:eastAsia="ko-KR"/>
        </w:rPr>
        <w:t xml:space="preserve"> </w:t>
      </w:r>
      <w:r w:rsidR="0072617D">
        <w:rPr>
          <w:rFonts w:eastAsia="맑은 고딕" w:hint="eastAsia"/>
          <w:sz w:val="21"/>
          <w:lang w:eastAsia="ko-KR"/>
        </w:rPr>
        <w:t>7</w:t>
      </w:r>
      <w:r>
        <w:rPr>
          <w:sz w:val="21"/>
          <w:lang w:eastAsia="ko-KR"/>
        </w:rPr>
        <w:t>0</w:t>
      </w:r>
      <w:r>
        <w:rPr>
          <w:sz w:val="21"/>
          <w:lang w:eastAsia="ko-KR"/>
        </w:rPr>
        <w:t>점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가격평가</w:t>
      </w:r>
      <w:r>
        <w:rPr>
          <w:sz w:val="21"/>
          <w:lang w:eastAsia="ko-KR"/>
        </w:rPr>
        <w:t xml:space="preserve"> </w:t>
      </w:r>
      <w:r w:rsidR="0072617D">
        <w:rPr>
          <w:rFonts w:eastAsia="맑은 고딕" w:hint="eastAsia"/>
          <w:sz w:val="21"/>
          <w:lang w:eastAsia="ko-KR"/>
        </w:rPr>
        <w:t>3</w:t>
      </w:r>
      <w:r>
        <w:rPr>
          <w:sz w:val="21"/>
          <w:lang w:eastAsia="ko-KR"/>
        </w:rPr>
        <w:t>0</w:t>
      </w:r>
      <w:r>
        <w:rPr>
          <w:sz w:val="21"/>
          <w:lang w:eastAsia="ko-KR"/>
        </w:rPr>
        <w:t>점</w:t>
      </w:r>
    </w:p>
    <w:p w14:paraId="6C940F4A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8. </w:t>
      </w:r>
      <w:r>
        <w:rPr>
          <w:lang w:eastAsia="ko-KR"/>
        </w:rPr>
        <w:t>제출서류</w:t>
      </w:r>
    </w:p>
    <w:p w14:paraId="071B7BB4" w14:textId="77777777" w:rsidR="007018A5" w:rsidRDefault="00000000">
      <w:pPr>
        <w:rPr>
          <w:lang w:eastAsia="ko-KR"/>
        </w:rPr>
      </w:pP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가격제안서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사업자등록증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유사실적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참여인력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</w:p>
    <w:p w14:paraId="44655892" w14:textId="77777777" w:rsidR="007018A5" w:rsidRDefault="00000000">
      <w:pPr>
        <w:pStyle w:val="21"/>
        <w:rPr>
          <w:lang w:eastAsia="ko-KR"/>
        </w:rPr>
      </w:pPr>
      <w:r>
        <w:rPr>
          <w:lang w:eastAsia="ko-KR"/>
        </w:rPr>
        <w:t xml:space="preserve">9. </w:t>
      </w:r>
      <w:r>
        <w:rPr>
          <w:lang w:eastAsia="ko-KR"/>
        </w:rPr>
        <w:t>기타</w:t>
      </w:r>
    </w:p>
    <w:p w14:paraId="7F03AB02" w14:textId="77777777" w:rsidR="007018A5" w:rsidRDefault="00000000">
      <w:pPr>
        <w:rPr>
          <w:lang w:eastAsia="ko-KR"/>
        </w:rPr>
      </w:pPr>
      <w:r>
        <w:rPr>
          <w:sz w:val="21"/>
          <w:lang w:eastAsia="ko-KR"/>
        </w:rPr>
        <w:t>세부사항은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과업지시서에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따름</w:t>
      </w:r>
      <w:r>
        <w:rPr>
          <w:sz w:val="21"/>
          <w:lang w:eastAsia="ko-KR"/>
        </w:rPr>
        <w:t>.</w:t>
      </w:r>
    </w:p>
    <w:sectPr w:rsidR="007018A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38BA8" w14:textId="77777777" w:rsidR="00392BD5" w:rsidRDefault="00392BD5" w:rsidP="0072617D">
      <w:pPr>
        <w:spacing w:after="0" w:line="240" w:lineRule="auto"/>
      </w:pPr>
      <w:r>
        <w:separator/>
      </w:r>
    </w:p>
  </w:endnote>
  <w:endnote w:type="continuationSeparator" w:id="0">
    <w:p w14:paraId="2B1403DB" w14:textId="77777777" w:rsidR="00392BD5" w:rsidRDefault="00392BD5" w:rsidP="00726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760C8" w14:textId="77777777" w:rsidR="00392BD5" w:rsidRDefault="00392BD5" w:rsidP="0072617D">
      <w:pPr>
        <w:spacing w:after="0" w:line="240" w:lineRule="auto"/>
      </w:pPr>
      <w:r>
        <w:separator/>
      </w:r>
    </w:p>
  </w:footnote>
  <w:footnote w:type="continuationSeparator" w:id="0">
    <w:p w14:paraId="422B7238" w14:textId="77777777" w:rsidR="00392BD5" w:rsidRDefault="00392BD5" w:rsidP="00726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24737">
    <w:abstractNumId w:val="8"/>
  </w:num>
  <w:num w:numId="2" w16cid:durableId="570044360">
    <w:abstractNumId w:val="6"/>
  </w:num>
  <w:num w:numId="3" w16cid:durableId="974216665">
    <w:abstractNumId w:val="5"/>
  </w:num>
  <w:num w:numId="4" w16cid:durableId="413818891">
    <w:abstractNumId w:val="4"/>
  </w:num>
  <w:num w:numId="5" w16cid:durableId="18900378">
    <w:abstractNumId w:val="7"/>
  </w:num>
  <w:num w:numId="6" w16cid:durableId="1469978088">
    <w:abstractNumId w:val="3"/>
  </w:num>
  <w:num w:numId="7" w16cid:durableId="1996488967">
    <w:abstractNumId w:val="2"/>
  </w:num>
  <w:num w:numId="8" w16cid:durableId="89546935">
    <w:abstractNumId w:val="1"/>
  </w:num>
  <w:num w:numId="9" w16cid:durableId="7362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92BD5"/>
    <w:rsid w:val="00431A8F"/>
    <w:rsid w:val="005607B6"/>
    <w:rsid w:val="007018A5"/>
    <w:rsid w:val="0072617D"/>
    <w:rsid w:val="009D5345"/>
    <w:rsid w:val="00AA1D8D"/>
    <w:rsid w:val="00B47730"/>
    <w:rsid w:val="00C06210"/>
    <w:rsid w:val="00C8375F"/>
    <w:rsid w:val="00CB0664"/>
    <w:rsid w:val="00F419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3FF388"/>
  <w14:defaultImageDpi w14:val="300"/>
  <w15:docId w15:val="{15776629-4B2B-4D81-967E-BE7FE4EFD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조 시형</cp:lastModifiedBy>
  <cp:revision>4</cp:revision>
  <dcterms:created xsi:type="dcterms:W3CDTF">2026-07-14T09:21:00Z</dcterms:created>
  <dcterms:modified xsi:type="dcterms:W3CDTF">2026-07-16T00:17:00Z</dcterms:modified>
  <cp:category/>
</cp:coreProperties>
</file>