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80C0D" w:rsidRDefault="00625AC3" w14:paraId="08170511" w14:textId="77777777">
      <w:pPr/>
      <w:r w:rsidRPr="6D52296D" w:rsidR="00625AC3">
        <w:rPr>
          <w:sz w:val="22"/>
          <w:szCs w:val="22"/>
          <w:lang w:eastAsia="ko-KR"/>
        </w:rPr>
        <w:t>한국여성의집</w:t>
      </w:r>
      <w:r w:rsidRPr="6D52296D" w:rsidR="00625AC3">
        <w:rPr>
          <w:sz w:val="22"/>
          <w:szCs w:val="22"/>
          <w:lang w:eastAsia="ko-KR"/>
        </w:rPr>
        <w:t xml:space="preserve"> 공고 제2026-01호</w:t>
      </w:r>
    </w:p>
    <w:p w:rsidR="6D52296D" w:rsidP="6D52296D" w:rsidRDefault="6D52296D" w14:paraId="2C564DDB" w14:textId="3B44FEBE">
      <w:pPr>
        <w:rPr>
          <w:sz w:val="22"/>
          <w:szCs w:val="22"/>
          <w:lang w:eastAsia="ko-KR"/>
        </w:rPr>
      </w:pPr>
    </w:p>
    <w:p w:rsidR="00280C0D" w:rsidRDefault="00625AC3" w14:paraId="762A197D" w14:textId="77777777">
      <w:pPr>
        <w:spacing w:after="40"/>
        <w:jc w:val="center"/>
        <w:rPr>
          <w:lang w:eastAsia="ko-KR"/>
        </w:rPr>
      </w:pPr>
      <w:r>
        <w:rPr>
          <w:b/>
          <w:sz w:val="32"/>
          <w:lang w:eastAsia="ko-KR"/>
        </w:rPr>
        <w:t xml:space="preserve">[긴급] </w:t>
      </w:r>
      <w:proofErr w:type="spellStart"/>
      <w:r>
        <w:rPr>
          <w:b/>
          <w:sz w:val="32"/>
          <w:lang w:eastAsia="ko-KR"/>
        </w:rPr>
        <w:t>한국여성의집</w:t>
      </w:r>
      <w:proofErr w:type="spellEnd"/>
      <w:r>
        <w:rPr>
          <w:b/>
          <w:sz w:val="32"/>
          <w:lang w:eastAsia="ko-KR"/>
        </w:rPr>
        <w:t xml:space="preserve"> 대수선공사 (건축 · 기계설비)</w:t>
      </w:r>
    </w:p>
    <w:p w:rsidR="00280C0D" w:rsidRDefault="00625AC3" w14:paraId="4820D914" w14:textId="77777777">
      <w:pPr>
        <w:spacing w:after="240"/>
        <w:jc w:val="center"/>
        <w:rPr>
          <w:lang w:eastAsia="ko-KR"/>
        </w:rPr>
      </w:pPr>
      <w:r>
        <w:rPr>
          <w:b/>
          <w:sz w:val="32"/>
          <w:lang w:eastAsia="ko-KR"/>
        </w:rPr>
        <w:t>입 찰 공 고</w:t>
      </w:r>
    </w:p>
    <w:p w:rsidR="00280C0D" w:rsidRDefault="00625AC3" w14:paraId="2F34BA18" w14:textId="77777777">
      <w:pPr>
        <w:spacing w:after="120"/>
        <w:jc w:val="center"/>
        <w:rPr>
          <w:lang w:eastAsia="ko-KR"/>
        </w:rPr>
      </w:pPr>
      <w:proofErr w:type="gramStart"/>
      <w:r>
        <w:rPr>
          <w:b/>
          <w:lang w:eastAsia="ko-KR"/>
        </w:rPr>
        <w:t>&lt; 이</w:t>
      </w:r>
      <w:proofErr w:type="gramEnd"/>
      <w:r>
        <w:rPr>
          <w:b/>
          <w:lang w:eastAsia="ko-KR"/>
        </w:rPr>
        <w:t xml:space="preserve"> 계약은 청렴계약제가 </w:t>
      </w:r>
      <w:proofErr w:type="gramStart"/>
      <w:r>
        <w:rPr>
          <w:b/>
          <w:lang w:eastAsia="ko-KR"/>
        </w:rPr>
        <w:t>적용됩니다 &gt;</w:t>
      </w:r>
      <w:proofErr w:type="gramEnd"/>
    </w:p>
    <w:p w:rsidR="00280C0D" w:rsidRDefault="00625AC3" w14:paraId="14D3FECB" w14:textId="77777777">
      <w:pPr>
        <w:spacing w:after="80"/>
        <w:jc w:val="both"/>
        <w:rPr>
          <w:lang w:eastAsia="ko-KR"/>
        </w:rPr>
      </w:pPr>
      <w:proofErr w:type="spellStart"/>
      <w:r>
        <w:rPr>
          <w:lang w:eastAsia="ko-KR"/>
        </w:rPr>
        <w:t>한국여성의집은</w:t>
      </w:r>
      <w:proofErr w:type="spellEnd"/>
      <w:r>
        <w:rPr>
          <w:lang w:eastAsia="ko-KR"/>
        </w:rPr>
        <w:t xml:space="preserve"> 청렴계약제도의 철저한 이행을 통하여 맑고 깨끗한 계약문화를 조성하고, 건설산업의 건전한 발전 및 국가경쟁력을 높이기 위해 노력하고 있습니다.</w:t>
      </w:r>
    </w:p>
    <w:p w:rsidR="00280C0D" w:rsidRDefault="00625AC3" w14:paraId="23E25D95" w14:textId="77777777">
      <w:pPr>
        <w:spacing w:after="240"/>
        <w:jc w:val="both"/>
        <w:rPr>
          <w:lang w:eastAsia="ko-KR"/>
        </w:rPr>
      </w:pPr>
      <w:r>
        <w:rPr>
          <w:lang w:eastAsia="ko-KR"/>
        </w:rPr>
        <w:t>◈ 본 계약은 「지방자치단체를 당사자로 하는 계약에 관한 법률」 제6조의2에 따른 청렴계약제가 적용됩니다. 입찰자는 반드시 입찰서 제출 시 아래의 청렴계약서에 관한 내용을 숙지·승낙하여야 하며, 동 내용을 위반한 경우 발주기관의 조치에 대하여 어떠한 이의도 제기할 수 없습니다.</w:t>
      </w:r>
    </w:p>
    <w:p w:rsidR="00280C0D" w:rsidRDefault="00625AC3" w14:paraId="3E2CDA92" w14:textId="77777777">
      <w:pPr>
        <w:spacing w:after="120"/>
        <w:rPr>
          <w:lang w:eastAsia="ko-KR"/>
        </w:rPr>
      </w:pPr>
      <w:r>
        <w:rPr>
          <w:b/>
          <w:sz w:val="24"/>
          <w:lang w:eastAsia="ko-KR"/>
        </w:rPr>
        <w:t>1. 입찰에 부치는 사항</w:t>
      </w:r>
    </w:p>
    <w:p w:rsidR="00280C0D" w:rsidP="00E03C2D" w:rsidRDefault="00625AC3" w14:paraId="59C9EAC7" w14:textId="77777777">
      <w:pPr>
        <w:spacing w:after="80"/>
        <w:jc w:val="both"/>
        <w:rPr>
          <w:lang w:eastAsia="ko-KR"/>
        </w:rPr>
      </w:pPr>
      <w:r>
        <w:rPr>
          <w:lang w:eastAsia="ko-KR"/>
        </w:rPr>
        <w:t xml:space="preserve">1.1. </w:t>
      </w:r>
      <w:proofErr w:type="gramStart"/>
      <w:r>
        <w:rPr>
          <w:lang w:eastAsia="ko-KR"/>
        </w:rPr>
        <w:t>발주기관 :</w:t>
      </w:r>
      <w:proofErr w:type="gramEnd"/>
      <w:r>
        <w:rPr>
          <w:lang w:eastAsia="ko-KR"/>
        </w:rPr>
        <w:t xml:space="preserve"> </w:t>
      </w:r>
      <w:proofErr w:type="spellStart"/>
      <w:r>
        <w:rPr>
          <w:lang w:eastAsia="ko-KR"/>
        </w:rPr>
        <w:t>한국여성의집</w:t>
      </w:r>
      <w:proofErr w:type="spellEnd"/>
    </w:p>
    <w:p w:rsidR="00280C0D" w:rsidP="00E03C2D" w:rsidRDefault="00625AC3" w14:paraId="3240C908" w14:textId="77777777">
      <w:pPr>
        <w:spacing w:after="80"/>
        <w:jc w:val="both"/>
        <w:rPr>
          <w:lang w:eastAsia="ko-KR"/>
        </w:rPr>
      </w:pPr>
      <w:r>
        <w:rPr>
          <w:lang w:eastAsia="ko-KR"/>
        </w:rPr>
        <w:t xml:space="preserve">1.2. </w:t>
      </w:r>
      <w:proofErr w:type="spellStart"/>
      <w:proofErr w:type="gramStart"/>
      <w:r>
        <w:rPr>
          <w:lang w:eastAsia="ko-KR"/>
        </w:rPr>
        <w:t>공사명</w:t>
      </w:r>
      <w:proofErr w:type="spellEnd"/>
      <w:r>
        <w:rPr>
          <w:lang w:eastAsia="ko-KR"/>
        </w:rPr>
        <w:t xml:space="preserve"> :</w:t>
      </w:r>
      <w:proofErr w:type="gramEnd"/>
      <w:r>
        <w:rPr>
          <w:lang w:eastAsia="ko-KR"/>
        </w:rPr>
        <w:t xml:space="preserve"> </w:t>
      </w:r>
      <w:proofErr w:type="spellStart"/>
      <w:r>
        <w:rPr>
          <w:lang w:eastAsia="ko-KR"/>
        </w:rPr>
        <w:t>한국여성의집</w:t>
      </w:r>
      <w:proofErr w:type="spellEnd"/>
      <w:r>
        <w:rPr>
          <w:lang w:eastAsia="ko-KR"/>
        </w:rPr>
        <w:t xml:space="preserve"> 대수선공사 (건축 · 기계설비)</w:t>
      </w:r>
    </w:p>
    <w:p w:rsidRPr="004E007C" w:rsidR="00280C0D" w:rsidP="00E03C2D" w:rsidRDefault="00625AC3" w14:paraId="7A6D1198" w14:textId="25A13578">
      <w:pPr>
        <w:spacing w:after="80"/>
        <w:jc w:val="both"/>
        <w:rPr>
          <w:color w:val="000000" w:themeColor="text1"/>
          <w:lang w:eastAsia="ko-KR"/>
        </w:rPr>
      </w:pPr>
      <w:r>
        <w:rPr>
          <w:lang w:eastAsia="ko-KR"/>
        </w:rPr>
        <w:t xml:space="preserve">1.3. </w:t>
      </w:r>
      <w:proofErr w:type="gramStart"/>
      <w:r>
        <w:rPr>
          <w:lang w:eastAsia="ko-KR"/>
        </w:rPr>
        <w:t xml:space="preserve">공사유형 </w:t>
      </w:r>
      <w:r w:rsidRPr="004E007C">
        <w:rPr>
          <w:color w:val="000000" w:themeColor="text1"/>
          <w:lang w:eastAsia="ko-KR"/>
        </w:rPr>
        <w:t>:</w:t>
      </w:r>
      <w:proofErr w:type="gramEnd"/>
      <w:r w:rsidRPr="004E007C">
        <w:rPr>
          <w:color w:val="000000" w:themeColor="text1"/>
          <w:lang w:eastAsia="ko-KR"/>
        </w:rPr>
        <w:t xml:space="preserve"> </w:t>
      </w:r>
      <w:r w:rsidRPr="00775CB8" w:rsidR="003D6E5D">
        <w:rPr>
          <w:rFonts w:hint="eastAsia"/>
          <w:b/>
          <w:bCs/>
          <w:color w:val="0070C0"/>
          <w:lang w:eastAsia="ko-KR"/>
        </w:rPr>
        <w:t>유지보수공사</w:t>
      </w:r>
      <w:r w:rsidRPr="00775CB8">
        <w:rPr>
          <w:b/>
          <w:bCs/>
          <w:color w:val="0070C0"/>
          <w:lang w:eastAsia="ko-KR"/>
        </w:rPr>
        <w:t xml:space="preserve"> (종합공사)</w:t>
      </w:r>
    </w:p>
    <w:p w:rsidR="00280C0D" w:rsidP="00E03C2D" w:rsidRDefault="00625AC3" w14:paraId="4548DE51" w14:textId="77777777">
      <w:pPr>
        <w:spacing w:after="80"/>
        <w:jc w:val="both"/>
        <w:rPr>
          <w:lang w:eastAsia="ko-KR"/>
        </w:rPr>
      </w:pPr>
      <w:r>
        <w:rPr>
          <w:lang w:eastAsia="ko-KR"/>
        </w:rPr>
        <w:t xml:space="preserve">     ※ 「건축법」 제2조제1항제9호에 따른 대수선으로, 대수선허가 및 「</w:t>
      </w:r>
      <w:proofErr w:type="spellStart"/>
      <w:r>
        <w:rPr>
          <w:lang w:eastAsia="ko-KR"/>
        </w:rPr>
        <w:t>건축물관리법」에</w:t>
      </w:r>
      <w:proofErr w:type="spellEnd"/>
      <w:r>
        <w:rPr>
          <w:lang w:eastAsia="ko-KR"/>
        </w:rPr>
        <w:t xml:space="preserve"> 따른 해체허가 대상 공사임</w:t>
      </w:r>
    </w:p>
    <w:p w:rsidR="00280C0D" w:rsidP="00E03C2D" w:rsidRDefault="00625AC3" w14:paraId="1785AB0F" w14:textId="77777777">
      <w:pPr>
        <w:spacing w:after="80"/>
        <w:jc w:val="both"/>
        <w:rPr>
          <w:lang w:eastAsia="ko-KR"/>
        </w:rPr>
      </w:pPr>
      <w:r>
        <w:rPr>
          <w:lang w:eastAsia="ko-KR"/>
        </w:rPr>
        <w:t xml:space="preserve">1.4. </w:t>
      </w:r>
      <w:proofErr w:type="gramStart"/>
      <w:r>
        <w:rPr>
          <w:lang w:eastAsia="ko-KR"/>
        </w:rPr>
        <w:t>공사현장 :</w:t>
      </w:r>
      <w:proofErr w:type="gramEnd"/>
      <w:r>
        <w:rPr>
          <w:lang w:eastAsia="ko-KR"/>
        </w:rPr>
        <w:t xml:space="preserve"> 서울특별시 마포구 </w:t>
      </w:r>
      <w:proofErr w:type="spellStart"/>
      <w:r>
        <w:rPr>
          <w:lang w:eastAsia="ko-KR"/>
        </w:rPr>
        <w:t>성미산로</w:t>
      </w:r>
      <w:proofErr w:type="spellEnd"/>
      <w:r>
        <w:rPr>
          <w:lang w:eastAsia="ko-KR"/>
        </w:rPr>
        <w:t>19길 63 (연남동 481-21)</w:t>
      </w:r>
    </w:p>
    <w:p w:rsidR="00280C0D" w:rsidP="00E03C2D" w:rsidRDefault="00625AC3" w14:paraId="7E002BEC" w14:textId="77777777">
      <w:pPr>
        <w:spacing w:after="80"/>
        <w:jc w:val="both"/>
        <w:rPr>
          <w:lang w:eastAsia="ko-KR"/>
        </w:rPr>
      </w:pPr>
      <w:r>
        <w:rPr>
          <w:lang w:eastAsia="ko-KR"/>
        </w:rPr>
        <w:t xml:space="preserve">1.5. </w:t>
      </w:r>
      <w:proofErr w:type="gramStart"/>
      <w:r>
        <w:rPr>
          <w:lang w:eastAsia="ko-KR"/>
        </w:rPr>
        <w:t>건물규모 :</w:t>
      </w:r>
      <w:proofErr w:type="gramEnd"/>
      <w:r>
        <w:rPr>
          <w:lang w:eastAsia="ko-KR"/>
        </w:rPr>
        <w:t xml:space="preserve"> 지하1층 ~ 지상2층, 연면적 397.07㎡</w:t>
      </w:r>
    </w:p>
    <w:p w:rsidR="00280C0D" w:rsidP="00E03C2D" w:rsidRDefault="00625AC3" w14:paraId="67A1F5E4" w14:textId="77777777">
      <w:pPr>
        <w:spacing w:after="80"/>
        <w:jc w:val="both"/>
        <w:rPr>
          <w:lang w:eastAsia="ko-KR"/>
        </w:rPr>
      </w:pPr>
      <w:r>
        <w:rPr>
          <w:lang w:eastAsia="ko-KR"/>
        </w:rPr>
        <w:t xml:space="preserve">1.6. </w:t>
      </w:r>
      <w:proofErr w:type="gramStart"/>
      <w:r>
        <w:rPr>
          <w:lang w:eastAsia="ko-KR"/>
        </w:rPr>
        <w:t>공사기간 :</w:t>
      </w:r>
      <w:proofErr w:type="gramEnd"/>
      <w:r>
        <w:rPr>
          <w:lang w:eastAsia="ko-KR"/>
        </w:rPr>
        <w:t xml:space="preserve"> 착공일부터 150일</w:t>
      </w:r>
    </w:p>
    <w:p w:rsidR="00280C0D" w:rsidP="00E03C2D" w:rsidRDefault="00625AC3" w14:paraId="4B632117" w14:textId="77777777">
      <w:pPr>
        <w:spacing w:after="80"/>
        <w:jc w:val="both"/>
        <w:rPr>
          <w:lang w:eastAsia="ko-KR"/>
        </w:rPr>
      </w:pPr>
      <w:r>
        <w:rPr>
          <w:lang w:eastAsia="ko-KR"/>
        </w:rPr>
        <w:t>1.7. 공사내용</w:t>
      </w:r>
    </w:p>
    <w:p w:rsidR="00280C0D" w:rsidP="00E03C2D" w:rsidRDefault="00625AC3" w14:paraId="34F95376" w14:textId="77777777">
      <w:pPr>
        <w:spacing w:after="80"/>
        <w:jc w:val="both"/>
        <w:rPr>
          <w:lang w:eastAsia="ko-KR"/>
        </w:rPr>
      </w:pPr>
      <w:r>
        <w:rPr>
          <w:lang w:eastAsia="ko-KR"/>
        </w:rPr>
        <w:t xml:space="preserve">○ 주 공 </w:t>
      </w:r>
      <w:proofErr w:type="gramStart"/>
      <w:r>
        <w:rPr>
          <w:lang w:eastAsia="ko-KR"/>
        </w:rPr>
        <w:t>종 :</w:t>
      </w:r>
      <w:proofErr w:type="gramEnd"/>
      <w:r>
        <w:rPr>
          <w:lang w:eastAsia="ko-KR"/>
        </w:rPr>
        <w:t xml:space="preserve"> 건축공사업</w:t>
      </w:r>
    </w:p>
    <w:p w:rsidR="00280C0D" w:rsidP="00E03C2D" w:rsidRDefault="00625AC3" w14:paraId="5C03A31E" w14:textId="77777777">
      <w:pPr>
        <w:spacing w:after="80"/>
        <w:jc w:val="both"/>
        <w:rPr>
          <w:lang w:eastAsia="ko-KR"/>
        </w:rPr>
      </w:pPr>
      <w:r>
        <w:rPr>
          <w:lang w:eastAsia="ko-KR"/>
        </w:rPr>
        <w:t xml:space="preserve">○ </w:t>
      </w:r>
      <w:proofErr w:type="gramStart"/>
      <w:r>
        <w:rPr>
          <w:lang w:eastAsia="ko-KR"/>
        </w:rPr>
        <w:t>공사개요 :</w:t>
      </w:r>
      <w:proofErr w:type="gramEnd"/>
      <w:r>
        <w:rPr>
          <w:lang w:eastAsia="ko-KR"/>
        </w:rPr>
        <w:t xml:space="preserve"> 여성복지시설 대수선공사 (건축, 기계설비 — 냉난방 포함)</w:t>
      </w:r>
    </w:p>
    <w:p w:rsidR="00280C0D" w:rsidP="00E03C2D" w:rsidRDefault="00625AC3" w14:paraId="12959A28" w14:textId="1F4D2842">
      <w:pPr>
        <w:spacing w:after="80"/>
        <w:jc w:val="both"/>
        <w:rPr>
          <w:lang w:eastAsia="ko-KR"/>
        </w:rPr>
      </w:pPr>
      <w:r>
        <w:rPr>
          <w:lang w:eastAsia="ko-KR"/>
        </w:rPr>
        <w:t>1.8. 공사(예정)</w:t>
      </w:r>
      <w:proofErr w:type="gramStart"/>
      <w:r>
        <w:rPr>
          <w:lang w:eastAsia="ko-KR"/>
        </w:rPr>
        <w:t xml:space="preserve">금액 </w:t>
      </w:r>
      <w:r w:rsidRPr="00404854">
        <w:rPr>
          <w:b/>
          <w:bCs/>
          <w:lang w:eastAsia="ko-KR"/>
        </w:rPr>
        <w:t>:</w:t>
      </w:r>
      <w:proofErr w:type="gramEnd"/>
      <w:r w:rsidRPr="00404854">
        <w:rPr>
          <w:b/>
          <w:bCs/>
          <w:lang w:eastAsia="ko-KR"/>
        </w:rPr>
        <w:t xml:space="preserve"> </w:t>
      </w:r>
      <w:r w:rsidR="003D6E5D">
        <w:rPr>
          <w:rFonts w:hint="eastAsia"/>
          <w:b/>
          <w:bCs/>
          <w:lang w:eastAsia="ko-KR"/>
        </w:rPr>
        <w:t>776,119,472</w:t>
      </w:r>
      <w:r w:rsidRPr="00404854">
        <w:rPr>
          <w:b/>
          <w:bCs/>
          <w:lang w:eastAsia="ko-KR"/>
        </w:rPr>
        <w:t>원</w:t>
      </w:r>
    </w:p>
    <w:p w:rsidR="00280C0D" w:rsidP="00E03C2D" w:rsidRDefault="00625AC3" w14:paraId="1047A55C" w14:textId="21F64CC3">
      <w:pPr>
        <w:spacing w:after="80"/>
        <w:jc w:val="both"/>
        <w:rPr>
          <w:lang w:eastAsia="ko-KR"/>
        </w:rPr>
      </w:pPr>
      <w:r>
        <w:rPr>
          <w:lang w:eastAsia="ko-KR"/>
        </w:rPr>
        <w:t xml:space="preserve">【(추정가격) </w:t>
      </w:r>
      <w:r w:rsidR="003D6E5D">
        <w:rPr>
          <w:rFonts w:hint="eastAsia"/>
          <w:lang w:eastAsia="ko-KR"/>
        </w:rPr>
        <w:t>705,563,156</w:t>
      </w:r>
      <w:r>
        <w:rPr>
          <w:lang w:eastAsia="ko-KR"/>
        </w:rPr>
        <w:t xml:space="preserve">원 + (부가가치세) </w:t>
      </w:r>
      <w:r w:rsidR="003D6E5D">
        <w:rPr>
          <w:rFonts w:hint="eastAsia"/>
          <w:lang w:eastAsia="ko-KR"/>
        </w:rPr>
        <w:t>70,556,316</w:t>
      </w:r>
      <w:r>
        <w:rPr>
          <w:lang w:eastAsia="ko-KR"/>
        </w:rPr>
        <w:t xml:space="preserve">원 + </w:t>
      </w:r>
      <w:proofErr w:type="spellStart"/>
      <w:r>
        <w:rPr>
          <w:lang w:eastAsia="ko-KR"/>
        </w:rPr>
        <w:t>도급자설치관급금액</w:t>
      </w:r>
      <w:proofErr w:type="spellEnd"/>
      <w:r>
        <w:rPr>
          <w:lang w:eastAsia="ko-KR"/>
        </w:rPr>
        <w:t xml:space="preserve"> 0원】</w:t>
      </w:r>
    </w:p>
    <w:p w:rsidR="00280C0D" w:rsidP="00E03C2D" w:rsidRDefault="00625AC3" w14:paraId="279F7013" w14:textId="77777777">
      <w:pPr>
        <w:spacing w:after="80"/>
        <w:jc w:val="both"/>
        <w:rPr>
          <w:lang w:eastAsia="ko-KR"/>
        </w:rPr>
      </w:pPr>
      <w:r>
        <w:rPr>
          <w:lang w:eastAsia="ko-KR"/>
        </w:rPr>
        <w:t xml:space="preserve">※ </w:t>
      </w:r>
      <w:proofErr w:type="spellStart"/>
      <w:proofErr w:type="gramStart"/>
      <w:r>
        <w:rPr>
          <w:lang w:eastAsia="ko-KR"/>
        </w:rPr>
        <w:t>도급자설치관급금액</w:t>
      </w:r>
      <w:proofErr w:type="spellEnd"/>
      <w:r>
        <w:rPr>
          <w:lang w:eastAsia="ko-KR"/>
        </w:rPr>
        <w:t xml:space="preserve"> :</w:t>
      </w:r>
      <w:proofErr w:type="gramEnd"/>
      <w:r>
        <w:rPr>
          <w:lang w:eastAsia="ko-KR"/>
        </w:rPr>
        <w:t xml:space="preserve"> 0원</w:t>
      </w:r>
    </w:p>
    <w:p w:rsidR="00280C0D" w:rsidP="00E03C2D" w:rsidRDefault="00625AC3" w14:paraId="2A9B3E7A" w14:textId="6A1F8757">
      <w:pPr>
        <w:spacing w:after="80"/>
        <w:jc w:val="both"/>
        <w:rPr>
          <w:lang w:eastAsia="ko-KR"/>
        </w:rPr>
      </w:pPr>
      <w:r>
        <w:rPr>
          <w:lang w:eastAsia="ko-KR"/>
        </w:rPr>
        <w:t xml:space="preserve">1.9. </w:t>
      </w:r>
      <w:proofErr w:type="gramStart"/>
      <w:r>
        <w:rPr>
          <w:lang w:eastAsia="ko-KR"/>
        </w:rPr>
        <w:t>기초금액 :</w:t>
      </w:r>
      <w:proofErr w:type="gramEnd"/>
      <w:r>
        <w:rPr>
          <w:lang w:eastAsia="ko-KR"/>
        </w:rPr>
        <w:t xml:space="preserve"> </w:t>
      </w:r>
      <w:r w:rsidR="00A17A59">
        <w:rPr>
          <w:rFonts w:hint="eastAsia"/>
          <w:lang w:eastAsia="ko-KR"/>
        </w:rPr>
        <w:t>776,119,472</w:t>
      </w:r>
      <w:r>
        <w:rPr>
          <w:lang w:eastAsia="ko-KR"/>
        </w:rPr>
        <w:t>원</w:t>
      </w:r>
    </w:p>
    <w:p w:rsidR="00280C0D" w:rsidP="00E03C2D" w:rsidRDefault="00625AC3" w14:paraId="20B8A34B" w14:textId="77777777">
      <w:pPr>
        <w:spacing w:after="80"/>
        <w:jc w:val="both"/>
        <w:rPr>
          <w:lang w:eastAsia="ko-KR"/>
        </w:rPr>
      </w:pPr>
      <w:r>
        <w:rPr>
          <w:lang w:eastAsia="ko-KR"/>
        </w:rPr>
        <w:t>1.10. 업종별 추정금액 — 공종별집계표 근거 정밀 산출</w:t>
      </w:r>
    </w:p>
    <w:tbl>
      <w:tblPr>
        <w:tblStyle w:val="af9"/>
        <w:tblW w:w="0" w:type="auto"/>
        <w:jc w:val="center"/>
        <w:tblLook w:val="04A0" w:firstRow="1" w:lastRow="0" w:firstColumn="1" w:lastColumn="0" w:noHBand="0" w:noVBand="1"/>
      </w:tblPr>
      <w:tblGrid>
        <w:gridCol w:w="2041"/>
        <w:gridCol w:w="3628"/>
        <w:gridCol w:w="2041"/>
        <w:gridCol w:w="1361"/>
      </w:tblGrid>
      <w:tr w:rsidR="00280C0D" w14:paraId="16B4C232" w14:textId="77777777">
        <w:trPr>
          <w:jc w:val="center"/>
        </w:trPr>
        <w:tc>
          <w:tcPr>
            <w:tcW w:w="2041" w:type="dxa"/>
          </w:tcPr>
          <w:p w:rsidR="00280C0D" w:rsidP="00E03C2D" w:rsidRDefault="00625AC3" w14:paraId="665D26F8" w14:textId="77777777">
            <w:pPr>
              <w:jc w:val="center"/>
            </w:pPr>
            <w:r>
              <w:rPr>
                <w:b/>
                <w:sz w:val="19"/>
              </w:rPr>
              <w:lastRenderedPageBreak/>
              <w:t>구       분</w:t>
            </w:r>
          </w:p>
        </w:tc>
        <w:tc>
          <w:tcPr>
            <w:tcW w:w="3628" w:type="dxa"/>
          </w:tcPr>
          <w:p w:rsidR="00280C0D" w:rsidP="00E03C2D" w:rsidRDefault="00625AC3" w14:paraId="1EACF72D" w14:textId="77777777">
            <w:pPr>
              <w:jc w:val="center"/>
            </w:pPr>
            <w:r>
              <w:rPr>
                <w:b/>
                <w:sz w:val="19"/>
              </w:rPr>
              <w:t>업                   종</w:t>
            </w:r>
          </w:p>
        </w:tc>
        <w:tc>
          <w:tcPr>
            <w:tcW w:w="2041" w:type="dxa"/>
          </w:tcPr>
          <w:p w:rsidR="00280C0D" w:rsidP="00E03C2D" w:rsidRDefault="00625AC3" w14:paraId="6C932F38" w14:textId="77777777">
            <w:pPr>
              <w:jc w:val="center"/>
            </w:pPr>
            <w:r>
              <w:rPr>
                <w:b/>
                <w:sz w:val="19"/>
              </w:rPr>
              <w:t>추정금액(원)</w:t>
            </w:r>
          </w:p>
        </w:tc>
        <w:tc>
          <w:tcPr>
            <w:tcW w:w="1361" w:type="dxa"/>
          </w:tcPr>
          <w:p w:rsidR="00280C0D" w:rsidP="00E03C2D" w:rsidRDefault="00625AC3" w14:paraId="6587682F" w14:textId="77777777">
            <w:pPr>
              <w:jc w:val="center"/>
            </w:pPr>
            <w:r>
              <w:rPr>
                <w:b/>
                <w:sz w:val="19"/>
              </w:rPr>
              <w:t>비율</w:t>
            </w:r>
          </w:p>
        </w:tc>
      </w:tr>
      <w:tr w:rsidR="00280C0D" w14:paraId="541A1B11" w14:textId="77777777">
        <w:trPr>
          <w:jc w:val="center"/>
        </w:trPr>
        <w:tc>
          <w:tcPr>
            <w:tcW w:w="2041" w:type="dxa"/>
          </w:tcPr>
          <w:p w:rsidR="00280C0D" w:rsidP="00E03C2D" w:rsidRDefault="00625AC3" w14:paraId="2F8AB9F4" w14:textId="77777777">
            <w:r>
              <w:rPr>
                <w:sz w:val="19"/>
              </w:rPr>
              <w:t>주된공사 (종합공사)</w:t>
            </w:r>
          </w:p>
        </w:tc>
        <w:tc>
          <w:tcPr>
            <w:tcW w:w="3628" w:type="dxa"/>
          </w:tcPr>
          <w:p w:rsidR="00280C0D" w:rsidP="00E03C2D" w:rsidRDefault="00625AC3" w14:paraId="780C8B8C" w14:textId="77777777">
            <w:pPr>
              <w:jc w:val="center"/>
              <w:rPr>
                <w:lang w:eastAsia="ko-KR"/>
              </w:rPr>
            </w:pPr>
            <w:r>
              <w:rPr>
                <w:sz w:val="19"/>
                <w:lang w:eastAsia="ko-KR"/>
              </w:rPr>
              <w:t>건축공사업 (토목건축공사업 허용)</w:t>
            </w:r>
          </w:p>
        </w:tc>
        <w:tc>
          <w:tcPr>
            <w:tcW w:w="2041" w:type="dxa"/>
          </w:tcPr>
          <w:p w:rsidR="00280C0D" w:rsidP="00E03C2D" w:rsidRDefault="00625AC3" w14:paraId="145265C2" w14:textId="452E5A1E">
            <w:pPr>
              <w:jc w:val="center"/>
              <w:rPr>
                <w:lang w:eastAsia="ko-KR"/>
              </w:rPr>
            </w:pPr>
            <w:r>
              <w:rPr>
                <w:sz w:val="19"/>
              </w:rPr>
              <w:t>5</w:t>
            </w:r>
            <w:r w:rsidR="00CA1D5A">
              <w:rPr>
                <w:rFonts w:hint="eastAsia"/>
                <w:sz w:val="19"/>
                <w:lang w:eastAsia="ko-KR"/>
              </w:rPr>
              <w:t>95,861,013</w:t>
            </w:r>
          </w:p>
        </w:tc>
        <w:tc>
          <w:tcPr>
            <w:tcW w:w="1361" w:type="dxa"/>
          </w:tcPr>
          <w:p w:rsidR="00280C0D" w:rsidP="00E03C2D" w:rsidRDefault="00625AC3" w14:paraId="38168C88" w14:textId="65432A57">
            <w:pPr>
              <w:jc w:val="center"/>
            </w:pPr>
            <w:r>
              <w:rPr>
                <w:sz w:val="19"/>
              </w:rPr>
              <w:t>76.</w:t>
            </w:r>
            <w:r w:rsidR="00CA1D5A">
              <w:rPr>
                <w:rFonts w:hint="eastAsia"/>
                <w:sz w:val="19"/>
                <w:lang w:eastAsia="ko-KR"/>
              </w:rPr>
              <w:t>77</w:t>
            </w:r>
            <w:r>
              <w:rPr>
                <w:sz w:val="19"/>
              </w:rPr>
              <w:t>%</w:t>
            </w:r>
          </w:p>
        </w:tc>
      </w:tr>
      <w:tr w:rsidR="00280C0D" w14:paraId="1AC7128F" w14:textId="77777777">
        <w:trPr>
          <w:jc w:val="center"/>
        </w:trPr>
        <w:tc>
          <w:tcPr>
            <w:tcW w:w="2041" w:type="dxa"/>
          </w:tcPr>
          <w:p w:rsidR="00280C0D" w:rsidP="00E03C2D" w:rsidRDefault="00625AC3" w14:paraId="088D36F7" w14:textId="77777777">
            <w:r>
              <w:rPr>
                <w:sz w:val="19"/>
              </w:rPr>
              <w:t>부대공사 (종된 공사)</w:t>
            </w:r>
          </w:p>
        </w:tc>
        <w:tc>
          <w:tcPr>
            <w:tcW w:w="3628" w:type="dxa"/>
          </w:tcPr>
          <w:p w:rsidR="00280C0D" w:rsidP="00E03C2D" w:rsidRDefault="00625AC3" w14:paraId="2C8268C4" w14:textId="77777777">
            <w:pPr>
              <w:jc w:val="center"/>
              <w:rPr>
                <w:lang w:eastAsia="ko-KR"/>
              </w:rPr>
            </w:pPr>
            <w:r>
              <w:rPr>
                <w:sz w:val="19"/>
                <w:lang w:eastAsia="ko-KR"/>
              </w:rPr>
              <w:t>기계설비공사업 (냉난방·</w:t>
            </w:r>
            <w:proofErr w:type="spellStart"/>
            <w:r>
              <w:rPr>
                <w:sz w:val="19"/>
                <w:lang w:eastAsia="ko-KR"/>
              </w:rPr>
              <w:t>급배수</w:t>
            </w:r>
            <w:proofErr w:type="spellEnd"/>
            <w:r>
              <w:rPr>
                <w:sz w:val="19"/>
                <w:lang w:eastAsia="ko-KR"/>
              </w:rPr>
              <w:t>·위생·가스 등)</w:t>
            </w:r>
          </w:p>
        </w:tc>
        <w:tc>
          <w:tcPr>
            <w:tcW w:w="2041" w:type="dxa"/>
          </w:tcPr>
          <w:p w:rsidR="00280C0D" w:rsidP="00E03C2D" w:rsidRDefault="00625AC3" w14:paraId="21F9E22D" w14:textId="754619EA">
            <w:pPr>
              <w:jc w:val="center"/>
              <w:rPr>
                <w:lang w:eastAsia="ko-KR"/>
              </w:rPr>
            </w:pPr>
            <w:r>
              <w:rPr>
                <w:sz w:val="19"/>
              </w:rPr>
              <w:t>1</w:t>
            </w:r>
            <w:r w:rsidR="00CA1D5A">
              <w:rPr>
                <w:rFonts w:hint="eastAsia"/>
                <w:sz w:val="19"/>
                <w:lang w:eastAsia="ko-KR"/>
              </w:rPr>
              <w:t>80,258,459</w:t>
            </w:r>
          </w:p>
        </w:tc>
        <w:tc>
          <w:tcPr>
            <w:tcW w:w="1361" w:type="dxa"/>
          </w:tcPr>
          <w:p w:rsidR="00280C0D" w:rsidP="00E03C2D" w:rsidRDefault="00625AC3" w14:paraId="0A6689F4" w14:textId="5B3DE8BF">
            <w:pPr>
              <w:jc w:val="center"/>
            </w:pPr>
            <w:r>
              <w:rPr>
                <w:sz w:val="19"/>
              </w:rPr>
              <w:t>23.</w:t>
            </w:r>
            <w:r w:rsidR="00CA1D5A">
              <w:rPr>
                <w:rFonts w:hint="eastAsia"/>
                <w:sz w:val="19"/>
                <w:lang w:eastAsia="ko-KR"/>
              </w:rPr>
              <w:t>23</w:t>
            </w:r>
            <w:r>
              <w:rPr>
                <w:sz w:val="19"/>
              </w:rPr>
              <w:t>%</w:t>
            </w:r>
          </w:p>
        </w:tc>
      </w:tr>
      <w:tr w:rsidR="00280C0D" w14:paraId="45101BBB" w14:textId="77777777">
        <w:trPr>
          <w:jc w:val="center"/>
        </w:trPr>
        <w:tc>
          <w:tcPr>
            <w:tcW w:w="2041" w:type="dxa"/>
          </w:tcPr>
          <w:p w:rsidR="00280C0D" w:rsidP="00E03C2D" w:rsidRDefault="00625AC3" w14:paraId="621FC546" w14:textId="77777777">
            <w:r>
              <w:rPr>
                <w:sz w:val="19"/>
              </w:rPr>
              <w:t>합            계</w:t>
            </w:r>
          </w:p>
        </w:tc>
        <w:tc>
          <w:tcPr>
            <w:tcW w:w="3628" w:type="dxa"/>
          </w:tcPr>
          <w:p w:rsidR="00280C0D" w:rsidP="00E03C2D" w:rsidRDefault="00280C0D" w14:paraId="77DFF9A6" w14:textId="77777777">
            <w:pPr>
              <w:jc w:val="center"/>
            </w:pPr>
          </w:p>
        </w:tc>
        <w:tc>
          <w:tcPr>
            <w:tcW w:w="2041" w:type="dxa"/>
          </w:tcPr>
          <w:p w:rsidR="00280C0D" w:rsidP="00E03C2D" w:rsidRDefault="00625AC3" w14:paraId="667952BC" w14:textId="1819C068">
            <w:pPr>
              <w:jc w:val="center"/>
              <w:rPr>
                <w:lang w:eastAsia="ko-KR"/>
              </w:rPr>
            </w:pPr>
            <w:r>
              <w:rPr>
                <w:sz w:val="19"/>
              </w:rPr>
              <w:t>7</w:t>
            </w:r>
            <w:r w:rsidR="00CA1D5A">
              <w:rPr>
                <w:rFonts w:hint="eastAsia"/>
                <w:sz w:val="19"/>
                <w:lang w:eastAsia="ko-KR"/>
              </w:rPr>
              <w:t>76,119,472</w:t>
            </w:r>
          </w:p>
        </w:tc>
        <w:tc>
          <w:tcPr>
            <w:tcW w:w="1361" w:type="dxa"/>
          </w:tcPr>
          <w:p w:rsidR="00280C0D" w:rsidP="00E03C2D" w:rsidRDefault="00625AC3" w14:paraId="5767D2D5" w14:textId="77777777">
            <w:pPr>
              <w:jc w:val="center"/>
            </w:pPr>
            <w:r>
              <w:rPr>
                <w:sz w:val="19"/>
              </w:rPr>
              <w:t>100.0%</w:t>
            </w:r>
          </w:p>
        </w:tc>
      </w:tr>
    </w:tbl>
    <w:p w:rsidR="00280C0D" w:rsidP="00E03C2D" w:rsidRDefault="00280C0D" w14:paraId="1604B36C" w14:textId="77777777"/>
    <w:p w:rsidR="00280C0D" w:rsidP="00E03C2D" w:rsidRDefault="00625AC3" w14:paraId="0D51998F" w14:textId="77777777">
      <w:pPr>
        <w:spacing w:after="80"/>
        <w:jc w:val="both"/>
        <w:rPr>
          <w:lang w:eastAsia="ko-KR"/>
        </w:rPr>
      </w:pPr>
      <w:r>
        <w:rPr>
          <w:lang w:eastAsia="ko-KR"/>
        </w:rPr>
        <w:t xml:space="preserve">1.11. </w:t>
      </w:r>
      <w:proofErr w:type="gramStart"/>
      <w:r>
        <w:rPr>
          <w:lang w:eastAsia="ko-KR"/>
        </w:rPr>
        <w:t>공사구분 :</w:t>
      </w:r>
      <w:proofErr w:type="gramEnd"/>
      <w:r>
        <w:rPr>
          <w:lang w:eastAsia="ko-KR"/>
        </w:rPr>
        <w:t xml:space="preserve"> 본 공사는 종합건설공사입니다.</w:t>
      </w:r>
    </w:p>
    <w:p w:rsidR="00280C0D" w:rsidP="00E03C2D" w:rsidRDefault="00625AC3" w14:paraId="0E7CC20B" w14:textId="77777777">
      <w:pPr>
        <w:spacing w:after="80"/>
        <w:jc w:val="both"/>
        <w:rPr>
          <w:lang w:eastAsia="ko-KR"/>
        </w:rPr>
      </w:pPr>
      <w:r>
        <w:rPr>
          <w:lang w:eastAsia="ko-KR"/>
        </w:rPr>
        <w:t xml:space="preserve">1.12. 본 입찰은 「지방계약법 시행령」 제35조제4항제2호·제3호에 따른 </w:t>
      </w:r>
      <w:proofErr w:type="spellStart"/>
      <w:r>
        <w:rPr>
          <w:lang w:eastAsia="ko-KR"/>
        </w:rPr>
        <w:t>긴급입찰공고입니다</w:t>
      </w:r>
      <w:proofErr w:type="spellEnd"/>
      <w:r>
        <w:rPr>
          <w:lang w:eastAsia="ko-KR"/>
        </w:rPr>
        <w:t>.</w:t>
      </w:r>
    </w:p>
    <w:p w:rsidR="00280C0D" w:rsidRDefault="00625AC3" w14:paraId="632CD139" w14:textId="77777777">
      <w:pPr>
        <w:jc w:val="both"/>
      </w:pPr>
      <w:r w:rsidRPr="6D52296D" w:rsidR="00625AC3">
        <w:rPr>
          <w:sz w:val="20"/>
          <w:szCs w:val="20"/>
          <w:lang w:eastAsia="ko-KR"/>
        </w:rPr>
        <w:t>※ 본 공사는 기존 건축물 해체(철거)를 수반하는 공사로, 「</w:t>
      </w:r>
      <w:r w:rsidRPr="6D52296D" w:rsidR="00625AC3">
        <w:rPr>
          <w:sz w:val="20"/>
          <w:szCs w:val="20"/>
          <w:lang w:eastAsia="ko-KR"/>
        </w:rPr>
        <w:t>건축물관리법」에</w:t>
      </w:r>
      <w:r w:rsidRPr="6D52296D" w:rsidR="00625AC3">
        <w:rPr>
          <w:sz w:val="20"/>
          <w:szCs w:val="20"/>
          <w:lang w:eastAsia="ko-KR"/>
        </w:rPr>
        <w:t xml:space="preserve"> 따라 </w:t>
      </w:r>
      <w:r w:rsidRPr="6D52296D" w:rsidR="00625AC3">
        <w:rPr>
          <w:b w:val="1"/>
          <w:bCs w:val="1"/>
          <w:color w:val="0070C0"/>
          <w:sz w:val="20"/>
          <w:szCs w:val="20"/>
          <w:lang w:eastAsia="ko-KR"/>
        </w:rPr>
        <w:t>해체심의 및 해체허가 완료 후 착공이 가능</w:t>
      </w:r>
      <w:r w:rsidRPr="6D52296D" w:rsidR="00625AC3">
        <w:rPr>
          <w:sz w:val="20"/>
          <w:szCs w:val="20"/>
          <w:lang w:eastAsia="ko-KR"/>
        </w:rPr>
        <w:t xml:space="preserve">합니다. 입찰 참가업체는 현장 여건 및 인허가 소요기간을 사전에 숙지하여 </w:t>
      </w:r>
      <w:r w:rsidRPr="6D52296D" w:rsidR="00625AC3">
        <w:rPr>
          <w:sz w:val="20"/>
          <w:szCs w:val="20"/>
          <w:lang w:eastAsia="ko-KR"/>
        </w:rPr>
        <w:t>투찰하여야</w:t>
      </w:r>
      <w:r w:rsidRPr="6D52296D" w:rsidR="00625AC3">
        <w:rPr>
          <w:sz w:val="20"/>
          <w:szCs w:val="20"/>
          <w:lang w:eastAsia="ko-KR"/>
        </w:rPr>
        <w:t xml:space="preserve"> 하며, 해체심의 승인 시점까지 실제 착공이 유예될 수 있습니다.</w:t>
      </w:r>
    </w:p>
    <w:p w:rsidR="6D52296D" w:rsidP="6D52296D" w:rsidRDefault="6D52296D" w14:paraId="748FDB1C" w14:textId="148AB975">
      <w:pPr>
        <w:jc w:val="both"/>
        <w:rPr>
          <w:sz w:val="20"/>
          <w:szCs w:val="20"/>
          <w:lang w:eastAsia="ko-KR"/>
        </w:rPr>
      </w:pPr>
    </w:p>
    <w:p w:rsidR="00280C0D" w:rsidRDefault="00625AC3" w14:paraId="49635E82" w14:textId="77777777">
      <w:pPr>
        <w:spacing w:after="120"/>
        <w:rPr>
          <w:lang w:eastAsia="ko-KR"/>
        </w:rPr>
      </w:pPr>
      <w:r>
        <w:rPr>
          <w:b/>
          <w:sz w:val="24"/>
          <w:lang w:eastAsia="ko-KR"/>
        </w:rPr>
        <w:t>2. 입찰 및 계약방식</w:t>
      </w:r>
    </w:p>
    <w:p w:rsidR="00280C0D" w:rsidP="00E03C2D" w:rsidRDefault="00625AC3" w14:paraId="042D8329" w14:textId="77777777">
      <w:pPr>
        <w:spacing w:after="80"/>
        <w:jc w:val="both"/>
        <w:rPr>
          <w:lang w:eastAsia="ko-KR"/>
        </w:rPr>
      </w:pPr>
      <w:r>
        <w:rPr>
          <w:lang w:eastAsia="ko-KR"/>
        </w:rPr>
        <w:t xml:space="preserve">2.1. </w:t>
      </w:r>
      <w:r w:rsidRPr="00404854">
        <w:rPr>
          <w:b/>
          <w:bCs/>
          <w:lang w:eastAsia="ko-KR"/>
        </w:rPr>
        <w:t>적격심사대상공사</w:t>
      </w:r>
      <w:r>
        <w:rPr>
          <w:lang w:eastAsia="ko-KR"/>
        </w:rPr>
        <w:t>입니다.</w:t>
      </w:r>
    </w:p>
    <w:p w:rsidR="00280C0D" w:rsidP="00E03C2D" w:rsidRDefault="00625AC3" w14:paraId="610D7EE1" w14:textId="77777777">
      <w:pPr>
        <w:spacing w:after="80"/>
        <w:ind w:left="454"/>
        <w:jc w:val="both"/>
        <w:rPr>
          <w:lang w:eastAsia="ko-KR"/>
        </w:rPr>
      </w:pPr>
      <w:r>
        <w:rPr>
          <w:lang w:eastAsia="ko-KR"/>
        </w:rPr>
        <w:t xml:space="preserve">2.1.1. 적격심사기준은 「지방자치단체 </w:t>
      </w:r>
      <w:proofErr w:type="spellStart"/>
      <w:r>
        <w:rPr>
          <w:lang w:eastAsia="ko-KR"/>
        </w:rPr>
        <w:t>입찰시</w:t>
      </w:r>
      <w:proofErr w:type="spellEnd"/>
      <w:r>
        <w:rPr>
          <w:lang w:eastAsia="ko-KR"/>
        </w:rPr>
        <w:t xml:space="preserve"> 낙찰자 결정기준」 제2장의 1 시설공사 적격심사 세부기준을 적용합니다.</w:t>
      </w:r>
    </w:p>
    <w:p w:rsidR="00280C0D" w:rsidP="00E03C2D" w:rsidRDefault="00625AC3" w14:paraId="5DC96669" w14:textId="0BA280EE">
      <w:pPr>
        <w:spacing w:after="80"/>
        <w:ind w:left="454"/>
        <w:jc w:val="both"/>
        <w:rPr>
          <w:lang w:eastAsia="ko-KR"/>
        </w:rPr>
      </w:pPr>
      <w:r>
        <w:rPr>
          <w:lang w:eastAsia="ko-KR"/>
        </w:rPr>
        <w:t xml:space="preserve">2.1.2. 이 공사의 적격심사 대상 업종은 </w:t>
      </w:r>
      <w:r w:rsidRPr="00775CB8">
        <w:rPr>
          <w:b/>
          <w:bCs/>
          <w:color w:val="0070C0"/>
          <w:lang w:eastAsia="ko-KR"/>
        </w:rPr>
        <w:t>건축공사업</w:t>
      </w:r>
      <w:r w:rsidRPr="00775CB8" w:rsidR="00404854">
        <w:rPr>
          <w:rFonts w:hint="eastAsia"/>
          <w:b/>
          <w:bCs/>
          <w:color w:val="0070C0"/>
          <w:lang w:eastAsia="ko-KR"/>
        </w:rPr>
        <w:t>(100%)</w:t>
      </w:r>
      <w:r>
        <w:rPr>
          <w:lang w:eastAsia="ko-KR"/>
        </w:rPr>
        <w:t>입니다.</w:t>
      </w:r>
    </w:p>
    <w:p w:rsidR="00280C0D" w:rsidP="00E03C2D" w:rsidRDefault="00625AC3" w14:paraId="126AC0D6" w14:textId="77777777">
      <w:pPr>
        <w:spacing w:after="80"/>
        <w:ind w:left="454"/>
        <w:jc w:val="both"/>
        <w:rPr>
          <w:lang w:eastAsia="ko-KR"/>
        </w:rPr>
      </w:pPr>
      <w:r>
        <w:rPr>
          <w:lang w:eastAsia="ko-KR"/>
        </w:rPr>
        <w:t>2.1.3. 경영상태부문을 신용평가등급으로 평가하는 경우 평가대상업체는 신용정보업자에게 평가받은 가장 최근의 유효한 신용평가등급을 입찰서 제출 마감일 전일까지 나라장터에 등록하여야 합니다. (입찰서 제출 마감일 전일 18:00까지 접수해야 유효한 접수로 인정합니다)</w:t>
      </w:r>
    </w:p>
    <w:p w:rsidR="00280C0D" w:rsidRDefault="00625AC3" w14:paraId="24747A6E" w14:textId="77777777">
      <w:pPr>
        <w:spacing w:after="80"/>
        <w:ind w:left="227"/>
        <w:jc w:val="both"/>
        <w:rPr>
          <w:lang w:eastAsia="ko-KR"/>
        </w:rPr>
      </w:pPr>
      <w:r>
        <w:rPr>
          <w:lang w:eastAsia="ko-KR"/>
        </w:rPr>
        <w:t xml:space="preserve">2.2. </w:t>
      </w:r>
      <w:r w:rsidRPr="00775CB8">
        <w:rPr>
          <w:b/>
          <w:bCs/>
          <w:color w:val="0070C0"/>
          <w:lang w:eastAsia="ko-KR"/>
        </w:rPr>
        <w:t>지역제한(서울특별시)</w:t>
      </w:r>
      <w:r>
        <w:rPr>
          <w:lang w:eastAsia="ko-KR"/>
        </w:rPr>
        <w:t xml:space="preserve"> 대상 공사입니다.</w:t>
      </w:r>
    </w:p>
    <w:p w:rsidR="00280C0D" w:rsidRDefault="00625AC3" w14:paraId="238999A4" w14:textId="77777777">
      <w:pPr>
        <w:spacing w:after="80"/>
        <w:ind w:left="227"/>
        <w:jc w:val="both"/>
        <w:rPr>
          <w:lang w:eastAsia="ko-KR"/>
        </w:rPr>
      </w:pPr>
      <w:r>
        <w:rPr>
          <w:lang w:eastAsia="ko-KR"/>
        </w:rPr>
        <w:t>2.3. 입찰서는 산출내역서를 첨부하지 않는 총액입찰 대상 공사입니다.</w:t>
      </w:r>
    </w:p>
    <w:p w:rsidR="00280C0D" w:rsidRDefault="00625AC3" w14:paraId="70D7ED96" w14:textId="77777777">
      <w:pPr>
        <w:spacing w:after="80"/>
        <w:ind w:left="227"/>
        <w:jc w:val="both"/>
        <w:rPr>
          <w:lang w:eastAsia="ko-KR"/>
        </w:rPr>
      </w:pPr>
      <w:r>
        <w:rPr>
          <w:lang w:eastAsia="ko-KR"/>
        </w:rPr>
        <w:t>※ 낙찰자 결정 후 계약체결 시 우리 기관이 교부한 물량내역서(공내역서)에 맞추어 산출내역서를 제출해야 합니다.</w:t>
      </w:r>
    </w:p>
    <w:p w:rsidR="00280C0D" w:rsidRDefault="00625AC3" w14:paraId="26C2787F" w14:textId="77777777">
      <w:pPr>
        <w:spacing w:after="80"/>
        <w:ind w:left="227"/>
        <w:jc w:val="both"/>
        <w:rPr>
          <w:lang w:eastAsia="ko-KR"/>
        </w:rPr>
      </w:pPr>
      <w:r>
        <w:rPr>
          <w:lang w:eastAsia="ko-KR"/>
        </w:rPr>
        <w:t xml:space="preserve">2.4. </w:t>
      </w:r>
      <w:proofErr w:type="spellStart"/>
      <w:r>
        <w:rPr>
          <w:lang w:eastAsia="ko-KR"/>
        </w:rPr>
        <w:t>단년도계약</w:t>
      </w:r>
      <w:proofErr w:type="spellEnd"/>
      <w:r>
        <w:rPr>
          <w:lang w:eastAsia="ko-KR"/>
        </w:rPr>
        <w:t xml:space="preserve"> 대상공사입니다.</w:t>
      </w:r>
    </w:p>
    <w:p w:rsidRPr="00B927F8" w:rsidR="00A059EE" w:rsidRDefault="00A059EE" w14:paraId="2CD828B6" w14:textId="437A1339">
      <w:pPr>
        <w:spacing w:after="80"/>
        <w:ind w:left="227"/>
        <w:jc w:val="both"/>
        <w:rPr>
          <w:color w:val="000000" w:themeColor="text1"/>
          <w:lang w:eastAsia="ko-KR"/>
        </w:rPr>
      </w:pPr>
      <w:r>
        <w:rPr>
          <w:rFonts w:hint="eastAsia"/>
          <w:lang w:eastAsia="ko-KR"/>
        </w:rPr>
        <w:t>2.5</w:t>
      </w:r>
      <w:r w:rsidRPr="00B927F8">
        <w:rPr>
          <w:rFonts w:hint="eastAsia"/>
          <w:color w:val="000000" w:themeColor="text1"/>
          <w:lang w:eastAsia="ko-KR"/>
        </w:rPr>
        <w:t>.</w:t>
      </w:r>
      <w:r w:rsidRPr="00B927F8" w:rsidR="00206F08">
        <w:rPr>
          <w:rFonts w:hint="eastAsia"/>
          <w:color w:val="000000" w:themeColor="text1"/>
          <w:lang w:eastAsia="ko-KR"/>
        </w:rPr>
        <w:t xml:space="preserve"> </w:t>
      </w:r>
      <w:r w:rsidRPr="00B927F8" w:rsidR="00206F08">
        <w:rPr>
          <w:color w:val="000000" w:themeColor="text1"/>
          <w:lang w:eastAsia="ko-KR"/>
        </w:rPr>
        <w:t>건설업역간 상호시장진출을 불허합니다.</w:t>
      </w:r>
    </w:p>
    <w:p w:rsidR="00280C0D" w:rsidRDefault="00625AC3" w14:paraId="0D957449" w14:textId="4E23FA79">
      <w:pPr>
        <w:spacing w:after="80"/>
        <w:ind w:left="227"/>
        <w:jc w:val="both"/>
        <w:rPr>
          <w:lang w:eastAsia="ko-KR"/>
        </w:rPr>
      </w:pPr>
      <w:r>
        <w:rPr>
          <w:lang w:eastAsia="ko-KR"/>
        </w:rPr>
        <w:t>2.</w:t>
      </w:r>
      <w:r w:rsidR="0093209E">
        <w:rPr>
          <w:rFonts w:hint="eastAsia"/>
          <w:lang w:eastAsia="ko-KR"/>
        </w:rPr>
        <w:t>6</w:t>
      </w:r>
      <w:r>
        <w:rPr>
          <w:lang w:eastAsia="ko-KR"/>
        </w:rPr>
        <w:t>. 청렴서약제가 적용되는 공사로서 입찰자는 청렴계약서(서약서)를 제출하여야 합니다. 다만 나라장터를 이용하여 제출하는 경우에는 전자입찰서에 청렴계약서(서약서)의 내용을 포함하고 있으므로 전자입찰서 제출로 갈음합니다.</w:t>
      </w:r>
    </w:p>
    <w:p w:rsidR="00280C0D" w:rsidRDefault="00625AC3" w14:paraId="399AC752" w14:textId="7E7A1D09">
      <w:pPr>
        <w:spacing w:after="80"/>
        <w:ind w:left="227"/>
        <w:jc w:val="both"/>
        <w:rPr>
          <w:lang w:eastAsia="ko-KR"/>
        </w:rPr>
      </w:pPr>
      <w:r>
        <w:rPr>
          <w:lang w:eastAsia="ko-KR"/>
        </w:rPr>
        <w:lastRenderedPageBreak/>
        <w:t>2.</w:t>
      </w:r>
      <w:r w:rsidR="0093209E">
        <w:rPr>
          <w:rFonts w:hint="eastAsia"/>
          <w:lang w:eastAsia="ko-KR"/>
        </w:rPr>
        <w:t>7</w:t>
      </w:r>
      <w:r>
        <w:rPr>
          <w:lang w:eastAsia="ko-KR"/>
        </w:rPr>
        <w:t>. 이 공사는 국민건강보험료, 국민연금보험료, 노인장기요양보험료, 건설근로자 퇴직공제부금 반영 대상공사입니다.</w:t>
      </w:r>
    </w:p>
    <w:p w:rsidR="00280C0D" w:rsidP="00515D66" w:rsidRDefault="00625AC3" w14:paraId="01DD747A" w14:textId="2A000041">
      <w:pPr>
        <w:spacing w:after="80"/>
        <w:ind w:left="454"/>
        <w:jc w:val="both"/>
        <w:rPr>
          <w:lang w:eastAsia="ko-KR"/>
        </w:rPr>
      </w:pPr>
      <w:r>
        <w:rPr>
          <w:lang w:eastAsia="ko-KR"/>
        </w:rPr>
        <w:t>2.</w:t>
      </w:r>
      <w:r w:rsidR="0093209E">
        <w:rPr>
          <w:rFonts w:hint="eastAsia"/>
          <w:lang w:eastAsia="ko-KR"/>
        </w:rPr>
        <w:t>7</w:t>
      </w:r>
      <w:r>
        <w:rPr>
          <w:lang w:eastAsia="ko-KR"/>
        </w:rPr>
        <w:t xml:space="preserve">.1. 입찰참가자는 입찰금액을 산정할 때 기초금액과 함께 발표한 </w:t>
      </w:r>
      <w:r w:rsidRPr="005B5DBF" w:rsidR="00404854">
        <w:rPr>
          <w:color w:val="000000" w:themeColor="text1"/>
          <w:lang w:eastAsia="ko-KR"/>
        </w:rPr>
        <w:t>국민건강보험, 국민연금보험료, 노인장기요양보험료, 건설근로자 퇴직공제부</w:t>
      </w:r>
      <w:r w:rsidRPr="005B5DBF" w:rsidR="00404854">
        <w:rPr>
          <w:rFonts w:hint="eastAsia"/>
          <w:color w:val="000000" w:themeColor="text1"/>
          <w:lang w:eastAsia="ko-KR"/>
        </w:rPr>
        <w:t>금금액</w:t>
      </w:r>
      <w:r w:rsidRPr="005B5DBF">
        <w:rPr>
          <w:color w:val="000000" w:themeColor="text1"/>
          <w:lang w:eastAsia="ko-KR"/>
        </w:rPr>
        <w:t xml:space="preserve">을 </w:t>
      </w:r>
      <w:r>
        <w:rPr>
          <w:lang w:eastAsia="ko-KR"/>
        </w:rPr>
        <w:t>조정하지 않고 그대로 반영하여야 합니다.</w:t>
      </w:r>
    </w:p>
    <w:p w:rsidR="00280C0D" w:rsidP="00515D66" w:rsidRDefault="00625AC3" w14:paraId="27CA1E13" w14:textId="0F4080AB">
      <w:pPr>
        <w:spacing w:after="80"/>
        <w:ind w:left="454"/>
        <w:jc w:val="both"/>
        <w:rPr>
          <w:lang w:eastAsia="ko-KR"/>
        </w:rPr>
      </w:pPr>
      <w:r>
        <w:rPr>
          <w:lang w:eastAsia="ko-KR"/>
        </w:rPr>
        <w:t>2.</w:t>
      </w:r>
      <w:r w:rsidR="0093209E">
        <w:rPr>
          <w:rFonts w:hint="eastAsia"/>
          <w:lang w:eastAsia="ko-KR"/>
        </w:rPr>
        <w:t>7</w:t>
      </w:r>
      <w:r>
        <w:rPr>
          <w:lang w:eastAsia="ko-KR"/>
        </w:rPr>
        <w:t xml:space="preserve">.2. 위 보험료 등은 「지방자치단체 입찰 및 계약 집행기준」 제1장 제8절에 정한 바에 따라 </w:t>
      </w:r>
      <w:proofErr w:type="spellStart"/>
      <w:r>
        <w:rPr>
          <w:lang w:eastAsia="ko-KR"/>
        </w:rPr>
        <w:t>사후정산하여야</w:t>
      </w:r>
      <w:proofErr w:type="spellEnd"/>
      <w:r>
        <w:rPr>
          <w:lang w:eastAsia="ko-KR"/>
        </w:rPr>
        <w:t xml:space="preserve"> 합니다.</w:t>
      </w:r>
    </w:p>
    <w:p w:rsidR="00280C0D" w:rsidRDefault="00625AC3" w14:paraId="0FF089C3" w14:textId="7BC40933">
      <w:pPr>
        <w:spacing w:after="80"/>
        <w:ind w:left="227"/>
        <w:jc w:val="both"/>
        <w:rPr>
          <w:lang w:eastAsia="ko-KR"/>
        </w:rPr>
      </w:pPr>
      <w:r>
        <w:rPr>
          <w:lang w:eastAsia="ko-KR"/>
        </w:rPr>
        <w:t>2</w:t>
      </w:r>
      <w:r w:rsidR="0093209E">
        <w:rPr>
          <w:rFonts w:hint="eastAsia"/>
          <w:lang w:eastAsia="ko-KR"/>
        </w:rPr>
        <w:t>.8</w:t>
      </w:r>
      <w:r>
        <w:rPr>
          <w:lang w:eastAsia="ko-KR"/>
        </w:rPr>
        <w:t>. 이 공사는 「산업안전보건법」 제72조에 따른 산업안전보건관리비 계상 대상 공사입니다.</w:t>
      </w:r>
    </w:p>
    <w:p w:rsidR="00280C0D" w:rsidP="00515D66" w:rsidRDefault="00625AC3" w14:paraId="19E1B391" w14:textId="1D999ED3">
      <w:pPr>
        <w:spacing w:after="80"/>
        <w:ind w:left="454"/>
        <w:jc w:val="both"/>
        <w:rPr>
          <w:lang w:eastAsia="ko-KR"/>
        </w:rPr>
      </w:pPr>
      <w:r>
        <w:rPr>
          <w:lang w:eastAsia="ko-KR"/>
        </w:rPr>
        <w:t>2.</w:t>
      </w:r>
      <w:r w:rsidR="0093209E">
        <w:rPr>
          <w:rFonts w:hint="eastAsia"/>
          <w:lang w:eastAsia="ko-KR"/>
        </w:rPr>
        <w:t>8</w:t>
      </w:r>
      <w:r>
        <w:rPr>
          <w:lang w:eastAsia="ko-KR"/>
        </w:rPr>
        <w:t>.1. 입찰자는 입찰금액을 산정할 때 기초금액과 함께 발표된 산업안전보건관리비 금액을 조정하지 않고 그대로 반영하여야 합니다.</w:t>
      </w:r>
    </w:p>
    <w:p w:rsidR="00280C0D" w:rsidP="00515D66" w:rsidRDefault="00625AC3" w14:paraId="02B27E39" w14:textId="1AA5989E">
      <w:pPr>
        <w:spacing w:after="80"/>
        <w:ind w:left="454"/>
        <w:jc w:val="both"/>
        <w:rPr>
          <w:lang w:eastAsia="ko-KR"/>
        </w:rPr>
      </w:pPr>
      <w:r>
        <w:rPr>
          <w:lang w:eastAsia="ko-KR"/>
        </w:rPr>
        <w:t>2.</w:t>
      </w:r>
      <w:r w:rsidR="0093209E">
        <w:rPr>
          <w:rFonts w:hint="eastAsia"/>
          <w:lang w:eastAsia="ko-KR"/>
        </w:rPr>
        <w:t>8</w:t>
      </w:r>
      <w:r>
        <w:rPr>
          <w:lang w:eastAsia="ko-KR"/>
        </w:rPr>
        <w:t>.2. 산업안전보건관리비 계상 및 사용기준은 고용노동부장관이 정하여 고시하는 바에 따릅니다.</w:t>
      </w:r>
    </w:p>
    <w:p w:rsidR="00280C0D" w:rsidRDefault="00625AC3" w14:paraId="7ED16044" w14:textId="1A791742">
      <w:pPr>
        <w:spacing w:after="80"/>
        <w:ind w:left="227"/>
        <w:jc w:val="both"/>
        <w:rPr>
          <w:lang w:eastAsia="ko-KR"/>
        </w:rPr>
      </w:pPr>
      <w:r>
        <w:rPr>
          <w:lang w:eastAsia="ko-KR"/>
        </w:rPr>
        <w:t>2.</w:t>
      </w:r>
      <w:r w:rsidR="00515D66">
        <w:rPr>
          <w:rFonts w:hint="eastAsia"/>
          <w:lang w:eastAsia="ko-KR"/>
        </w:rPr>
        <w:t>9</w:t>
      </w:r>
      <w:r>
        <w:rPr>
          <w:lang w:eastAsia="ko-KR"/>
        </w:rPr>
        <w:t>. 입찰자는 「건설산업기본법 시행령」 제34조의4제2항에 따라 하도급대금 지급보증서 발급에 소요되는 금액을 국토교통부장관이 정하여 고시하는 기준에 따라 도급금액산출내역서에 명시하여야 하며, 발주자는 같은 영 제34조의4제4항에 따라 사후 정산할 수 있습니다.</w:t>
      </w:r>
    </w:p>
    <w:p w:rsidR="00280C0D" w:rsidRDefault="00280C0D" w14:paraId="4166FCE6" w14:textId="77777777">
      <w:pPr>
        <w:spacing w:after="80"/>
        <w:rPr>
          <w:lang w:eastAsia="ko-KR"/>
        </w:rPr>
      </w:pPr>
    </w:p>
    <w:p w:rsidR="00280C0D" w:rsidRDefault="00625AC3" w14:paraId="2700E87C" w14:textId="77777777">
      <w:pPr>
        <w:spacing w:after="120"/>
        <w:rPr>
          <w:lang w:eastAsia="ko-KR"/>
        </w:rPr>
      </w:pPr>
      <w:r>
        <w:rPr>
          <w:b/>
          <w:sz w:val="24"/>
          <w:lang w:eastAsia="ko-KR"/>
        </w:rPr>
        <w:t>3. 입찰참가자격</w:t>
      </w:r>
    </w:p>
    <w:p w:rsidR="00280C0D" w:rsidRDefault="00625AC3" w14:paraId="68E3AA39" w14:textId="77777777">
      <w:pPr>
        <w:spacing w:after="80"/>
        <w:ind w:left="227"/>
        <w:jc w:val="both"/>
        <w:rPr>
          <w:lang w:eastAsia="ko-KR"/>
        </w:rPr>
      </w:pPr>
      <w:r>
        <w:rPr>
          <w:lang w:eastAsia="ko-KR"/>
        </w:rPr>
        <w:t>3.1. 「</w:t>
      </w:r>
      <w:proofErr w:type="spellStart"/>
      <w:r>
        <w:rPr>
          <w:lang w:eastAsia="ko-KR"/>
        </w:rPr>
        <w:t>건설산업기본법령」에</w:t>
      </w:r>
      <w:proofErr w:type="spellEnd"/>
      <w:r>
        <w:rPr>
          <w:lang w:eastAsia="ko-KR"/>
        </w:rPr>
        <w:t xml:space="preserve"> 의한 </w:t>
      </w:r>
      <w:r w:rsidRPr="00775CB8">
        <w:rPr>
          <w:b/>
          <w:bCs/>
          <w:color w:val="0070C0"/>
          <w:lang w:eastAsia="ko-KR"/>
        </w:rPr>
        <w:t>종합건설업 중 건축공사업(토목건축공사업 허용) 등록 업체</w:t>
      </w:r>
      <w:r>
        <w:rPr>
          <w:lang w:eastAsia="ko-KR"/>
        </w:rPr>
        <w:t xml:space="preserve">이어야 하며, 입찰공고일 </w:t>
      </w:r>
      <w:proofErr w:type="spellStart"/>
      <w:r>
        <w:rPr>
          <w:lang w:eastAsia="ko-KR"/>
        </w:rPr>
        <w:t>전일〔신규사업자인</w:t>
      </w:r>
      <w:proofErr w:type="spellEnd"/>
      <w:r>
        <w:rPr>
          <w:lang w:eastAsia="ko-KR"/>
        </w:rPr>
        <w:t xml:space="preserve"> 경우 입찰공고일 이후를 </w:t>
      </w:r>
      <w:proofErr w:type="spellStart"/>
      <w:r>
        <w:rPr>
          <w:lang w:eastAsia="ko-KR"/>
        </w:rPr>
        <w:t>포함〕부터</w:t>
      </w:r>
      <w:proofErr w:type="spellEnd"/>
      <w:r>
        <w:rPr>
          <w:lang w:eastAsia="ko-KR"/>
        </w:rPr>
        <w:t xml:space="preserve"> 입찰일(다만 낙찰자는 계약체결일)까지 법인 등기사항증명서상 본점 소재지(개인사업자인 경우에는 사업자등록증 또는 관련 법령에 따른 허가·인가·등록·신고 등에 관련된 서류에 기재된 사업장의 소재지)를 </w:t>
      </w:r>
      <w:r w:rsidRPr="00404854">
        <w:rPr>
          <w:b/>
          <w:bCs/>
          <w:lang w:eastAsia="ko-KR"/>
        </w:rPr>
        <w:t>서울특별시</w:t>
      </w:r>
      <w:r>
        <w:rPr>
          <w:lang w:eastAsia="ko-KR"/>
        </w:rPr>
        <w:t>에 둔 자이어야 합니다.</w:t>
      </w:r>
    </w:p>
    <w:p w:rsidR="00280C0D" w:rsidRDefault="00625AC3" w14:paraId="010629FF" w14:textId="2A05B898">
      <w:pPr>
        <w:spacing w:after="80"/>
        <w:ind w:left="227"/>
        <w:jc w:val="both"/>
        <w:rPr>
          <w:lang w:eastAsia="ko-KR"/>
        </w:rPr>
      </w:pPr>
      <w:r>
        <w:rPr>
          <w:lang w:eastAsia="ko-KR"/>
        </w:rPr>
        <w:t>3.2. 조달청에 입찰참가자격등록을 한 자이어야 합니다. 등록하지 않은 자는 「국가종합전자</w:t>
      </w:r>
      <w:r w:rsidR="00404854">
        <w:rPr>
          <w:rFonts w:hint="eastAsia"/>
          <w:lang w:eastAsia="ko-KR"/>
        </w:rPr>
        <w:t xml:space="preserve"> </w:t>
      </w:r>
      <w:r>
        <w:rPr>
          <w:lang w:eastAsia="ko-KR"/>
        </w:rPr>
        <w:t>조달</w:t>
      </w:r>
      <w:r w:rsidR="00404854">
        <w:rPr>
          <w:rFonts w:hint="eastAsia"/>
          <w:lang w:eastAsia="ko-KR"/>
        </w:rPr>
        <w:t xml:space="preserve"> </w:t>
      </w:r>
      <w:r>
        <w:rPr>
          <w:lang w:eastAsia="ko-KR"/>
        </w:rPr>
        <w:t>시스템</w:t>
      </w:r>
      <w:r w:rsidR="00404854">
        <w:rPr>
          <w:rFonts w:hint="eastAsia"/>
          <w:lang w:eastAsia="ko-KR"/>
        </w:rPr>
        <w:t xml:space="preserve"> </w:t>
      </w:r>
      <w:proofErr w:type="spellStart"/>
      <w:r>
        <w:rPr>
          <w:lang w:eastAsia="ko-KR"/>
        </w:rPr>
        <w:t>입찰참가자격등록규정」에</w:t>
      </w:r>
      <w:proofErr w:type="spellEnd"/>
      <w:r>
        <w:rPr>
          <w:lang w:eastAsia="ko-KR"/>
        </w:rPr>
        <w:t xml:space="preserve"> 따라 개찰일 전일까지 조달청 조달등록팀 또는 각 지방조달청에 등록하여야 합니다.</w:t>
      </w:r>
    </w:p>
    <w:p w:rsidRPr="00404854" w:rsidR="00404854" w:rsidP="6D52296D" w:rsidRDefault="00404854" w14:paraId="3D05EB1C" w14:textId="79589DCE">
      <w:pPr>
        <w:spacing w:after="120" w:line="288" w:lineRule="auto"/>
        <w:ind w:left="420" w:leftChars="200"/>
        <w:rPr>
          <w:color w:val="000000" w:themeColor="text1" w:themeTint="FF" w:themeShade="FF"/>
          <w:lang w:eastAsia="ko-KR"/>
        </w:rPr>
      </w:pPr>
      <w:r w:rsidRPr="6D52296D" w:rsidR="00404854">
        <w:rPr>
          <w:lang w:eastAsia="ko-KR"/>
        </w:rPr>
        <w:t>3</w:t>
      </w:r>
      <w:r w:rsidRPr="6D52296D" w:rsidR="00404854">
        <w:rPr>
          <w:color w:val="000000" w:themeColor="text1" w:themeTint="FF" w:themeShade="FF"/>
          <w:lang w:eastAsia="ko-KR"/>
        </w:rPr>
        <w:t>.2.1.</w:t>
      </w:r>
      <w:r w:rsidRPr="6D52296D" w:rsidR="00404854">
        <w:rPr>
          <w:color w:val="000000" w:themeColor="text1" w:themeTint="FF" w:themeShade="FF"/>
          <w:lang w:eastAsia="ko-KR"/>
        </w:rPr>
        <w:t xml:space="preserve"> 「지방자치단체를 당사자로 하는 계약에 관한 법률 시행규칙」 제15조제4항의 규정에 따라 조달청 이외의 관서에 입찰참가자격등록을 한 경우에는 개찰일 전일까지 </w:t>
      </w:r>
      <w:r w:rsidRPr="6D52296D" w:rsidR="00404854">
        <w:rPr>
          <w:color w:val="000000" w:themeColor="text1" w:themeTint="FF" w:themeShade="FF"/>
          <w:lang w:eastAsia="ko-KR"/>
        </w:rPr>
        <w:t>나라장터시스템에</w:t>
      </w:r>
      <w:r w:rsidRPr="6D52296D" w:rsidR="00404854">
        <w:rPr>
          <w:color w:val="000000" w:themeColor="text1" w:themeTint="FF" w:themeShade="FF"/>
          <w:lang w:eastAsia="ko-KR"/>
        </w:rPr>
        <w:t xml:space="preserve"> 등록사항이 게재된 경우에만 조달청에 입찰참가자격등록을 한 것으로 봅니다.</w:t>
      </w:r>
    </w:p>
    <w:p w:rsidR="00E20716" w:rsidP="00E20716" w:rsidRDefault="00625AC3" w14:paraId="5A3230F7" w14:textId="77777777">
      <w:pPr>
        <w:spacing w:after="120" w:line="288" w:lineRule="auto"/>
        <w:rPr>
          <w:lang w:eastAsia="ko-KR"/>
        </w:rPr>
      </w:pPr>
      <w:r>
        <w:rPr>
          <w:lang w:eastAsia="ko-KR"/>
        </w:rPr>
        <w:lastRenderedPageBreak/>
        <w:t>3.3. 나라장터 전자입찰 이용자 등록을 한 자이어야 합니다.</w:t>
      </w:r>
      <w:r w:rsidR="00E20716">
        <w:rPr>
          <w:rFonts w:hint="eastAsia"/>
          <w:lang w:eastAsia="ko-KR"/>
        </w:rPr>
        <w:t xml:space="preserve"> </w:t>
      </w:r>
      <w:r w:rsidR="00E20716">
        <w:rPr>
          <w:lang w:eastAsia="ko-KR"/>
        </w:rPr>
        <w:t xml:space="preserve">전자입찰 이용자등록을 하지 않은 자는 지정 공인인증서의 인증서를 </w:t>
      </w:r>
      <w:proofErr w:type="spellStart"/>
      <w:r w:rsidR="00E20716">
        <w:rPr>
          <w:lang w:eastAsia="ko-KR"/>
        </w:rPr>
        <w:t>교부받은</w:t>
      </w:r>
      <w:proofErr w:type="spellEnd"/>
      <w:r w:rsidR="00E20716">
        <w:rPr>
          <w:lang w:eastAsia="ko-KR"/>
        </w:rPr>
        <w:t xml:space="preserve"> 후 「</w:t>
      </w:r>
      <w:proofErr w:type="spellStart"/>
      <w:r w:rsidR="00E20716">
        <w:rPr>
          <w:lang w:eastAsia="ko-KR"/>
        </w:rPr>
        <w:t>국가종합전자조달시스템</w:t>
      </w:r>
      <w:proofErr w:type="spellEnd"/>
      <w:r w:rsidR="00E20716">
        <w:rPr>
          <w:lang w:eastAsia="ko-KR"/>
        </w:rPr>
        <w:t xml:space="preserve"> </w:t>
      </w:r>
      <w:proofErr w:type="spellStart"/>
      <w:r w:rsidR="00E20716">
        <w:rPr>
          <w:lang w:eastAsia="ko-KR"/>
        </w:rPr>
        <w:t>입찰참가자격등록규정」에</w:t>
      </w:r>
      <w:proofErr w:type="spellEnd"/>
      <w:r w:rsidR="00E20716">
        <w:rPr>
          <w:lang w:eastAsia="ko-KR"/>
        </w:rPr>
        <w:t xml:space="preserve"> 동의한 다음 나라장터에 이용자등록을 하여야 합니다.</w:t>
      </w:r>
    </w:p>
    <w:p w:rsidRPr="00515D66" w:rsidR="00280C0D" w:rsidP="00E20716" w:rsidRDefault="00E20716" w14:paraId="6485D495" w14:textId="5411AA20">
      <w:pPr>
        <w:spacing w:after="120" w:line="288" w:lineRule="auto"/>
        <w:ind w:left="300"/>
        <w:rPr>
          <w:color w:val="000000" w:themeColor="text1"/>
          <w:lang w:eastAsia="ko-KR"/>
        </w:rPr>
      </w:pPr>
      <w:r w:rsidRPr="00515D66">
        <w:rPr>
          <w:color w:val="000000" w:themeColor="text1"/>
          <w:lang w:eastAsia="ko-KR"/>
        </w:rPr>
        <w:t xml:space="preserve">3.3.1. 이 입찰은 「지문인식 신원확인 </w:t>
      </w:r>
      <w:proofErr w:type="spellStart"/>
      <w:r w:rsidRPr="00515D66">
        <w:rPr>
          <w:color w:val="000000" w:themeColor="text1"/>
          <w:lang w:eastAsia="ko-KR"/>
        </w:rPr>
        <w:t>입찰」이</w:t>
      </w:r>
      <w:proofErr w:type="spellEnd"/>
      <w:r w:rsidRPr="00515D66">
        <w:rPr>
          <w:color w:val="000000" w:themeColor="text1"/>
          <w:lang w:eastAsia="ko-KR"/>
        </w:rPr>
        <w:t xml:space="preserve"> 적용되므로 개인인증서를 보유한 대표자 또는 입찰대리인은 「</w:t>
      </w:r>
      <w:proofErr w:type="spellStart"/>
      <w:r w:rsidRPr="00515D66">
        <w:rPr>
          <w:color w:val="000000" w:themeColor="text1"/>
          <w:lang w:eastAsia="ko-KR"/>
        </w:rPr>
        <w:t>국가종합전자조달시스템</w:t>
      </w:r>
      <w:proofErr w:type="spellEnd"/>
      <w:r w:rsidRPr="00515D66">
        <w:rPr>
          <w:color w:val="000000" w:themeColor="text1"/>
          <w:lang w:eastAsia="ko-KR"/>
        </w:rPr>
        <w:t xml:space="preserve"> 전자입찰특별유의서」 제7조제1항제5호에 따라 미리 지문정보를 등록하여야 전자입찰서 제출이 가능합니다.</w:t>
      </w:r>
    </w:p>
    <w:p w:rsidR="00280C0D" w:rsidP="00515D66" w:rsidRDefault="00625AC3" w14:paraId="7D3933C4" w14:textId="77777777">
      <w:pPr>
        <w:spacing w:after="80"/>
        <w:rPr>
          <w:lang w:eastAsia="ko-KR"/>
        </w:rPr>
      </w:pPr>
      <w:r>
        <w:rPr>
          <w:lang w:eastAsia="ko-KR"/>
        </w:rPr>
        <w:t>3.4. 「지방계약법」 제31조의5 및 같은 법 시행령 제93조에 따라 조세포탈 등을 한 자로서 유죄판결이 확정된 날부터 2년이 지나지 아니한 자는 입찰에 참여할 수 없습니다. 입찰자는 입찰서 제출 시 【붙임1】 서약서를 제출해야 합니다. 다만 전자입찰의 경우 서약서가 제출된 것으로 갈음하며, 추후 계약체결 시 서면으로 제출해야 합니다.</w:t>
      </w:r>
    </w:p>
    <w:p w:rsidR="00280C0D" w:rsidRDefault="00280C0D" w14:paraId="1683D121" w14:textId="77777777">
      <w:pPr>
        <w:spacing w:after="80"/>
        <w:rPr>
          <w:lang w:eastAsia="ko-KR"/>
        </w:rPr>
      </w:pPr>
    </w:p>
    <w:p w:rsidR="00280C0D" w:rsidRDefault="00625AC3" w14:paraId="59FA9A41" w14:textId="77777777">
      <w:pPr>
        <w:spacing w:after="120"/>
        <w:rPr>
          <w:lang w:eastAsia="ko-KR"/>
        </w:rPr>
      </w:pPr>
      <w:r>
        <w:rPr>
          <w:b/>
          <w:sz w:val="24"/>
          <w:lang w:eastAsia="ko-KR"/>
        </w:rPr>
        <w:t>4. 현장설명 및 설계서 등 열람</w:t>
      </w:r>
    </w:p>
    <w:p w:rsidR="00280C0D" w:rsidRDefault="00625AC3" w14:paraId="7DFCA373" w14:textId="77777777">
      <w:pPr>
        <w:spacing w:after="80"/>
        <w:ind w:left="227"/>
        <w:jc w:val="both"/>
        <w:rPr>
          <w:lang w:eastAsia="ko-KR"/>
        </w:rPr>
      </w:pPr>
      <w:r>
        <w:rPr>
          <w:lang w:eastAsia="ko-KR"/>
        </w:rPr>
        <w:t>4.1. 이 공사는 현장설명을 생략하고 설계도서 열람으로 갈음합니다.</w:t>
      </w:r>
    </w:p>
    <w:p w:rsidR="00280C0D" w:rsidRDefault="00625AC3" w14:paraId="60176BEF" w14:textId="059694EF">
      <w:pPr>
        <w:spacing w:after="80"/>
        <w:ind w:left="227"/>
        <w:jc w:val="both"/>
        <w:rPr>
          <w:lang w:eastAsia="ko-KR"/>
        </w:rPr>
      </w:pPr>
      <w:r>
        <w:rPr>
          <w:lang w:eastAsia="ko-KR"/>
        </w:rPr>
        <w:t xml:space="preserve">4.2. 열람 </w:t>
      </w:r>
      <w:proofErr w:type="gramStart"/>
      <w:r>
        <w:rPr>
          <w:lang w:eastAsia="ko-KR"/>
        </w:rPr>
        <w:t>도서 :</w:t>
      </w:r>
      <w:proofErr w:type="gramEnd"/>
      <w:r>
        <w:rPr>
          <w:lang w:eastAsia="ko-KR"/>
        </w:rPr>
        <w:t xml:space="preserve"> 설계도면</w:t>
      </w:r>
      <w:r w:rsidR="00224430">
        <w:rPr>
          <w:rFonts w:hint="eastAsia"/>
          <w:color w:val="000000" w:themeColor="text1"/>
          <w:lang w:eastAsia="ko-KR"/>
        </w:rPr>
        <w:t>(</w:t>
      </w:r>
      <w:proofErr w:type="spellStart"/>
      <w:r w:rsidRPr="003A789E" w:rsidR="00224430">
        <w:rPr>
          <w:color w:val="000000" w:themeColor="text1"/>
          <w:lang w:eastAsia="ko-KR"/>
        </w:rPr>
        <w:t>실내외재료마감표</w:t>
      </w:r>
      <w:proofErr w:type="spellEnd"/>
      <w:r w:rsidR="00293B54">
        <w:rPr>
          <w:rFonts w:hint="eastAsia"/>
          <w:color w:val="000000" w:themeColor="text1"/>
          <w:lang w:eastAsia="ko-KR"/>
        </w:rPr>
        <w:t xml:space="preserve"> 포함))</w:t>
      </w:r>
      <w:r>
        <w:rPr>
          <w:lang w:eastAsia="ko-KR"/>
        </w:rPr>
        <w:t>, 공사시방서</w:t>
      </w:r>
    </w:p>
    <w:p w:rsidR="00280C0D" w:rsidRDefault="00625AC3" w14:paraId="7D94A515" w14:textId="77777777">
      <w:pPr>
        <w:spacing w:after="80"/>
        <w:ind w:left="227"/>
        <w:jc w:val="both"/>
        <w:rPr>
          <w:lang w:eastAsia="ko-KR"/>
        </w:rPr>
      </w:pPr>
      <w:r>
        <w:rPr>
          <w:lang w:eastAsia="ko-KR"/>
        </w:rPr>
        <w:t xml:space="preserve">4.3. 열람이 필요하신 분은 입찰서 제출기간 동안 </w:t>
      </w:r>
      <w:proofErr w:type="spellStart"/>
      <w:r>
        <w:rPr>
          <w:lang w:eastAsia="ko-KR"/>
        </w:rPr>
        <w:t>한국여성의집</w:t>
      </w:r>
      <w:proofErr w:type="spellEnd"/>
      <w:r>
        <w:rPr>
          <w:lang w:eastAsia="ko-KR"/>
        </w:rPr>
        <w:t>(☎02-333-7511)에서 열람할 수 있습니다.</w:t>
      </w:r>
    </w:p>
    <w:p w:rsidR="00280C0D" w:rsidRDefault="00625AC3" w14:paraId="4A8E2119" w14:textId="77777777">
      <w:pPr>
        <w:spacing w:after="80"/>
        <w:ind w:left="227"/>
        <w:jc w:val="both"/>
        <w:rPr>
          <w:lang w:eastAsia="ko-KR"/>
        </w:rPr>
      </w:pPr>
      <w:r>
        <w:rPr>
          <w:lang w:eastAsia="ko-KR"/>
        </w:rPr>
        <w:t>4.4. 본 시설은 입소자가 거주하는 생활시설이므로 현장 방문을 희망하는 경우 사전 협의 후 지정된 시간에 한하여 가능합니다.</w:t>
      </w:r>
    </w:p>
    <w:p w:rsidR="00EF0DAD" w:rsidP="00EF0DAD" w:rsidRDefault="00EF0DAD" w14:paraId="26D2A1B8" w14:textId="77777777">
      <w:pPr>
        <w:spacing w:after="80"/>
        <w:ind w:left="227"/>
        <w:jc w:val="both"/>
        <w:rPr>
          <w:lang w:eastAsia="ko-KR"/>
        </w:rPr>
      </w:pPr>
      <w:r>
        <w:rPr>
          <w:lang w:eastAsia="ko-KR"/>
        </w:rPr>
        <w:t>4.5. 입찰 참가자는 설계도서와 물량내역서를 대조하여 상호 불일치 또는 누락 여부를 사전에 확인하여야 하며, 확인 결과는 제16.14호에 따라 제출할 수 있습니다.</w:t>
      </w:r>
    </w:p>
    <w:p w:rsidR="00280C0D" w:rsidRDefault="00280C0D" w14:paraId="49988955" w14:textId="77777777">
      <w:pPr>
        <w:spacing w:after="80"/>
        <w:rPr>
          <w:rFonts w:hint="eastAsia"/>
          <w:lang w:eastAsia="ko-KR"/>
        </w:rPr>
      </w:pPr>
    </w:p>
    <w:p w:rsidR="00280C0D" w:rsidRDefault="00625AC3" w14:paraId="7BD96621" w14:textId="77777777">
      <w:pPr>
        <w:spacing w:after="120"/>
        <w:rPr>
          <w:lang w:eastAsia="ko-KR"/>
        </w:rPr>
      </w:pPr>
      <w:r>
        <w:rPr>
          <w:b/>
          <w:sz w:val="24"/>
          <w:lang w:eastAsia="ko-KR"/>
        </w:rPr>
        <w:t>5. 입찰참가 신청 및 입찰보증금</w:t>
      </w:r>
    </w:p>
    <w:p w:rsidR="00E20716" w:rsidP="00E20716" w:rsidRDefault="00E20716" w14:paraId="2DB7355E" w14:textId="77777777">
      <w:pPr>
        <w:spacing w:after="120" w:line="288" w:lineRule="auto"/>
        <w:rPr>
          <w:lang w:eastAsia="ko-KR"/>
        </w:rPr>
      </w:pPr>
      <w:r>
        <w:rPr>
          <w:lang w:eastAsia="ko-KR"/>
        </w:rPr>
        <w:t>5.1. 입찰참가신청</w:t>
      </w:r>
    </w:p>
    <w:p w:rsidR="00E20716" w:rsidP="00E20716" w:rsidRDefault="00E20716" w14:paraId="688721B3" w14:textId="77777777">
      <w:pPr>
        <w:spacing w:after="120" w:line="288" w:lineRule="auto"/>
        <w:ind w:left="300"/>
        <w:rPr>
          <w:lang w:eastAsia="ko-KR"/>
        </w:rPr>
      </w:pPr>
      <w:r>
        <w:rPr>
          <w:lang w:eastAsia="ko-KR"/>
        </w:rPr>
        <w:t>5.1.1. 입찰 참가자격이 있는 자가 3.</w:t>
      </w:r>
      <w:proofErr w:type="gramStart"/>
      <w:r>
        <w:rPr>
          <w:lang w:eastAsia="ko-KR"/>
        </w:rPr>
        <w:t>2.항에</w:t>
      </w:r>
      <w:proofErr w:type="gramEnd"/>
      <w:r>
        <w:rPr>
          <w:lang w:eastAsia="ko-KR"/>
        </w:rPr>
        <w:t xml:space="preserve"> 따라 입찰 참가자격 등록을 하였거나, 3.2.1항과 같이 나라장터에 등록사항이 게재된 경우 입찰 참가신청을 한 것으로 봅니다.</w:t>
      </w:r>
    </w:p>
    <w:p w:rsidR="00E20716" w:rsidP="00E20716" w:rsidRDefault="00E20716" w14:paraId="2324C5F7" w14:textId="77777777">
      <w:pPr>
        <w:spacing w:after="120" w:line="288" w:lineRule="auto"/>
        <w:rPr>
          <w:lang w:eastAsia="ko-KR"/>
        </w:rPr>
      </w:pPr>
      <w:r>
        <w:rPr>
          <w:lang w:eastAsia="ko-KR"/>
        </w:rPr>
        <w:t>5.2. 입찰보증금</w:t>
      </w:r>
    </w:p>
    <w:p w:rsidR="00E20716" w:rsidP="00E20716" w:rsidRDefault="00E20716" w14:paraId="54CB6AD2" w14:textId="77777777">
      <w:pPr>
        <w:spacing w:after="120" w:line="288" w:lineRule="auto"/>
        <w:ind w:left="300"/>
        <w:rPr>
          <w:lang w:eastAsia="ko-KR"/>
        </w:rPr>
      </w:pPr>
      <w:r>
        <w:rPr>
          <w:lang w:eastAsia="ko-KR"/>
        </w:rPr>
        <w:t>5.2.1. 입찰 참가자격이 있는 자로서 「지방자치단체를 당사자로 하는 계약에 관한 법률 시행령」 제37조 제3항 각호에 해당하는 경우 입찰보증금 납부를 면제합니다.</w:t>
      </w:r>
    </w:p>
    <w:p w:rsidR="00E20716" w:rsidP="00E20716" w:rsidRDefault="00E20716" w14:paraId="1ACDEF2E" w14:textId="77777777">
      <w:pPr>
        <w:spacing w:after="120" w:line="288" w:lineRule="auto"/>
        <w:ind w:left="300"/>
        <w:rPr>
          <w:lang w:eastAsia="ko-KR"/>
        </w:rPr>
      </w:pPr>
      <w:r>
        <w:rPr>
          <w:lang w:eastAsia="ko-KR"/>
        </w:rPr>
        <w:lastRenderedPageBreak/>
        <w:t xml:space="preserve">5.2.2. 상기 5.2.1에 해당하는 자는 입찰보증금 납부를 확약하는 내용이 포함된 입찰서 제출로 납부를 갈음합니다. 나라장터 시스템을 이용하여 제출하는 입찰서에는 입찰보증금에 대한 세입조치사유가 발생한 경우에는 입찰보증금 납부확약 내용에 따라 입찰금액의 100분의 5 이상을 </w:t>
      </w:r>
      <w:proofErr w:type="spellStart"/>
      <w:r>
        <w:rPr>
          <w:lang w:eastAsia="ko-KR"/>
        </w:rPr>
        <w:t>지체없이</w:t>
      </w:r>
      <w:proofErr w:type="spellEnd"/>
      <w:r>
        <w:rPr>
          <w:lang w:eastAsia="ko-KR"/>
        </w:rPr>
        <w:t xml:space="preserve"> 현금으로 납부하여야 합니다.</w:t>
      </w:r>
    </w:p>
    <w:p w:rsidR="00280C0D" w:rsidRDefault="00280C0D" w14:paraId="142E3241" w14:textId="77777777">
      <w:pPr>
        <w:spacing w:after="80"/>
        <w:rPr>
          <w:lang w:eastAsia="ko-KR"/>
        </w:rPr>
      </w:pPr>
    </w:p>
    <w:p w:rsidR="00280C0D" w:rsidRDefault="00625AC3" w14:paraId="4B4A9219" w14:textId="77777777">
      <w:pPr>
        <w:spacing w:after="120"/>
        <w:rPr>
          <w:b/>
          <w:sz w:val="24"/>
          <w:lang w:eastAsia="ko-KR"/>
        </w:rPr>
      </w:pPr>
      <w:r>
        <w:rPr>
          <w:b/>
          <w:sz w:val="24"/>
          <w:lang w:eastAsia="ko-KR"/>
        </w:rPr>
        <w:t>6. 입찰서 제출</w:t>
      </w:r>
    </w:p>
    <w:p w:rsidR="00E20716" w:rsidP="00E20716" w:rsidRDefault="00E20716" w14:paraId="77513431" w14:textId="77777777">
      <w:pPr>
        <w:spacing w:after="120" w:line="288" w:lineRule="auto"/>
        <w:rPr>
          <w:lang w:eastAsia="ko-KR"/>
        </w:rPr>
      </w:pPr>
      <w:r>
        <w:rPr>
          <w:lang w:eastAsia="ko-KR"/>
        </w:rPr>
        <w:t>6.1. 이 입찰은 전자입찰로만 집행합니다.</w:t>
      </w:r>
    </w:p>
    <w:p w:rsidR="00E20716" w:rsidP="00E20716" w:rsidRDefault="00E20716" w14:paraId="014C2E38" w14:textId="77777777">
      <w:pPr>
        <w:spacing w:after="120" w:line="288" w:lineRule="auto"/>
        <w:rPr>
          <w:lang w:eastAsia="ko-KR"/>
        </w:rPr>
      </w:pPr>
      <w:r>
        <w:rPr>
          <w:lang w:eastAsia="ko-KR"/>
        </w:rPr>
        <w:t>6.2. 전자입찰은 「</w:t>
      </w:r>
      <w:proofErr w:type="spellStart"/>
      <w:r>
        <w:rPr>
          <w:lang w:eastAsia="ko-KR"/>
        </w:rPr>
        <w:t>국가종합전자조달시스템</w:t>
      </w:r>
      <w:proofErr w:type="spellEnd"/>
      <w:r>
        <w:rPr>
          <w:lang w:eastAsia="ko-KR"/>
        </w:rPr>
        <w:t xml:space="preserve"> 전자입찰특별유의서」 제7조제1항제1~2호에 따라 나라장터 안전 입찰서비스를 이용하여 입찰서를 제출하여야 합니다.</w:t>
      </w:r>
    </w:p>
    <w:p w:rsidRPr="00337676" w:rsidR="00E20716" w:rsidP="00E20716" w:rsidRDefault="00E20716" w14:paraId="6295DBE7" w14:textId="51B1C321">
      <w:pPr>
        <w:spacing w:after="120" w:line="288" w:lineRule="auto"/>
        <w:ind w:left="300"/>
        <w:rPr>
          <w:b/>
          <w:bCs/>
          <w:color w:val="000000" w:themeColor="text1"/>
          <w:lang w:eastAsia="ko-KR"/>
        </w:rPr>
      </w:pPr>
      <w:r>
        <w:rPr>
          <w:lang w:eastAsia="ko-KR"/>
        </w:rPr>
        <w:t xml:space="preserve">6.2.1. </w:t>
      </w:r>
      <w:r w:rsidRPr="00775CB8">
        <w:rPr>
          <w:b/>
          <w:bCs/>
          <w:color w:val="0070C0"/>
          <w:lang w:eastAsia="ko-KR"/>
        </w:rPr>
        <w:t xml:space="preserve">전자입찰서 </w:t>
      </w:r>
      <w:proofErr w:type="gramStart"/>
      <w:r w:rsidRPr="00775CB8">
        <w:rPr>
          <w:b/>
          <w:bCs/>
          <w:color w:val="0070C0"/>
          <w:lang w:eastAsia="ko-KR"/>
        </w:rPr>
        <w:t>제출기간 :</w:t>
      </w:r>
      <w:proofErr w:type="gramEnd"/>
      <w:r w:rsidRPr="00775CB8">
        <w:rPr>
          <w:b/>
          <w:bCs/>
          <w:color w:val="0070C0"/>
          <w:lang w:eastAsia="ko-KR"/>
        </w:rPr>
        <w:t xml:space="preserve"> 2026. 08. 1</w:t>
      </w:r>
      <w:r w:rsidRPr="00775CB8" w:rsidR="00ED780A">
        <w:rPr>
          <w:rFonts w:hint="eastAsia"/>
          <w:b/>
          <w:bCs/>
          <w:color w:val="0070C0"/>
          <w:lang w:eastAsia="ko-KR"/>
        </w:rPr>
        <w:t>8</w:t>
      </w:r>
      <w:r w:rsidRPr="00775CB8">
        <w:rPr>
          <w:b/>
          <w:bCs/>
          <w:color w:val="0070C0"/>
          <w:lang w:eastAsia="ko-KR"/>
        </w:rPr>
        <w:t>.(</w:t>
      </w:r>
      <w:r w:rsidRPr="00775CB8" w:rsidR="00ED780A">
        <w:rPr>
          <w:rFonts w:hint="eastAsia"/>
          <w:b/>
          <w:bCs/>
          <w:color w:val="0070C0"/>
          <w:lang w:eastAsia="ko-KR"/>
        </w:rPr>
        <w:t>화</w:t>
      </w:r>
      <w:r w:rsidRPr="00775CB8">
        <w:rPr>
          <w:b/>
          <w:bCs/>
          <w:color w:val="0070C0"/>
          <w:lang w:eastAsia="ko-KR"/>
        </w:rPr>
        <w:t xml:space="preserve">) 10:00 ~ 2026. 08. </w:t>
      </w:r>
      <w:r w:rsidRPr="00775CB8" w:rsidR="00ED780A">
        <w:rPr>
          <w:rFonts w:hint="eastAsia"/>
          <w:b/>
          <w:bCs/>
          <w:color w:val="0070C0"/>
          <w:lang w:eastAsia="ko-KR"/>
        </w:rPr>
        <w:t>20</w:t>
      </w:r>
      <w:r w:rsidRPr="00775CB8">
        <w:rPr>
          <w:b/>
          <w:bCs/>
          <w:color w:val="0070C0"/>
          <w:lang w:eastAsia="ko-KR"/>
        </w:rPr>
        <w:t>.(</w:t>
      </w:r>
      <w:r w:rsidRPr="00775CB8" w:rsidR="00ED780A">
        <w:rPr>
          <w:rFonts w:hint="eastAsia"/>
          <w:b/>
          <w:bCs/>
          <w:color w:val="0070C0"/>
          <w:lang w:eastAsia="ko-KR"/>
        </w:rPr>
        <w:t>목</w:t>
      </w:r>
      <w:r w:rsidRPr="00775CB8">
        <w:rPr>
          <w:b/>
          <w:bCs/>
          <w:color w:val="0070C0"/>
          <w:lang w:eastAsia="ko-KR"/>
        </w:rPr>
        <w:t>) 1</w:t>
      </w:r>
      <w:r w:rsidRPr="00775CB8" w:rsidR="00ED780A">
        <w:rPr>
          <w:rFonts w:hint="eastAsia"/>
          <w:b/>
          <w:bCs/>
          <w:color w:val="0070C0"/>
          <w:lang w:eastAsia="ko-KR"/>
        </w:rPr>
        <w:t>4</w:t>
      </w:r>
      <w:r w:rsidRPr="00775CB8">
        <w:rPr>
          <w:b/>
          <w:bCs/>
          <w:color w:val="0070C0"/>
          <w:lang w:eastAsia="ko-KR"/>
        </w:rPr>
        <w:t>:00</w:t>
      </w:r>
    </w:p>
    <w:p w:rsidR="00E20716" w:rsidP="00E20716" w:rsidRDefault="00E20716" w14:paraId="2A222AA7" w14:textId="77777777">
      <w:pPr>
        <w:spacing w:after="120" w:line="288" w:lineRule="auto"/>
        <w:ind w:left="300"/>
        <w:rPr>
          <w:lang w:eastAsia="ko-KR"/>
        </w:rPr>
      </w:pPr>
      <w:r>
        <w:rPr>
          <w:lang w:eastAsia="ko-KR"/>
        </w:rPr>
        <w:t>6.2.2. 전자입찰서 제출여부는 나라장터의 '</w:t>
      </w:r>
      <w:proofErr w:type="spellStart"/>
      <w:r>
        <w:rPr>
          <w:lang w:eastAsia="ko-KR"/>
        </w:rPr>
        <w:t>전자문서함</w:t>
      </w:r>
      <w:proofErr w:type="spellEnd"/>
      <w:r>
        <w:rPr>
          <w:lang w:eastAsia="ko-KR"/>
        </w:rPr>
        <w:t>-</w:t>
      </w:r>
      <w:proofErr w:type="spellStart"/>
      <w:r>
        <w:rPr>
          <w:lang w:eastAsia="ko-KR"/>
        </w:rPr>
        <w:t>보낸문서함</w:t>
      </w:r>
      <w:proofErr w:type="spellEnd"/>
      <w:r>
        <w:rPr>
          <w:lang w:eastAsia="ko-KR"/>
        </w:rPr>
        <w:t>'에서 확인하여야 합니다.</w:t>
      </w:r>
    </w:p>
    <w:p w:rsidR="00E20716" w:rsidP="00E20716" w:rsidRDefault="00E20716" w14:paraId="7BCAFFA9" w14:textId="77777777">
      <w:pPr>
        <w:spacing w:after="120" w:line="288" w:lineRule="auto"/>
        <w:ind w:left="300"/>
        <w:rPr>
          <w:lang w:eastAsia="ko-KR"/>
        </w:rPr>
      </w:pPr>
      <w:r>
        <w:rPr>
          <w:lang w:eastAsia="ko-KR"/>
        </w:rPr>
        <w:t>6.2.3. 입찰자는 전자입찰서 제출마감시간에 임박하여 입찰서를 제출하는 경우 입찰서 및 내역서 암호화 과정 등에 다소 시간이 소요될 수 있으므로 충분한 시간을 갖고 입찰서를 제출해 주시기 바랍니다.</w:t>
      </w:r>
    </w:p>
    <w:p w:rsidRPr="00E20716" w:rsidR="00E20716" w:rsidRDefault="00E20716" w14:paraId="6D1C7213" w14:textId="77777777">
      <w:pPr>
        <w:spacing w:after="120"/>
        <w:rPr>
          <w:lang w:eastAsia="ko-KR"/>
        </w:rPr>
      </w:pPr>
    </w:p>
    <w:p w:rsidR="00280C0D" w:rsidRDefault="00625AC3" w14:paraId="5B65D34A" w14:textId="77777777">
      <w:pPr>
        <w:spacing w:after="120"/>
        <w:rPr>
          <w:lang w:eastAsia="ko-KR"/>
        </w:rPr>
      </w:pPr>
      <w:r>
        <w:rPr>
          <w:b/>
          <w:sz w:val="24"/>
          <w:lang w:eastAsia="ko-KR"/>
        </w:rPr>
        <w:t>7. 개찰일시 및 장소</w:t>
      </w:r>
    </w:p>
    <w:p w:rsidR="00280C0D" w:rsidRDefault="00625AC3" w14:paraId="6C67A282" w14:textId="242E7EFE">
      <w:pPr>
        <w:spacing w:after="80"/>
        <w:ind w:left="227"/>
        <w:jc w:val="both"/>
        <w:rPr>
          <w:lang w:eastAsia="ko-KR"/>
        </w:rPr>
      </w:pPr>
      <w:r>
        <w:rPr>
          <w:lang w:eastAsia="ko-KR"/>
        </w:rPr>
        <w:t xml:space="preserve">7.1. </w:t>
      </w:r>
      <w:proofErr w:type="gramStart"/>
      <w:r w:rsidRPr="00775CB8">
        <w:rPr>
          <w:b/>
          <w:bCs/>
          <w:color w:val="0070C0"/>
          <w:lang w:eastAsia="ko-KR"/>
        </w:rPr>
        <w:t>개찰일시 :</w:t>
      </w:r>
      <w:proofErr w:type="gramEnd"/>
      <w:r w:rsidRPr="00775CB8">
        <w:rPr>
          <w:b/>
          <w:bCs/>
          <w:color w:val="0070C0"/>
          <w:lang w:eastAsia="ko-KR"/>
        </w:rPr>
        <w:t xml:space="preserve"> 2026. 08. </w:t>
      </w:r>
      <w:r w:rsidRPr="00775CB8" w:rsidR="00706A56">
        <w:rPr>
          <w:rFonts w:hint="eastAsia"/>
          <w:b/>
          <w:bCs/>
          <w:color w:val="0070C0"/>
          <w:lang w:eastAsia="ko-KR"/>
        </w:rPr>
        <w:t>20</w:t>
      </w:r>
      <w:r w:rsidRPr="00775CB8">
        <w:rPr>
          <w:b/>
          <w:bCs/>
          <w:color w:val="0070C0"/>
          <w:lang w:eastAsia="ko-KR"/>
        </w:rPr>
        <w:t>.(</w:t>
      </w:r>
      <w:r w:rsidRPr="00775CB8" w:rsidR="00337676">
        <w:rPr>
          <w:rFonts w:hint="eastAsia"/>
          <w:b/>
          <w:bCs/>
          <w:color w:val="0070C0"/>
          <w:lang w:eastAsia="ko-KR"/>
        </w:rPr>
        <w:t>목</w:t>
      </w:r>
      <w:r w:rsidRPr="00775CB8">
        <w:rPr>
          <w:b/>
          <w:bCs/>
          <w:color w:val="0070C0"/>
          <w:lang w:eastAsia="ko-KR"/>
        </w:rPr>
        <w:t>) 1</w:t>
      </w:r>
      <w:r w:rsidRPr="00775CB8" w:rsidR="00706A56">
        <w:rPr>
          <w:rFonts w:hint="eastAsia"/>
          <w:b/>
          <w:bCs/>
          <w:color w:val="0070C0"/>
          <w:lang w:eastAsia="ko-KR"/>
        </w:rPr>
        <w:t>5</w:t>
      </w:r>
      <w:r w:rsidRPr="00775CB8">
        <w:rPr>
          <w:b/>
          <w:bCs/>
          <w:color w:val="0070C0"/>
          <w:lang w:eastAsia="ko-KR"/>
        </w:rPr>
        <w:t>:00</w:t>
      </w:r>
    </w:p>
    <w:p w:rsidR="00280C0D" w:rsidRDefault="00625AC3" w14:paraId="5ED25341" w14:textId="77777777">
      <w:pPr>
        <w:spacing w:after="80"/>
        <w:ind w:left="227"/>
        <w:jc w:val="both"/>
        <w:rPr>
          <w:lang w:eastAsia="ko-KR"/>
        </w:rPr>
      </w:pPr>
      <w:r>
        <w:rPr>
          <w:lang w:eastAsia="ko-KR"/>
        </w:rPr>
        <w:t xml:space="preserve">7.2. </w:t>
      </w:r>
      <w:proofErr w:type="gramStart"/>
      <w:r>
        <w:rPr>
          <w:lang w:eastAsia="ko-KR"/>
        </w:rPr>
        <w:t>개찰장소 :</w:t>
      </w:r>
      <w:proofErr w:type="gramEnd"/>
      <w:r>
        <w:rPr>
          <w:lang w:eastAsia="ko-KR"/>
        </w:rPr>
        <w:t xml:space="preserve"> </w:t>
      </w:r>
      <w:proofErr w:type="spellStart"/>
      <w:r>
        <w:rPr>
          <w:lang w:eastAsia="ko-KR"/>
        </w:rPr>
        <w:t>국가종합전자조달시스템</w:t>
      </w:r>
      <w:proofErr w:type="spellEnd"/>
      <w:r>
        <w:rPr>
          <w:lang w:eastAsia="ko-KR"/>
        </w:rPr>
        <w:t>(나라장터</w:t>
      </w:r>
      <w:proofErr w:type="gramStart"/>
      <w:r>
        <w:rPr>
          <w:lang w:eastAsia="ko-KR"/>
        </w:rPr>
        <w:t>) /</w:t>
      </w:r>
      <w:proofErr w:type="gramEnd"/>
      <w:r>
        <w:rPr>
          <w:lang w:eastAsia="ko-KR"/>
        </w:rPr>
        <w:t xml:space="preserve"> 우리 기관 입찰집행관 PC</w:t>
      </w:r>
    </w:p>
    <w:p w:rsidR="00E20716" w:rsidP="00E20716" w:rsidRDefault="00E20716" w14:paraId="7A8DC9D0" w14:textId="77777777">
      <w:pPr>
        <w:spacing w:after="120" w:line="288" w:lineRule="auto"/>
        <w:ind w:left="210" w:leftChars="100"/>
        <w:rPr>
          <w:lang w:eastAsia="ko-KR"/>
        </w:rPr>
      </w:pPr>
      <w:r>
        <w:rPr>
          <w:sz w:val="19"/>
          <w:szCs w:val="19"/>
          <w:lang w:eastAsia="ko-KR"/>
        </w:rPr>
        <w:t xml:space="preserve">※ 개찰은 늦어질 수 있으며, 재입찰을 실시할 경우에는 </w:t>
      </w:r>
      <w:proofErr w:type="spellStart"/>
      <w:r>
        <w:rPr>
          <w:sz w:val="19"/>
          <w:szCs w:val="19"/>
          <w:lang w:eastAsia="ko-KR"/>
        </w:rPr>
        <w:t>국가종합전자조달시스템에</w:t>
      </w:r>
      <w:proofErr w:type="spellEnd"/>
      <w:r>
        <w:rPr>
          <w:sz w:val="19"/>
          <w:szCs w:val="19"/>
          <w:lang w:eastAsia="ko-KR"/>
        </w:rPr>
        <w:t xml:space="preserve"> 공지된 일시로 합니다.</w:t>
      </w:r>
    </w:p>
    <w:p w:rsidR="00E20716" w:rsidP="00E20716" w:rsidRDefault="00E20716" w14:paraId="2C842EE5" w14:textId="77777777">
      <w:pPr>
        <w:spacing w:after="120" w:line="288" w:lineRule="auto"/>
        <w:ind w:left="210" w:leftChars="100"/>
        <w:rPr>
          <w:lang w:eastAsia="ko-KR"/>
        </w:rPr>
      </w:pPr>
      <w:r>
        <w:rPr>
          <w:sz w:val="19"/>
          <w:szCs w:val="19"/>
          <w:lang w:eastAsia="ko-KR"/>
        </w:rPr>
        <w:t xml:space="preserve">※ 2인 이상의 유효한 입찰자가 없거나 낙찰자가 없을 경우 재입찰에 부칠 수 있으니, </w:t>
      </w:r>
      <w:proofErr w:type="spellStart"/>
      <w:r>
        <w:rPr>
          <w:sz w:val="19"/>
          <w:szCs w:val="19"/>
          <w:lang w:eastAsia="ko-KR"/>
        </w:rPr>
        <w:t>국가종합전자조달시스템</w:t>
      </w:r>
      <w:proofErr w:type="spellEnd"/>
      <w:r>
        <w:rPr>
          <w:sz w:val="19"/>
          <w:szCs w:val="19"/>
          <w:lang w:eastAsia="ko-KR"/>
        </w:rPr>
        <w:t>(나라장터)에서 개찰 결과를 확인 후 공고된 일정에 따라 재입찰하시기 바라며, 재입찰시 입찰자에게 개별 통보하지 않습니다.</w:t>
      </w:r>
    </w:p>
    <w:p w:rsidRPr="00E20716" w:rsidR="00280C0D" w:rsidRDefault="00280C0D" w14:paraId="45D0D288" w14:textId="77777777">
      <w:pPr>
        <w:spacing w:after="80"/>
        <w:rPr>
          <w:lang w:eastAsia="ko-KR"/>
        </w:rPr>
      </w:pPr>
    </w:p>
    <w:p w:rsidR="00280C0D" w:rsidRDefault="00625AC3" w14:paraId="77299726" w14:textId="77777777">
      <w:pPr>
        <w:spacing w:after="120"/>
        <w:rPr>
          <w:lang w:eastAsia="ko-KR"/>
        </w:rPr>
      </w:pPr>
      <w:r>
        <w:rPr>
          <w:b/>
          <w:sz w:val="24"/>
          <w:lang w:eastAsia="ko-KR"/>
        </w:rPr>
        <w:t>8. 예정가격 및 낙찰자 결정</w:t>
      </w:r>
    </w:p>
    <w:p w:rsidR="00280C0D" w:rsidRDefault="00625AC3" w14:paraId="119894A7" w14:textId="77777777">
      <w:pPr>
        <w:spacing w:after="80"/>
        <w:ind w:left="227"/>
        <w:jc w:val="both"/>
        <w:rPr>
          <w:lang w:eastAsia="ko-KR"/>
        </w:rPr>
      </w:pPr>
      <w:r>
        <w:rPr>
          <w:lang w:eastAsia="ko-KR"/>
        </w:rPr>
        <w:t xml:space="preserve">8.1. 예정가격은 기초금액을 기준으로 ±3% 범위 내에서 복수예비가격 15개를 작성하여 입찰참가자 전원이 2개씩 추첨한 결과, 다빈도 순으로 </w:t>
      </w:r>
      <w:proofErr w:type="spellStart"/>
      <w:r>
        <w:rPr>
          <w:lang w:eastAsia="ko-KR"/>
        </w:rPr>
        <w:t>추첨된</w:t>
      </w:r>
      <w:proofErr w:type="spellEnd"/>
      <w:r>
        <w:rPr>
          <w:lang w:eastAsia="ko-KR"/>
        </w:rPr>
        <w:t xml:space="preserve"> 4개의 가격을 산술평균한 가격으로 합니다.</w:t>
      </w:r>
    </w:p>
    <w:p w:rsidR="00280C0D" w:rsidRDefault="00625AC3" w14:paraId="258B8A49" w14:textId="77777777">
      <w:pPr>
        <w:spacing w:after="80"/>
        <w:ind w:left="227"/>
        <w:jc w:val="both"/>
        <w:rPr>
          <w:lang w:eastAsia="ko-KR"/>
        </w:rPr>
      </w:pPr>
      <w:r>
        <w:rPr>
          <w:lang w:eastAsia="ko-KR"/>
        </w:rPr>
        <w:lastRenderedPageBreak/>
        <w:t>8.2. 「지방계약법 시행령」 제42조에 따라 예정가격 이하로서 A값 반영 낙찰하한율 이상 최저가 입찰자부터 적격심사 후 종합평점이 95점 이상인 자를 낙찰자로 결정합니다.</w:t>
      </w:r>
    </w:p>
    <w:p w:rsidR="00280C0D" w:rsidRDefault="00625AC3" w14:paraId="7544CE29" w14:textId="75E00194">
      <w:pPr>
        <w:spacing w:after="80"/>
        <w:ind w:left="227"/>
        <w:jc w:val="both"/>
        <w:rPr>
          <w:lang w:eastAsia="ko-KR"/>
        </w:rPr>
      </w:pPr>
      <w:r>
        <w:rPr>
          <w:lang w:eastAsia="ko-KR"/>
        </w:rPr>
        <w:t xml:space="preserve">8.3. </w:t>
      </w:r>
      <w:r w:rsidRPr="00775CB8">
        <w:rPr>
          <w:b/>
          <w:bCs/>
          <w:color w:val="0070C0"/>
          <w:lang w:eastAsia="ko-KR"/>
        </w:rPr>
        <w:t>적격심사</w:t>
      </w:r>
      <w:r w:rsidRPr="00775CB8" w:rsidR="00E20716">
        <w:rPr>
          <w:rFonts w:hint="eastAsia"/>
          <w:b/>
          <w:bCs/>
          <w:color w:val="0070C0"/>
          <w:lang w:eastAsia="ko-KR"/>
        </w:rPr>
        <w:t xml:space="preserve"> 평가</w:t>
      </w:r>
      <w:r>
        <w:rPr>
          <w:lang w:eastAsia="ko-KR"/>
        </w:rPr>
        <w:t xml:space="preserve">는 「지방자치단체 </w:t>
      </w:r>
      <w:proofErr w:type="spellStart"/>
      <w:r>
        <w:rPr>
          <w:lang w:eastAsia="ko-KR"/>
        </w:rPr>
        <w:t>입찰시</w:t>
      </w:r>
      <w:proofErr w:type="spellEnd"/>
      <w:r>
        <w:rPr>
          <w:lang w:eastAsia="ko-KR"/>
        </w:rPr>
        <w:t xml:space="preserve"> 낙찰자 결정기준」 제2장의 1 </w:t>
      </w:r>
      <w:r w:rsidRPr="00775CB8">
        <w:rPr>
          <w:b/>
          <w:bCs/>
          <w:color w:val="0070C0"/>
          <w:lang w:eastAsia="ko-KR"/>
        </w:rPr>
        <w:t>시설공사 적격심사 세부기준</w:t>
      </w:r>
      <w:r>
        <w:rPr>
          <w:lang w:eastAsia="ko-KR"/>
        </w:rPr>
        <w:t>에 따르며, 낙찰자로 결정된 자는 적격심사 서류제출 통보일부터 7일 이내에 서류를 제출해야 합니다.</w:t>
      </w:r>
    </w:p>
    <w:p w:rsidR="00280C0D" w:rsidRDefault="00625AC3" w14:paraId="6BA5EB36" w14:textId="77777777">
      <w:pPr>
        <w:spacing w:after="80"/>
        <w:ind w:left="227"/>
        <w:jc w:val="both"/>
        <w:rPr>
          <w:lang w:eastAsia="ko-KR"/>
        </w:rPr>
      </w:pPr>
      <w:r>
        <w:rPr>
          <w:lang w:eastAsia="ko-KR"/>
        </w:rPr>
        <w:t>8.4. 본 사업은 100억원 미만 공사에 해당되어 예정가격 중 재료비·노무비·경비 및 이에 대한 부가가치세를 합산한 금액의 100분의 98 미만으로 입찰한 자는 낙찰자 결정 시 배제됩니다.</w:t>
      </w:r>
    </w:p>
    <w:p w:rsidR="00280C0D" w:rsidRDefault="00625AC3" w14:paraId="573D5B3F" w14:textId="77777777">
      <w:pPr>
        <w:spacing w:after="80"/>
        <w:ind w:left="227"/>
        <w:jc w:val="both"/>
        <w:rPr>
          <w:lang w:eastAsia="ko-KR"/>
        </w:rPr>
      </w:pPr>
      <w:r>
        <w:rPr>
          <w:lang w:eastAsia="ko-KR"/>
        </w:rPr>
        <w:t>8.5. 동일가격으로 입찰한 최저가 입찰자가 2인 이상인 경우에는 적격통과점수 이상인 자 중에서 최고점수를 받은 자를 낙찰자로 결정하고, 종합평점도 동일한 경우에는 전자조달시스템을 통해 자동으로 추첨하는 방식을 적용합니다.</w:t>
      </w:r>
    </w:p>
    <w:p w:rsidR="00280C0D" w:rsidRDefault="00280C0D" w14:paraId="67E257A0" w14:textId="77777777">
      <w:pPr>
        <w:spacing w:after="80"/>
        <w:rPr>
          <w:lang w:eastAsia="ko-KR"/>
        </w:rPr>
      </w:pPr>
    </w:p>
    <w:p w:rsidR="00280C0D" w:rsidRDefault="00625AC3" w14:paraId="714889DC" w14:textId="77777777">
      <w:pPr>
        <w:spacing w:after="120"/>
        <w:rPr>
          <w:lang w:eastAsia="ko-KR"/>
        </w:rPr>
      </w:pPr>
      <w:r>
        <w:rPr>
          <w:b/>
          <w:sz w:val="24"/>
          <w:lang w:eastAsia="ko-KR"/>
        </w:rPr>
        <w:t>9. 입찰무효</w:t>
      </w:r>
    </w:p>
    <w:p w:rsidR="00E20716" w:rsidP="00E20716" w:rsidRDefault="00E20716" w14:paraId="3DC57211" w14:textId="77777777">
      <w:pPr>
        <w:spacing w:after="120" w:line="288" w:lineRule="auto"/>
        <w:rPr>
          <w:lang w:eastAsia="ko-KR"/>
        </w:rPr>
      </w:pPr>
      <w:r>
        <w:rPr>
          <w:lang w:eastAsia="ko-KR"/>
        </w:rPr>
        <w:t>9.1. 「지방계약법 시행령」 제39조 제4항 및 같은 법 시행규칙 제42조, 「지방자치단체 입찰 및 계약집행기준」 제8장 입찰유의서 '제2절 입찰 절차 12-다'</w:t>
      </w:r>
      <w:proofErr w:type="spellStart"/>
      <w:r>
        <w:rPr>
          <w:lang w:eastAsia="ko-KR"/>
        </w:rPr>
        <w:t>에</w:t>
      </w:r>
      <w:proofErr w:type="spellEnd"/>
      <w:r>
        <w:rPr>
          <w:lang w:eastAsia="ko-KR"/>
        </w:rPr>
        <w:t xml:space="preserve"> 해당하는 입찰은 무효입니다.</w:t>
      </w:r>
    </w:p>
    <w:p w:rsidR="00E20716" w:rsidP="00E20716" w:rsidRDefault="00E20716" w14:paraId="5AB5BF4E" w14:textId="77777777">
      <w:pPr>
        <w:spacing w:after="120" w:line="288" w:lineRule="auto"/>
        <w:rPr>
          <w:lang w:eastAsia="ko-KR"/>
        </w:rPr>
      </w:pPr>
      <w:r>
        <w:rPr>
          <w:lang w:eastAsia="ko-KR"/>
        </w:rPr>
        <w:t xml:space="preserve">9.2. 무효입찰의 내용 중 오류를 범하기 쉬운 사항을 다음과 같이 </w:t>
      </w:r>
      <w:proofErr w:type="spellStart"/>
      <w:r>
        <w:rPr>
          <w:lang w:eastAsia="ko-KR"/>
        </w:rPr>
        <w:t>안내하오니</w:t>
      </w:r>
      <w:proofErr w:type="spellEnd"/>
      <w:r>
        <w:rPr>
          <w:lang w:eastAsia="ko-KR"/>
        </w:rPr>
        <w:t xml:space="preserve"> 입찰 참여자는 입찰참가자격 등록사항 확인 및 입찰공고 내용을 숙지하시어 불이익이 없도록 하시기 바랍니다.</w:t>
      </w:r>
    </w:p>
    <w:p w:rsidR="00E20716" w:rsidP="00E20716" w:rsidRDefault="00E20716" w14:paraId="0978F7F8" w14:textId="77777777">
      <w:pPr>
        <w:spacing w:after="120" w:line="288" w:lineRule="auto"/>
        <w:ind w:left="300"/>
        <w:rPr>
          <w:lang w:eastAsia="ko-KR"/>
        </w:rPr>
      </w:pPr>
      <w:r>
        <w:rPr>
          <w:lang w:eastAsia="ko-KR"/>
        </w:rPr>
        <w:t>9.2.1. 한 업체의 소속 대표자 중 1인이 다른 업체의 대표자를 겸임할 경우 해당 업체들이 하나의 입찰에 동시 참여하면 동일인이 2통의 입찰서를 제출한 것으로 간주되어 모두 무효 처리됩니다.</w:t>
      </w:r>
    </w:p>
    <w:p w:rsidR="00E20716" w:rsidP="00E20716" w:rsidRDefault="00E20716" w14:paraId="00CD9667" w14:textId="77777777">
      <w:pPr>
        <w:spacing w:after="120" w:line="288" w:lineRule="auto"/>
        <w:ind w:left="300"/>
        <w:rPr>
          <w:lang w:eastAsia="ko-KR"/>
        </w:rPr>
      </w:pPr>
      <w:r>
        <w:rPr>
          <w:lang w:eastAsia="ko-KR"/>
        </w:rPr>
        <w:t>9.2.2. 특히, "입찰 참가등록증 상의 상호(또는 법인의 명칭), 대표자의 성명(수인의 대표자가 있는 경우 대표자 전원)을 변경 등록하지 아니하고 제출한 입찰, 공사입찰유의서 제15조의 제1호에 따른 대리권이 없는 자의 입찰"은 무효 입찰임을 알려드립니다.</w:t>
      </w:r>
    </w:p>
    <w:p w:rsidRPr="00E20716" w:rsidR="00280C0D" w:rsidRDefault="00280C0D" w14:paraId="7D50B6B5" w14:textId="77777777">
      <w:pPr>
        <w:spacing w:after="80"/>
        <w:rPr>
          <w:lang w:eastAsia="ko-KR"/>
        </w:rPr>
      </w:pPr>
    </w:p>
    <w:p w:rsidR="00280C0D" w:rsidRDefault="00625AC3" w14:paraId="1C7E374A" w14:textId="77777777">
      <w:pPr>
        <w:spacing w:after="120"/>
        <w:rPr>
          <w:lang w:eastAsia="ko-KR"/>
        </w:rPr>
      </w:pPr>
      <w:r>
        <w:rPr>
          <w:b/>
          <w:sz w:val="24"/>
          <w:lang w:eastAsia="ko-KR"/>
        </w:rPr>
        <w:t>10. 국민건강보험료 등 사후정산</w:t>
      </w:r>
    </w:p>
    <w:p w:rsidR="00280C0D" w:rsidP="00626C00" w:rsidRDefault="00625AC3" w14:paraId="311BDD56" w14:textId="77777777">
      <w:pPr>
        <w:spacing w:after="80"/>
        <w:jc w:val="both"/>
        <w:rPr>
          <w:lang w:eastAsia="ko-KR"/>
        </w:rPr>
      </w:pPr>
      <w:r>
        <w:rPr>
          <w:lang w:eastAsia="ko-KR"/>
        </w:rPr>
        <w:t xml:space="preserve">10.1. 「지방자치단체 입찰 및 </w:t>
      </w:r>
      <w:proofErr w:type="spellStart"/>
      <w:r>
        <w:rPr>
          <w:lang w:eastAsia="ko-KR"/>
        </w:rPr>
        <w:t>계약집행기준」에</w:t>
      </w:r>
      <w:proofErr w:type="spellEnd"/>
      <w:r>
        <w:rPr>
          <w:lang w:eastAsia="ko-KR"/>
        </w:rPr>
        <w:t xml:space="preserve"> 따라 아래 항목은 </w:t>
      </w:r>
      <w:proofErr w:type="spellStart"/>
      <w:r>
        <w:rPr>
          <w:lang w:eastAsia="ko-KR"/>
        </w:rPr>
        <w:t>사후정산하여야</w:t>
      </w:r>
      <w:proofErr w:type="spellEnd"/>
      <w:r>
        <w:rPr>
          <w:lang w:eastAsia="ko-KR"/>
        </w:rPr>
        <w:t xml:space="preserve"> 합니다.</w:t>
      </w:r>
    </w:p>
    <w:p w:rsidR="00280C0D" w:rsidP="00626C00" w:rsidRDefault="00625AC3" w14:paraId="150702B6" w14:textId="77777777">
      <w:pPr>
        <w:spacing w:after="80"/>
        <w:jc w:val="both"/>
      </w:pPr>
      <w:r>
        <w:rPr>
          <w:lang w:eastAsia="ko-KR"/>
        </w:rPr>
        <w:t xml:space="preserve">10.2. 입찰 참가자는 입찰금액 산정 시 예정가격에 계상된 아래 금액을 조정 없이 반영해야 합니다. </w:t>
      </w:r>
      <w:r>
        <w:t>(</w:t>
      </w:r>
      <w:proofErr w:type="spellStart"/>
      <w:r>
        <w:t>단위</w:t>
      </w:r>
      <w:proofErr w:type="spellEnd"/>
      <w:r>
        <w:t xml:space="preserve"> : 원)</w:t>
      </w:r>
    </w:p>
    <w:tbl>
      <w:tblPr>
        <w:tblStyle w:val="af9"/>
        <w:tblW w:w="0" w:type="auto"/>
        <w:jc w:val="center"/>
        <w:tblLook w:val="04A0" w:firstRow="1" w:lastRow="0" w:firstColumn="1" w:lastColumn="0" w:noHBand="0" w:noVBand="1"/>
      </w:tblPr>
      <w:tblGrid>
        <w:gridCol w:w="1472"/>
        <w:gridCol w:w="1546"/>
        <w:gridCol w:w="1546"/>
        <w:gridCol w:w="1926"/>
        <w:gridCol w:w="1546"/>
        <w:gridCol w:w="1926"/>
      </w:tblGrid>
      <w:tr w:rsidRPr="00775CB8" w:rsidR="00280C0D" w14:paraId="7422C296" w14:textId="77777777">
        <w:trPr>
          <w:jc w:val="center"/>
        </w:trPr>
        <w:tc>
          <w:tcPr>
            <w:tcW w:w="1701" w:type="dxa"/>
          </w:tcPr>
          <w:p w:rsidRPr="00775CB8" w:rsidR="00280C0D" w:rsidRDefault="00625AC3" w14:paraId="48FFCB1F" w14:textId="77777777">
            <w:pPr>
              <w:jc w:val="center"/>
              <w:rPr>
                <w:color w:val="0070C0"/>
              </w:rPr>
            </w:pPr>
            <w:proofErr w:type="spellStart"/>
            <w:r w:rsidRPr="00775CB8">
              <w:rPr>
                <w:b/>
                <w:color w:val="0070C0"/>
                <w:sz w:val="19"/>
              </w:rPr>
              <w:t>합계</w:t>
            </w:r>
            <w:proofErr w:type="spellEnd"/>
            <w:r w:rsidRPr="00775CB8">
              <w:rPr>
                <w:b/>
                <w:color w:val="0070C0"/>
                <w:sz w:val="19"/>
              </w:rPr>
              <w:t>(</w:t>
            </w:r>
            <w:proofErr w:type="spellStart"/>
            <w:r w:rsidRPr="00775CB8">
              <w:rPr>
                <w:b/>
                <w:color w:val="0070C0"/>
                <w:sz w:val="19"/>
              </w:rPr>
              <w:t>A값</w:t>
            </w:r>
            <w:proofErr w:type="spellEnd"/>
            <w:r w:rsidRPr="00775CB8">
              <w:rPr>
                <w:b/>
                <w:color w:val="0070C0"/>
                <w:sz w:val="19"/>
              </w:rPr>
              <w:t>)</w:t>
            </w:r>
          </w:p>
        </w:tc>
        <w:tc>
          <w:tcPr>
            <w:tcW w:w="1531" w:type="dxa"/>
          </w:tcPr>
          <w:p w:rsidRPr="00775CB8" w:rsidR="00280C0D" w:rsidRDefault="00625AC3" w14:paraId="18203749" w14:textId="77777777">
            <w:pPr>
              <w:jc w:val="center"/>
              <w:rPr>
                <w:color w:val="0070C0"/>
              </w:rPr>
            </w:pPr>
            <w:r w:rsidRPr="00775CB8">
              <w:rPr>
                <w:b/>
                <w:color w:val="0070C0"/>
                <w:sz w:val="19"/>
              </w:rPr>
              <w:t>국민건강보험료</w:t>
            </w:r>
          </w:p>
        </w:tc>
        <w:tc>
          <w:tcPr>
            <w:tcW w:w="1531" w:type="dxa"/>
          </w:tcPr>
          <w:p w:rsidRPr="00775CB8" w:rsidR="00280C0D" w:rsidRDefault="00625AC3" w14:paraId="26F5A8E3" w14:textId="77777777">
            <w:pPr>
              <w:jc w:val="center"/>
              <w:rPr>
                <w:color w:val="0070C0"/>
              </w:rPr>
            </w:pPr>
            <w:r w:rsidRPr="00775CB8">
              <w:rPr>
                <w:b/>
                <w:color w:val="0070C0"/>
                <w:sz w:val="19"/>
              </w:rPr>
              <w:t>국민연금보험료</w:t>
            </w:r>
          </w:p>
        </w:tc>
        <w:tc>
          <w:tcPr>
            <w:tcW w:w="1644" w:type="dxa"/>
          </w:tcPr>
          <w:p w:rsidRPr="00775CB8" w:rsidR="00280C0D" w:rsidRDefault="00625AC3" w14:paraId="395CDD3D" w14:textId="77777777">
            <w:pPr>
              <w:jc w:val="center"/>
              <w:rPr>
                <w:color w:val="0070C0"/>
              </w:rPr>
            </w:pPr>
            <w:r w:rsidRPr="00775CB8">
              <w:rPr>
                <w:b/>
                <w:color w:val="0070C0"/>
                <w:sz w:val="19"/>
              </w:rPr>
              <w:t>노인장기요양보험료</w:t>
            </w:r>
          </w:p>
        </w:tc>
        <w:tc>
          <w:tcPr>
            <w:tcW w:w="1474" w:type="dxa"/>
          </w:tcPr>
          <w:p w:rsidRPr="00775CB8" w:rsidR="00280C0D" w:rsidRDefault="00625AC3" w14:paraId="3AA03FA8" w14:textId="77777777">
            <w:pPr>
              <w:jc w:val="center"/>
              <w:rPr>
                <w:color w:val="0070C0"/>
              </w:rPr>
            </w:pPr>
            <w:r w:rsidRPr="00775CB8">
              <w:rPr>
                <w:b/>
                <w:color w:val="0070C0"/>
                <w:sz w:val="19"/>
              </w:rPr>
              <w:t>퇴직공제부금비</w:t>
            </w:r>
          </w:p>
        </w:tc>
        <w:tc>
          <w:tcPr>
            <w:tcW w:w="1531" w:type="dxa"/>
          </w:tcPr>
          <w:p w:rsidRPr="00775CB8" w:rsidR="00280C0D" w:rsidRDefault="00625AC3" w14:paraId="30B6E959" w14:textId="77777777">
            <w:pPr>
              <w:jc w:val="center"/>
              <w:rPr>
                <w:color w:val="0070C0"/>
              </w:rPr>
            </w:pPr>
            <w:r w:rsidRPr="00775CB8">
              <w:rPr>
                <w:b/>
                <w:color w:val="0070C0"/>
                <w:sz w:val="19"/>
              </w:rPr>
              <w:t>산업안전보건관리비</w:t>
            </w:r>
          </w:p>
        </w:tc>
      </w:tr>
      <w:tr w:rsidRPr="00775CB8" w:rsidR="00280C0D" w14:paraId="22D21645" w14:textId="77777777">
        <w:trPr>
          <w:jc w:val="center"/>
        </w:trPr>
        <w:tc>
          <w:tcPr>
            <w:tcW w:w="1701" w:type="dxa"/>
          </w:tcPr>
          <w:p w:rsidRPr="00775CB8" w:rsidR="00280C0D" w:rsidRDefault="00A07D67" w14:paraId="748FEABA" w14:textId="6E6BA4BD">
            <w:pPr>
              <w:rPr>
                <w:color w:val="0070C0"/>
                <w:lang w:eastAsia="ko-KR"/>
              </w:rPr>
            </w:pPr>
            <w:r w:rsidRPr="00775CB8">
              <w:rPr>
                <w:rFonts w:hint="eastAsia"/>
                <w:color w:val="0070C0"/>
                <w:lang w:eastAsia="ko-KR"/>
              </w:rPr>
              <w:t>43,476,283</w:t>
            </w:r>
          </w:p>
        </w:tc>
        <w:tc>
          <w:tcPr>
            <w:tcW w:w="1531" w:type="dxa"/>
          </w:tcPr>
          <w:p w:rsidRPr="00775CB8" w:rsidR="00280C0D" w:rsidRDefault="00A07D67" w14:paraId="502CD3AF" w14:textId="636890BD">
            <w:pPr>
              <w:jc w:val="center"/>
              <w:rPr>
                <w:color w:val="0070C0"/>
                <w:lang w:eastAsia="ko-KR"/>
              </w:rPr>
            </w:pPr>
            <w:r w:rsidRPr="00775CB8">
              <w:rPr>
                <w:rFonts w:hint="eastAsia"/>
                <w:color w:val="0070C0"/>
                <w:lang w:eastAsia="ko-KR"/>
              </w:rPr>
              <w:t>8,865,664</w:t>
            </w:r>
          </w:p>
        </w:tc>
        <w:tc>
          <w:tcPr>
            <w:tcW w:w="1531" w:type="dxa"/>
          </w:tcPr>
          <w:p w:rsidRPr="00775CB8" w:rsidR="00280C0D" w:rsidRDefault="00A07D67" w14:paraId="62C1D2FD" w14:textId="3627186A">
            <w:pPr>
              <w:jc w:val="center"/>
              <w:rPr>
                <w:color w:val="0070C0"/>
                <w:lang w:eastAsia="ko-KR"/>
              </w:rPr>
            </w:pPr>
            <w:r w:rsidRPr="00775CB8">
              <w:rPr>
                <w:rFonts w:hint="eastAsia"/>
                <w:color w:val="0070C0"/>
                <w:lang w:eastAsia="ko-KR"/>
              </w:rPr>
              <w:t>11,714,021</w:t>
            </w:r>
          </w:p>
        </w:tc>
        <w:tc>
          <w:tcPr>
            <w:tcW w:w="1644" w:type="dxa"/>
          </w:tcPr>
          <w:p w:rsidRPr="00775CB8" w:rsidR="00280C0D" w:rsidRDefault="00A07D67" w14:paraId="40C81BC3" w14:textId="2EBA609C">
            <w:pPr>
              <w:jc w:val="center"/>
              <w:rPr>
                <w:color w:val="0070C0"/>
                <w:lang w:eastAsia="ko-KR"/>
              </w:rPr>
            </w:pPr>
            <w:r w:rsidRPr="00775CB8">
              <w:rPr>
                <w:rFonts w:hint="eastAsia"/>
                <w:color w:val="0070C0"/>
                <w:lang w:eastAsia="ko-KR"/>
              </w:rPr>
              <w:t>1,164,948</w:t>
            </w:r>
          </w:p>
        </w:tc>
        <w:tc>
          <w:tcPr>
            <w:tcW w:w="1474" w:type="dxa"/>
          </w:tcPr>
          <w:p w:rsidRPr="00775CB8" w:rsidR="00280C0D" w:rsidRDefault="00A07D67" w14:paraId="57DDD83D" w14:textId="3B054A23">
            <w:pPr>
              <w:jc w:val="center"/>
              <w:rPr>
                <w:color w:val="0070C0"/>
                <w:lang w:eastAsia="ko-KR"/>
              </w:rPr>
            </w:pPr>
            <w:r w:rsidRPr="00775CB8">
              <w:rPr>
                <w:rFonts w:hint="eastAsia"/>
                <w:color w:val="0070C0"/>
                <w:lang w:eastAsia="ko-KR"/>
              </w:rPr>
              <w:t>5,672,052</w:t>
            </w:r>
          </w:p>
        </w:tc>
        <w:tc>
          <w:tcPr>
            <w:tcW w:w="1531" w:type="dxa"/>
          </w:tcPr>
          <w:p w:rsidRPr="00775CB8" w:rsidR="00280C0D" w:rsidRDefault="00A07D67" w14:paraId="74BD722D" w14:textId="6D64D332">
            <w:pPr>
              <w:jc w:val="center"/>
              <w:rPr>
                <w:color w:val="0070C0"/>
                <w:lang w:eastAsia="ko-KR"/>
              </w:rPr>
            </w:pPr>
            <w:r w:rsidRPr="00775CB8">
              <w:rPr>
                <w:rFonts w:hint="eastAsia"/>
                <w:color w:val="0070C0"/>
                <w:lang w:eastAsia="ko-KR"/>
              </w:rPr>
              <w:t>16,059,598</w:t>
            </w:r>
          </w:p>
        </w:tc>
      </w:tr>
    </w:tbl>
    <w:p w:rsidRPr="00775CB8" w:rsidR="00280C0D" w:rsidRDefault="00280C0D" w14:paraId="70AD1A86" w14:textId="77777777">
      <w:pPr>
        <w:rPr>
          <w:color w:val="0070C0"/>
        </w:rPr>
      </w:pPr>
    </w:p>
    <w:p w:rsidR="00280C0D" w:rsidP="00626C00" w:rsidRDefault="00625AC3" w14:paraId="05B726EC" w14:textId="3440DF25">
      <w:pPr>
        <w:spacing w:after="80"/>
        <w:jc w:val="both"/>
        <w:rPr>
          <w:lang w:eastAsia="ko-KR"/>
        </w:rPr>
      </w:pPr>
      <w:r>
        <w:rPr>
          <w:lang w:eastAsia="ko-KR"/>
        </w:rPr>
        <w:t>10.3. 위 금액은 기성 및 준공대가 청구 시 사업명이 기재된 보험료 납입확인서를 첨부하여 사</w:t>
      </w:r>
      <w:r w:rsidR="002A00D0">
        <w:rPr>
          <w:rFonts w:hint="eastAsia"/>
          <w:lang w:eastAsia="ko-KR"/>
        </w:rPr>
        <w:t>후</w:t>
      </w:r>
      <w:r>
        <w:rPr>
          <w:lang w:eastAsia="ko-KR"/>
        </w:rPr>
        <w:t>정산</w:t>
      </w:r>
      <w:r w:rsidR="002A00D0">
        <w:rPr>
          <w:rFonts w:hint="eastAsia"/>
          <w:lang w:eastAsia="ko-KR"/>
        </w:rPr>
        <w:t xml:space="preserve"> </w:t>
      </w:r>
      <w:r>
        <w:rPr>
          <w:lang w:eastAsia="ko-KR"/>
        </w:rPr>
        <w:t>해야 합니다.</w:t>
      </w:r>
    </w:p>
    <w:p w:rsidR="00E20716" w:rsidP="00E20716" w:rsidRDefault="00625AC3" w14:paraId="4308036C" w14:textId="2822231D">
      <w:pPr>
        <w:spacing w:after="120" w:line="288" w:lineRule="auto"/>
        <w:rPr>
          <w:lang w:eastAsia="ko-KR"/>
        </w:rPr>
      </w:pPr>
      <w:r>
        <w:rPr>
          <w:lang w:eastAsia="ko-KR"/>
        </w:rPr>
        <w:t xml:space="preserve">10.4. </w:t>
      </w:r>
      <w:r w:rsidR="00E20716">
        <w:rPr>
          <w:lang w:eastAsia="ko-KR"/>
        </w:rPr>
        <w:t>건설업 산업안전보건관리비 계상 및 사용기준[고용노동부 고시]에 따라 이 공사는 산업안전</w:t>
      </w:r>
      <w:r w:rsidR="00E20716">
        <w:rPr>
          <w:rFonts w:hint="eastAsia"/>
          <w:lang w:eastAsia="ko-KR"/>
        </w:rPr>
        <w:t xml:space="preserve"> </w:t>
      </w:r>
      <w:r w:rsidR="00E20716">
        <w:rPr>
          <w:lang w:eastAsia="ko-KR"/>
        </w:rPr>
        <w:t>보건</w:t>
      </w:r>
      <w:r w:rsidR="00E20716">
        <w:rPr>
          <w:rFonts w:hint="eastAsia"/>
          <w:lang w:eastAsia="ko-KR"/>
        </w:rPr>
        <w:t xml:space="preserve"> </w:t>
      </w:r>
      <w:r w:rsidR="00E20716">
        <w:rPr>
          <w:lang w:eastAsia="ko-KR"/>
        </w:rPr>
        <w:t xml:space="preserve">관리비를 조정 없이 반영해야 하며, 설계변경 등으로 대상액의 변동이 있는 경우에도 </w:t>
      </w:r>
      <w:proofErr w:type="spellStart"/>
      <w:r w:rsidR="00E20716">
        <w:rPr>
          <w:lang w:eastAsia="ko-KR"/>
        </w:rPr>
        <w:t>낙찰률에서</w:t>
      </w:r>
      <w:proofErr w:type="spellEnd"/>
      <w:r w:rsidR="00E20716">
        <w:rPr>
          <w:lang w:eastAsia="ko-KR"/>
        </w:rPr>
        <w:t xml:space="preserve"> </w:t>
      </w:r>
      <w:proofErr w:type="gramStart"/>
      <w:r w:rsidR="00E20716">
        <w:rPr>
          <w:lang w:eastAsia="ko-KR"/>
        </w:rPr>
        <w:t>배제</w:t>
      </w:r>
      <w:r w:rsidR="00E20716">
        <w:rPr>
          <w:rFonts w:hint="eastAsia"/>
          <w:lang w:eastAsia="ko-KR"/>
        </w:rPr>
        <w:t xml:space="preserve"> </w:t>
      </w:r>
      <w:r w:rsidR="00E20716">
        <w:rPr>
          <w:lang w:eastAsia="ko-KR"/>
        </w:rPr>
        <w:t>됩니다</w:t>
      </w:r>
      <w:proofErr w:type="gramEnd"/>
      <w:r w:rsidR="00E20716">
        <w:rPr>
          <w:lang w:eastAsia="ko-KR"/>
        </w:rPr>
        <w:t>.</w:t>
      </w:r>
    </w:p>
    <w:p w:rsidR="00280C0D" w:rsidRDefault="00625AC3" w14:paraId="2E3EF185" w14:textId="77777777">
      <w:pPr>
        <w:spacing w:after="80"/>
        <w:ind w:left="227"/>
        <w:jc w:val="both"/>
        <w:rPr>
          <w:lang w:eastAsia="ko-KR"/>
        </w:rPr>
      </w:pPr>
      <w:r>
        <w:rPr>
          <w:lang w:eastAsia="ko-KR"/>
        </w:rPr>
        <w:t xml:space="preserve">※ 「건설산업기본법」 제68조의3에 따라 건설기계 대여계약을 체결한 경우 대여업체 및 발주기관에 즉시 대여대금 지급보증서를 제출해야 하며, 미사용 금액은 </w:t>
      </w:r>
      <w:proofErr w:type="spellStart"/>
      <w:r>
        <w:rPr>
          <w:lang w:eastAsia="ko-KR"/>
        </w:rPr>
        <w:t>사후정산합니다</w:t>
      </w:r>
      <w:proofErr w:type="spellEnd"/>
      <w:r>
        <w:rPr>
          <w:lang w:eastAsia="ko-KR"/>
        </w:rPr>
        <w:t>.</w:t>
      </w:r>
    </w:p>
    <w:p w:rsidR="00280C0D" w:rsidRDefault="00280C0D" w14:paraId="3FC44BA4" w14:textId="77777777">
      <w:pPr>
        <w:spacing w:after="80"/>
        <w:rPr>
          <w:lang w:eastAsia="ko-KR"/>
        </w:rPr>
      </w:pPr>
    </w:p>
    <w:p w:rsidR="00280C0D" w:rsidRDefault="00625AC3" w14:paraId="6896A1A0" w14:textId="77777777">
      <w:pPr>
        <w:spacing w:after="120"/>
        <w:rPr>
          <w:lang w:eastAsia="ko-KR"/>
        </w:rPr>
      </w:pPr>
      <w:r>
        <w:rPr>
          <w:b/>
          <w:sz w:val="24"/>
          <w:lang w:eastAsia="ko-KR"/>
        </w:rPr>
        <w:t>11. 하도급대금 직불조건부 입찰참가 확약서 제출</w:t>
      </w:r>
    </w:p>
    <w:p w:rsidR="00E20716" w:rsidP="00E20716" w:rsidRDefault="00E20716" w14:paraId="6A424348" w14:textId="77777777">
      <w:pPr>
        <w:spacing w:after="120" w:line="288" w:lineRule="auto"/>
        <w:rPr>
          <w:lang w:eastAsia="ko-KR"/>
        </w:rPr>
      </w:pPr>
      <w:r>
        <w:rPr>
          <w:lang w:eastAsia="ko-KR"/>
        </w:rPr>
        <w:t>11.1. 입찰에 참여하는 자는 「지방자치단체를 당사자로 하는 계약에 관한 법률」 제31조의4에 따라 각 중앙행정기관 및 지방자치단체의 장으로부터 「건설산업기본법」 제34조제1항 또는 「하도급거래 공정화에 관한 법률」 제13조제1항이나 제3항을 위반한 사실이 통보된 자로서 당해 입찰공고일이 위반사실 통보일로부터 1년 이내인 것으로 확인된 때에는 「지방자치단체를 당사자로 하는 계약에 관한 법률」 제18조에 따른 대가 지급 시 "하도급대금을 발주기관이 하수급인에게 직접 지급하는 것에 합의한다"는 내용의 확약서를 제출하여야 합니다.</w:t>
      </w:r>
    </w:p>
    <w:p w:rsidR="00E20716" w:rsidP="00E20716" w:rsidRDefault="00E20716" w14:paraId="0B1C1BF8" w14:textId="77777777">
      <w:pPr>
        <w:spacing w:after="120" w:line="288" w:lineRule="auto"/>
        <w:rPr>
          <w:lang w:eastAsia="ko-KR"/>
        </w:rPr>
      </w:pPr>
      <w:r>
        <w:rPr>
          <w:lang w:eastAsia="ko-KR"/>
        </w:rPr>
        <w:t>11.2. 확약서를 제출하여야 하는 자는 입찰서 제출 시 '하도급 대금 직불조건부 입찰참가 확약서'</w:t>
      </w:r>
      <w:proofErr w:type="spellStart"/>
      <w:r>
        <w:rPr>
          <w:lang w:eastAsia="ko-KR"/>
        </w:rPr>
        <w:t>를</w:t>
      </w:r>
      <w:proofErr w:type="spellEnd"/>
      <w:r>
        <w:rPr>
          <w:lang w:eastAsia="ko-KR"/>
        </w:rPr>
        <w:t xml:space="preserve"> 반드시 발주부서에 제출하여야 하며 지정정보처리장치를 이용하여 제출하는 경우에는 '</w:t>
      </w:r>
      <w:proofErr w:type="spellStart"/>
      <w:r>
        <w:rPr>
          <w:lang w:eastAsia="ko-KR"/>
        </w:rPr>
        <w:t>하도급직불조건부</w:t>
      </w:r>
      <w:proofErr w:type="spellEnd"/>
      <w:r>
        <w:rPr>
          <w:lang w:eastAsia="ko-KR"/>
        </w:rPr>
        <w:t xml:space="preserve"> 입찰참가 확약서'의 내용을 포함하고 있으므로 전자입찰서 제출로 확약서 제출을 갈음합니다.</w:t>
      </w:r>
    </w:p>
    <w:p w:rsidR="00280C0D" w:rsidP="00E20716" w:rsidRDefault="00280C0D" w14:paraId="5D161491" w14:textId="508AC7D7">
      <w:pPr>
        <w:spacing w:after="80"/>
        <w:ind w:left="227"/>
        <w:jc w:val="both"/>
        <w:rPr>
          <w:lang w:eastAsia="ko-KR"/>
        </w:rPr>
      </w:pPr>
    </w:p>
    <w:p w:rsidR="00280C0D" w:rsidRDefault="00625AC3" w14:paraId="331FD9CA" w14:textId="77777777">
      <w:pPr>
        <w:spacing w:after="120"/>
        <w:rPr>
          <w:lang w:eastAsia="ko-KR"/>
        </w:rPr>
      </w:pPr>
      <w:r>
        <w:rPr>
          <w:b/>
          <w:sz w:val="24"/>
          <w:lang w:eastAsia="ko-KR"/>
        </w:rPr>
        <w:t>12. 하도급 관련 사항</w:t>
      </w:r>
    </w:p>
    <w:p w:rsidR="00280C0D" w:rsidP="00626C00" w:rsidRDefault="00625AC3" w14:paraId="67F2EF6D" w14:textId="77777777">
      <w:pPr>
        <w:spacing w:after="80"/>
        <w:jc w:val="both"/>
        <w:rPr>
          <w:lang w:eastAsia="ko-KR"/>
        </w:rPr>
      </w:pPr>
      <w:r>
        <w:rPr>
          <w:lang w:eastAsia="ko-KR"/>
        </w:rPr>
        <w:t>12.1. 본 공사는 「건설산업기본법」 제34조에 따라 조달청 「하도급지킴이」 이용 대상입니다.</w:t>
      </w:r>
    </w:p>
    <w:p w:rsidR="00280C0D" w:rsidP="00626C00" w:rsidRDefault="00625AC3" w14:paraId="6DD808A7" w14:textId="77777777">
      <w:pPr>
        <w:spacing w:after="80"/>
        <w:jc w:val="both"/>
        <w:rPr>
          <w:lang w:eastAsia="ko-KR"/>
        </w:rPr>
      </w:pPr>
      <w:r>
        <w:rPr>
          <w:lang w:eastAsia="ko-KR"/>
        </w:rPr>
        <w:t>12.2. 하도급 시 「건설산업기본법」, 「전기공사업법」, 「정보통신공사업법」 등 개별 법령의 하도급 관련 규정을 준수하여야 합니다.</w:t>
      </w:r>
    </w:p>
    <w:p w:rsidR="00280C0D" w:rsidP="00626C00" w:rsidRDefault="00625AC3" w14:paraId="13D0E9A1" w14:textId="77777777">
      <w:pPr>
        <w:spacing w:after="80"/>
        <w:jc w:val="both"/>
        <w:rPr>
          <w:lang w:eastAsia="ko-KR"/>
        </w:rPr>
      </w:pPr>
      <w:r>
        <w:rPr>
          <w:lang w:eastAsia="ko-KR"/>
        </w:rPr>
        <w:t>12.3. 입찰참가자는 입찰서 제출 시 【붙임4】 하도급지킴이 이용 확약서를 제출하여야 합니다. 다만 전자입찰의 경우 제출된 것으로 갈음하며, 계약 체결 시 서면으로 제출해야 합니다.</w:t>
      </w:r>
    </w:p>
    <w:p w:rsidR="00E20716" w:rsidP="00E20716" w:rsidRDefault="00E20716" w14:paraId="3FD31AF6" w14:textId="77777777">
      <w:pPr>
        <w:spacing w:after="120" w:line="288" w:lineRule="auto"/>
        <w:rPr>
          <w:lang w:eastAsia="ko-KR"/>
        </w:rPr>
      </w:pPr>
      <w:r>
        <w:rPr>
          <w:lang w:eastAsia="ko-KR"/>
        </w:rPr>
        <w:lastRenderedPageBreak/>
        <w:t>12.4. 「지방계약법 시행령」 제92조제1항제2호에 따라 「건설산업기본법」, 「전기공사업법」, 「정보통신공사업법」 및 그 밖의 다른 법률에 따른 하도급의 제한규정을 위반하여 하도급한 자, 거짓으로 하도급 통보를 한 자, 발주관서의 승인 없이 하도급한 자 및 발주관서의 승인을 받은 하도급조건을 변경한 자는 부정당업자로 입찰참가자격 제한을 받을 수 있습니다.</w:t>
      </w:r>
    </w:p>
    <w:p w:rsidR="00E20716" w:rsidP="00E20716" w:rsidRDefault="00E20716" w14:paraId="20BE25C3" w14:textId="77777777">
      <w:pPr>
        <w:spacing w:after="120" w:line="288" w:lineRule="auto"/>
        <w:rPr>
          <w:lang w:eastAsia="ko-KR"/>
        </w:rPr>
      </w:pPr>
      <w:r>
        <w:rPr>
          <w:lang w:eastAsia="ko-KR"/>
        </w:rPr>
        <w:t xml:space="preserve">12.5. 「지방계약법 시행령」 제92조제1항제3호에 따라 「하도급거래 공정화에 관한 </w:t>
      </w:r>
      <w:proofErr w:type="spellStart"/>
      <w:r>
        <w:rPr>
          <w:lang w:eastAsia="ko-KR"/>
        </w:rPr>
        <w:t>법률」을</w:t>
      </w:r>
      <w:proofErr w:type="spellEnd"/>
      <w:r>
        <w:rPr>
          <w:lang w:eastAsia="ko-KR"/>
        </w:rPr>
        <w:t xml:space="preserve"> 위반하여 공정거래위원회로부터 입찰참가자격 제한의 요청이 있는 자는 부정당업자로 입찰참가자격 제한을 받을 수 있습니다.</w:t>
      </w:r>
    </w:p>
    <w:p w:rsidR="00280C0D" w:rsidRDefault="00625AC3" w14:paraId="511599A7" w14:textId="77777777">
      <w:pPr>
        <w:spacing w:after="120"/>
        <w:rPr>
          <w:lang w:eastAsia="ko-KR"/>
        </w:rPr>
      </w:pPr>
      <w:r>
        <w:rPr>
          <w:b/>
          <w:sz w:val="24"/>
          <w:lang w:eastAsia="ko-KR"/>
        </w:rPr>
        <w:t>13. 안전·보건 확보 의무 준수</w:t>
      </w:r>
    </w:p>
    <w:p w:rsidR="00280C0D" w:rsidP="00626C00" w:rsidRDefault="00625AC3" w14:paraId="44B47821" w14:textId="77777777">
      <w:pPr>
        <w:spacing w:after="80"/>
        <w:jc w:val="both"/>
        <w:rPr>
          <w:lang w:eastAsia="ko-KR"/>
        </w:rPr>
      </w:pPr>
      <w:r>
        <w:rPr>
          <w:lang w:eastAsia="ko-KR"/>
        </w:rPr>
        <w:t>13.1. 입찰참가자는 근로자의 중대재해 예방을 위한 안전·보건 확보 의무를 숙지한 후 입찰에 응해야 하며, 입찰서를 제출한 자는 【붙임2】 안전·보건 확보 의무 준수 서약서를 제출한 것으로 간주합니다. 다만 계약체결 시에는 낙찰업체 대표자가 서명한 【붙임3】 안전·보건 확보 의무 이행 서약서를 제출하여야 합니다.</w:t>
      </w:r>
    </w:p>
    <w:p w:rsidR="0017597C" w:rsidP="00626C00" w:rsidRDefault="0017597C" w14:paraId="1D405D03" w14:textId="77777777">
      <w:pPr>
        <w:spacing w:after="120" w:line="288" w:lineRule="auto"/>
        <w:rPr>
          <w:lang w:eastAsia="ko-KR"/>
        </w:rPr>
      </w:pPr>
      <w:r>
        <w:rPr>
          <w:lang w:eastAsia="ko-KR"/>
        </w:rPr>
        <w:t xml:space="preserve">13.2. 계약상대자는 「중대재해 처벌 등에 관한 </w:t>
      </w:r>
      <w:proofErr w:type="spellStart"/>
      <w:r>
        <w:rPr>
          <w:lang w:eastAsia="ko-KR"/>
        </w:rPr>
        <w:t>법률」에</w:t>
      </w:r>
      <w:proofErr w:type="spellEnd"/>
      <w:r>
        <w:rPr>
          <w:lang w:eastAsia="ko-KR"/>
        </w:rPr>
        <w:t xml:space="preserve"> 따라 사업장에서 종사자의 안전·보건상 유해 또는 위험을 방지하고 그 이용자 또는 그 밖의 사람의 생명, 신체의 안전을 위하여 해당 사업의 특성 및 규모 등을 고려하여 다음과 같이 조치사항을 이행하여야 합니다.</w:t>
      </w:r>
    </w:p>
    <w:p w:rsidRPr="0017597C" w:rsidR="0017597C" w:rsidRDefault="0017597C" w14:paraId="323458D3" w14:textId="77777777">
      <w:pPr>
        <w:spacing w:after="80"/>
        <w:ind w:left="227"/>
        <w:jc w:val="both"/>
        <w:rPr>
          <w:lang w:eastAsia="ko-KR"/>
        </w:rPr>
      </w:pPr>
    </w:p>
    <w:p w:rsidR="00280C0D" w:rsidRDefault="00625AC3" w14:paraId="5A71695F" w14:textId="77777777">
      <w:pPr>
        <w:spacing w:after="80"/>
        <w:jc w:val="center"/>
        <w:rPr>
          <w:lang w:eastAsia="ko-KR"/>
        </w:rPr>
      </w:pPr>
      <w:r>
        <w:rPr>
          <w:b/>
          <w:lang w:eastAsia="ko-KR"/>
        </w:rPr>
        <w:t>《 계약업체의 안전 및 보건 확보 의무사항 (법 제4조, 제9조) 》</w:t>
      </w:r>
    </w:p>
    <w:p w:rsidR="00280C0D" w:rsidRDefault="00625AC3" w14:paraId="4BE4441E" w14:textId="77777777">
      <w:pPr>
        <w:spacing w:after="80"/>
        <w:ind w:left="567"/>
        <w:rPr>
          <w:lang w:eastAsia="ko-KR"/>
        </w:rPr>
      </w:pPr>
      <w:r>
        <w:rPr>
          <w:sz w:val="20"/>
          <w:lang w:eastAsia="ko-KR"/>
        </w:rPr>
        <w:t>① 재해예방에 필요한 인력·예산·점검 등 안전보건관리체계의 구축 및 그 이행에 관한 조치</w:t>
      </w:r>
    </w:p>
    <w:p w:rsidR="00280C0D" w:rsidP="00BB548F" w:rsidRDefault="00625AC3" w14:paraId="0F160E3D" w14:textId="77777777">
      <w:pPr>
        <w:spacing w:after="80"/>
        <w:ind w:left="567" w:firstLine="200" w:firstLineChars="100"/>
        <w:rPr>
          <w:lang w:eastAsia="ko-KR"/>
        </w:rPr>
      </w:pPr>
      <w:r>
        <w:rPr>
          <w:sz w:val="20"/>
          <w:lang w:eastAsia="ko-KR"/>
        </w:rPr>
        <w:t>② 재해 발생 시 재발방지 대책의 수립 및 그 이행에 관한 조치</w:t>
      </w:r>
    </w:p>
    <w:p w:rsidR="00280C0D" w:rsidRDefault="00625AC3" w14:paraId="5C2CFDBE" w14:textId="77777777">
      <w:pPr>
        <w:spacing w:after="80"/>
        <w:ind w:left="567"/>
        <w:rPr>
          <w:lang w:eastAsia="ko-KR"/>
        </w:rPr>
      </w:pPr>
      <w:r>
        <w:rPr>
          <w:sz w:val="20"/>
          <w:lang w:eastAsia="ko-KR"/>
        </w:rPr>
        <w:t>③ 중앙행정기관·지방자치단체가 관계 법령에 따라 개선·시정 등을 명한 사항의 이행에 관한 조치</w:t>
      </w:r>
    </w:p>
    <w:p w:rsidR="00280C0D" w:rsidRDefault="00625AC3" w14:paraId="450F5C15" w14:textId="77777777">
      <w:pPr>
        <w:spacing w:after="80"/>
        <w:ind w:left="567"/>
        <w:rPr>
          <w:lang w:eastAsia="ko-KR"/>
        </w:rPr>
      </w:pPr>
      <w:r>
        <w:rPr>
          <w:sz w:val="20"/>
          <w:lang w:eastAsia="ko-KR"/>
        </w:rPr>
        <w:t>④ 안전·보건 관계 법령에 따른 의무이행에 필요한 관리상의 조치</w:t>
      </w:r>
    </w:p>
    <w:p w:rsidR="00280C0D" w:rsidRDefault="00280C0D" w14:paraId="794C6758" w14:textId="77777777">
      <w:pPr>
        <w:spacing w:after="80"/>
        <w:rPr>
          <w:lang w:eastAsia="ko-KR"/>
        </w:rPr>
      </w:pPr>
    </w:p>
    <w:p w:rsidR="00280C0D" w:rsidRDefault="00625AC3" w14:paraId="03259362" w14:textId="77777777">
      <w:pPr>
        <w:spacing w:after="120"/>
        <w:rPr>
          <w:lang w:eastAsia="ko-KR"/>
        </w:rPr>
      </w:pPr>
      <w:r>
        <w:rPr>
          <w:b/>
          <w:sz w:val="24"/>
          <w:lang w:eastAsia="ko-KR"/>
        </w:rPr>
        <w:t>14. 공사계약이행보증</w:t>
      </w:r>
    </w:p>
    <w:p w:rsidR="00280C0D" w:rsidP="00626C00" w:rsidRDefault="00625AC3" w14:paraId="5393C62E" w14:textId="77777777">
      <w:pPr>
        <w:spacing w:after="80"/>
        <w:jc w:val="both"/>
        <w:rPr>
          <w:lang w:eastAsia="ko-KR"/>
        </w:rPr>
      </w:pPr>
      <w:r>
        <w:rPr>
          <w:lang w:eastAsia="ko-KR"/>
        </w:rPr>
        <w:t>14.1. 낙찰자는 「지방계약법 시행령」 제51조제1항제1호에 따른 방법으로 계약이행을 보증하여야 합니다.</w:t>
      </w:r>
    </w:p>
    <w:p w:rsidR="00280C0D" w:rsidRDefault="00280C0D" w14:paraId="6726B9AA" w14:textId="77777777">
      <w:pPr>
        <w:spacing w:after="80"/>
        <w:rPr>
          <w:lang w:eastAsia="ko-KR"/>
        </w:rPr>
      </w:pPr>
    </w:p>
    <w:p w:rsidR="00280C0D" w:rsidRDefault="00625AC3" w14:paraId="53AD8F44" w14:textId="77777777">
      <w:pPr>
        <w:spacing w:after="120"/>
        <w:rPr>
          <w:lang w:eastAsia="ko-KR"/>
        </w:rPr>
      </w:pPr>
      <w:r>
        <w:rPr>
          <w:b/>
          <w:sz w:val="24"/>
          <w:lang w:eastAsia="ko-KR"/>
        </w:rPr>
        <w:t>15. 공사근로자 노무비 구분관리 및 지급확인 준수</w:t>
      </w:r>
    </w:p>
    <w:p w:rsidR="00280C0D" w:rsidP="00626C00" w:rsidRDefault="00625AC3" w14:paraId="445DFBBE" w14:textId="77777777">
      <w:pPr>
        <w:spacing w:after="80"/>
        <w:jc w:val="both"/>
        <w:rPr>
          <w:lang w:eastAsia="ko-KR"/>
        </w:rPr>
      </w:pPr>
      <w:r>
        <w:rPr>
          <w:lang w:eastAsia="ko-KR"/>
        </w:rPr>
        <w:lastRenderedPageBreak/>
        <w:t>15.1. 「지방자치단체 입찰 및 계약 집행기준」 제9장 계약일반조건 제9절에 따라 노무비의 구분관리 및 지급확인 적용 대상 공사입니다.</w:t>
      </w:r>
    </w:p>
    <w:p w:rsidR="00D413E5" w:rsidP="00D413E5" w:rsidRDefault="00625AC3" w14:paraId="1CD0BD37" w14:textId="77777777">
      <w:pPr>
        <w:spacing w:after="120" w:line="288" w:lineRule="auto"/>
        <w:rPr>
          <w:lang w:eastAsia="ko-KR"/>
        </w:rPr>
      </w:pPr>
      <w:r>
        <w:rPr>
          <w:lang w:eastAsia="ko-KR"/>
        </w:rPr>
        <w:t xml:space="preserve">15.2. 계약상대자는 발주기관과 협의하여 정한 노무비 지급기일에 맞추어 </w:t>
      </w:r>
      <w:r w:rsidR="00D413E5">
        <w:rPr>
          <w:lang w:eastAsia="ko-KR"/>
        </w:rPr>
        <w:t>매월 모든 근로자(직접노무비에 한하며, 하수급인이 고용한 근로자를 포함)의 노무비 청구내역(근로자 개인별 성명, 임금 및 연락처 등)을 제출하여야 하며, 노무비 지급 후 증빙서류를 첨부하여 지급내역을 우리 기관에 제출해야 합니다.</w:t>
      </w:r>
    </w:p>
    <w:p w:rsidR="00280C0D" w:rsidRDefault="00280C0D" w14:paraId="72EB50A2" w14:textId="77777777">
      <w:pPr>
        <w:spacing w:after="80"/>
        <w:rPr>
          <w:lang w:eastAsia="ko-KR"/>
        </w:rPr>
      </w:pPr>
    </w:p>
    <w:p w:rsidR="00280C0D" w:rsidRDefault="00625AC3" w14:paraId="48814273" w14:textId="77777777">
      <w:pPr>
        <w:spacing w:after="120"/>
        <w:rPr>
          <w:lang w:eastAsia="ko-KR"/>
        </w:rPr>
      </w:pPr>
      <w:r>
        <w:rPr>
          <w:b/>
          <w:sz w:val="24"/>
          <w:lang w:eastAsia="ko-KR"/>
        </w:rPr>
        <w:t>16. 기타사항</w:t>
      </w:r>
    </w:p>
    <w:p w:rsidR="00280C0D" w:rsidP="00626C00" w:rsidRDefault="00625AC3" w14:paraId="21DF0953" w14:textId="77777777">
      <w:pPr>
        <w:spacing w:after="80"/>
        <w:jc w:val="both"/>
        <w:rPr>
          <w:lang w:eastAsia="ko-KR"/>
        </w:rPr>
      </w:pPr>
      <w:r>
        <w:rPr>
          <w:lang w:eastAsia="ko-KR"/>
        </w:rPr>
        <w:t>16.1. 기초금액과 개찰결과에 대한 정보는 나라장터의 [입찰정보-공사-기초금액과 개찰결과]에 게재됩니다.</w:t>
      </w:r>
    </w:p>
    <w:p w:rsidR="00280C0D" w:rsidP="00626C00" w:rsidRDefault="00625AC3" w14:paraId="04757CF0" w14:textId="77777777">
      <w:pPr>
        <w:spacing w:after="80"/>
        <w:jc w:val="both"/>
        <w:rPr>
          <w:lang w:eastAsia="ko-KR"/>
        </w:rPr>
      </w:pPr>
      <w:r>
        <w:rPr>
          <w:lang w:eastAsia="ko-KR"/>
        </w:rPr>
        <w:t>16.2. 계약상대자는 계약체결 시 「</w:t>
      </w:r>
      <w:proofErr w:type="spellStart"/>
      <w:r>
        <w:rPr>
          <w:lang w:eastAsia="ko-KR"/>
        </w:rPr>
        <w:t>인지세법」에서</w:t>
      </w:r>
      <w:proofErr w:type="spellEnd"/>
      <w:r>
        <w:rPr>
          <w:lang w:eastAsia="ko-KR"/>
        </w:rPr>
        <w:t xml:space="preserve"> 규정한 바에 따라 수입인지를 매입하여 계약담당자에게 제출하여야 합니다.</w:t>
      </w:r>
    </w:p>
    <w:p w:rsidR="00280C0D" w:rsidP="00626C00" w:rsidRDefault="00625AC3" w14:paraId="2A46B71D" w14:textId="77777777">
      <w:pPr>
        <w:spacing w:after="80"/>
        <w:jc w:val="both"/>
        <w:rPr>
          <w:lang w:eastAsia="ko-KR"/>
        </w:rPr>
      </w:pPr>
      <w:r>
        <w:rPr>
          <w:lang w:eastAsia="ko-KR"/>
        </w:rPr>
        <w:t xml:space="preserve">16.3. 입찰참가자는 공고문, </w:t>
      </w:r>
      <w:proofErr w:type="spellStart"/>
      <w:r>
        <w:rPr>
          <w:lang w:eastAsia="ko-KR"/>
        </w:rPr>
        <w:t>국가종합전자조달시스템</w:t>
      </w:r>
      <w:proofErr w:type="spellEnd"/>
      <w:r>
        <w:rPr>
          <w:lang w:eastAsia="ko-KR"/>
        </w:rPr>
        <w:t xml:space="preserve"> </w:t>
      </w:r>
      <w:proofErr w:type="spellStart"/>
      <w:r>
        <w:rPr>
          <w:lang w:eastAsia="ko-KR"/>
        </w:rPr>
        <w:t>입찰참가자격등록규정</w:t>
      </w:r>
      <w:proofErr w:type="spellEnd"/>
      <w:r>
        <w:rPr>
          <w:lang w:eastAsia="ko-KR"/>
        </w:rPr>
        <w:t xml:space="preserve"> 및 전자입찰특별유의서, 지방자치단체 입찰 및 계약 집행기준, 지방자치단체 입찰 시 낙찰자 결정기준, 계약 일반조건, 청렴계약이행서약서, 우리 기관 계약 특수조건 등 입찰서 제출에 필요한 모든 사항을 사전에 완전히 숙지하여야 하며, 이를 숙지하지 못함에 따라 발생하는 책임은 입찰참가자에게 있습니다.</w:t>
      </w:r>
    </w:p>
    <w:p w:rsidR="00280C0D" w:rsidP="00626C00" w:rsidRDefault="00625AC3" w14:paraId="75EBA8A7" w14:textId="77777777">
      <w:pPr>
        <w:spacing w:after="80"/>
        <w:jc w:val="both"/>
        <w:rPr>
          <w:lang w:eastAsia="ko-KR"/>
        </w:rPr>
      </w:pPr>
      <w:r>
        <w:rPr>
          <w:lang w:eastAsia="ko-KR"/>
        </w:rPr>
        <w:t xml:space="preserve">16.4. 개찰 후 우리 기관으로부터 입찰 및 낙찰자 결정 등에 대한 관련 서류 제출을 </w:t>
      </w:r>
      <w:proofErr w:type="spellStart"/>
      <w:r>
        <w:rPr>
          <w:lang w:eastAsia="ko-KR"/>
        </w:rPr>
        <w:t>요구받은</w:t>
      </w:r>
      <w:proofErr w:type="spellEnd"/>
      <w:r>
        <w:rPr>
          <w:lang w:eastAsia="ko-KR"/>
        </w:rPr>
        <w:t xml:space="preserve"> 자는 해당 서류를 정한 기한 및 방법에 따라 제출해야 합니다.</w:t>
      </w:r>
    </w:p>
    <w:p w:rsidR="00280C0D" w:rsidP="00626C00" w:rsidRDefault="00625AC3" w14:paraId="6CB1F5B1" w14:textId="77777777">
      <w:pPr>
        <w:spacing w:after="80"/>
        <w:jc w:val="both"/>
        <w:rPr>
          <w:lang w:eastAsia="ko-KR"/>
        </w:rPr>
      </w:pPr>
      <w:r>
        <w:rPr>
          <w:lang w:eastAsia="ko-KR"/>
        </w:rPr>
        <w:t>16.5. 낙찰자는 우리 기관이 정한 바에 따라 계약이행보증, 청렴계약이행서약서 등을 제출한 후 낙찰자 통보일부터 10일 이내에 계약을 체결해야 합니다.</w:t>
      </w:r>
    </w:p>
    <w:p w:rsidR="00280C0D" w:rsidP="00626C00" w:rsidRDefault="00625AC3" w14:paraId="022B7E37" w14:textId="77777777">
      <w:pPr>
        <w:spacing w:after="80"/>
        <w:jc w:val="both"/>
        <w:rPr>
          <w:lang w:eastAsia="ko-KR"/>
        </w:rPr>
      </w:pPr>
      <w:r>
        <w:rPr>
          <w:lang w:eastAsia="ko-KR"/>
        </w:rPr>
        <w:t xml:space="preserve">16.6. 우리 기관에서는 별도 연락 없이 </w:t>
      </w:r>
      <w:proofErr w:type="spellStart"/>
      <w:r>
        <w:rPr>
          <w:lang w:eastAsia="ko-KR"/>
        </w:rPr>
        <w:t>국가종합전자조달시스템으로</w:t>
      </w:r>
      <w:proofErr w:type="spellEnd"/>
      <w:r>
        <w:rPr>
          <w:lang w:eastAsia="ko-KR"/>
        </w:rPr>
        <w:t xml:space="preserve"> 서류제출 통보, 낙찰통보 및 취소, 계약서 작성 및 계약체결통보 등에 관한 사항을 진행·처리할 수 있으니 유의해 주시기 바랍니다.</w:t>
      </w:r>
    </w:p>
    <w:p w:rsidR="00280C0D" w:rsidP="00626C00" w:rsidRDefault="00625AC3" w14:paraId="5995C1A5" w14:textId="1D0CAAAC">
      <w:pPr>
        <w:spacing w:after="80"/>
        <w:jc w:val="both"/>
        <w:rPr>
          <w:lang w:eastAsia="ko-KR"/>
        </w:rPr>
      </w:pPr>
      <w:r>
        <w:rPr>
          <w:lang w:eastAsia="ko-KR"/>
        </w:rPr>
        <w:t xml:space="preserve">16.7. 계약상대자는 하도급대금 지급방법을 가급적 직접지불로 하고, 건설기계 대여대금 </w:t>
      </w:r>
      <w:proofErr w:type="gramStart"/>
      <w:r>
        <w:rPr>
          <w:lang w:eastAsia="ko-KR"/>
        </w:rPr>
        <w:t>지급보증서</w:t>
      </w:r>
      <w:r w:rsidR="00D413E5">
        <w:rPr>
          <w:rFonts w:hint="eastAsia"/>
          <w:lang w:eastAsia="ko-KR"/>
        </w:rPr>
        <w:t xml:space="preserve"> </w:t>
      </w:r>
      <w:r>
        <w:rPr>
          <w:lang w:eastAsia="ko-KR"/>
        </w:rPr>
        <w:t>를</w:t>
      </w:r>
      <w:proofErr w:type="gramEnd"/>
      <w:r>
        <w:rPr>
          <w:lang w:eastAsia="ko-KR"/>
        </w:rPr>
        <w:t xml:space="preserve"> 교부하는 등 공사현장에서 임금 등의 체불이 발생하지 않도록 철저히 관리해 주시기 바랍니다.</w:t>
      </w:r>
    </w:p>
    <w:p w:rsidR="00280C0D" w:rsidP="00626C00" w:rsidRDefault="00625AC3" w14:paraId="6132C397" w14:textId="77777777">
      <w:pPr>
        <w:spacing w:after="80"/>
        <w:jc w:val="both"/>
        <w:rPr>
          <w:lang w:eastAsia="ko-KR"/>
        </w:rPr>
      </w:pPr>
      <w:r>
        <w:rPr>
          <w:lang w:eastAsia="ko-KR"/>
        </w:rPr>
        <w:t>16.8. 본 공사와 별도로 전기공사, 소방시설공사, 정보통신공사가 전문업체에 분리 발주되므로 일정을 조율하여 공사를 진행해야 합니다.</w:t>
      </w:r>
    </w:p>
    <w:p w:rsidRPr="00D413E5" w:rsidR="00280C0D" w:rsidP="00626C00" w:rsidRDefault="00625AC3" w14:paraId="738650DE" w14:textId="77777777">
      <w:pPr>
        <w:spacing w:after="80"/>
        <w:jc w:val="both"/>
        <w:rPr>
          <w:lang w:eastAsia="ko-KR"/>
        </w:rPr>
      </w:pPr>
      <w:r w:rsidRPr="00D413E5">
        <w:rPr>
          <w:lang w:eastAsia="ko-KR"/>
        </w:rPr>
        <w:t xml:space="preserve">16.9. 본 공사는 </w:t>
      </w:r>
      <w:r w:rsidRPr="00D413E5">
        <w:rPr>
          <w:b/>
          <w:bCs/>
          <w:lang w:eastAsia="ko-KR"/>
        </w:rPr>
        <w:t>해체심의 승인 완료 후 착공</w:t>
      </w:r>
      <w:r w:rsidRPr="00D413E5">
        <w:rPr>
          <w:lang w:eastAsia="ko-KR"/>
        </w:rPr>
        <w:t xml:space="preserve">하여야 하며, </w:t>
      </w:r>
      <w:r w:rsidRPr="00D413E5">
        <w:rPr>
          <w:b/>
          <w:bCs/>
          <w:lang w:eastAsia="ko-KR"/>
        </w:rPr>
        <w:t>심의에 필요한 현장자료 제출 및 인허가 보완 요청에 적극 협조가 가능한 업체</w:t>
      </w:r>
      <w:r w:rsidRPr="00D413E5">
        <w:rPr>
          <w:lang w:eastAsia="ko-KR"/>
        </w:rPr>
        <w:t>만 참여하시기 바랍니다.</w:t>
      </w:r>
    </w:p>
    <w:p w:rsidR="00280C0D" w:rsidP="00626C00" w:rsidRDefault="00625AC3" w14:paraId="02D94CC3" w14:textId="77777777">
      <w:pPr>
        <w:spacing w:after="80"/>
        <w:jc w:val="both"/>
        <w:rPr>
          <w:lang w:eastAsia="ko-KR"/>
        </w:rPr>
      </w:pPr>
      <w:r>
        <w:rPr>
          <w:lang w:eastAsia="ko-KR"/>
        </w:rPr>
        <w:lastRenderedPageBreak/>
        <w:t>16.10. 본 공사는 생활시설이고 입소자들이 임시거주로 생활하고 있어 기간 내에 반드시 모든 공정을 완료하여야 하므로, 시공자는 착공 전에 발주처와 상호 협의하여 공정표를 토대로 일정에 지장이 없도록 사전 준비를 완료하고(안전시설 및 보양에 따른 안전시설물 설치 적용) 착공하여야 하며, 일정 조율이 가능한 업체만 참여하시기 바랍니다. 또한 공정 및 현장관리 잘못으로 발생한 모든 책임은 계약자 부담으로 조치합니다.</w:t>
      </w:r>
    </w:p>
    <w:p w:rsidR="00280C0D" w:rsidP="00626C00" w:rsidRDefault="00625AC3" w14:paraId="65628EE8" w14:textId="77777777">
      <w:pPr>
        <w:spacing w:after="80"/>
        <w:jc w:val="both"/>
        <w:rPr>
          <w:lang w:eastAsia="ko-KR"/>
        </w:rPr>
      </w:pPr>
      <w:r>
        <w:rPr>
          <w:lang w:eastAsia="ko-KR"/>
        </w:rPr>
        <w:t>16.11. 주택가에 위치한 시설공사임을 고려하여 지역주민에 대한 안전관리에 최선을 다하여야 합니다. 관리 부주의(특히 우천 시 누수 피해)로 안전사고 및 민원 등이 발생할 때 전액 보상 등 모든 책임을 집니다.</w:t>
      </w:r>
    </w:p>
    <w:p w:rsidR="00280C0D" w:rsidP="00626C00" w:rsidRDefault="00625AC3" w14:paraId="111151B9" w14:textId="77777777">
      <w:pPr>
        <w:spacing w:after="80"/>
        <w:jc w:val="both"/>
        <w:rPr>
          <w:lang w:eastAsia="ko-KR"/>
        </w:rPr>
      </w:pPr>
      <w:r>
        <w:rPr>
          <w:lang w:eastAsia="ko-KR"/>
        </w:rPr>
        <w:t>16.12. 예정공정표 작성 전(착공 전) 공사 자재 및 인력수급, 관련 업체에 따른 일정 협의를 완료한 후 착공하여야 합니다. 시공사 임의 판단으로 착공하여 기관 운영에 지장 등 문제 야기 시 모든 책임은 계약자의 귀책사유임을 명심하여 현장관리에 철저히 하여야 합니다.</w:t>
      </w:r>
    </w:p>
    <w:p w:rsidR="00280C0D" w:rsidP="00626C00" w:rsidRDefault="00625AC3" w14:paraId="6078DEDA" w14:textId="77777777">
      <w:pPr>
        <w:spacing w:after="80"/>
        <w:jc w:val="both"/>
        <w:rPr>
          <w:lang w:eastAsia="ko-KR"/>
        </w:rPr>
      </w:pPr>
      <w:r>
        <w:rPr>
          <w:lang w:eastAsia="ko-KR"/>
        </w:rPr>
        <w:t xml:space="preserve">16.13. 마감재는 </w:t>
      </w:r>
      <w:proofErr w:type="spellStart"/>
      <w:r>
        <w:rPr>
          <w:lang w:eastAsia="ko-KR"/>
        </w:rPr>
        <w:t>실내외재료마감표를</w:t>
      </w:r>
      <w:proofErr w:type="spellEnd"/>
      <w:r>
        <w:rPr>
          <w:lang w:eastAsia="ko-KR"/>
        </w:rPr>
        <w:t xml:space="preserve"> 따르며, 시공 전 제품의 사양(제조사·형상·마감·색상 등)을 견본 또는 사진으로 제출하여 발주처의 승인을 받은 후 설치하여야 합니다.</w:t>
      </w:r>
    </w:p>
    <w:p w:rsidR="00E8790A" w:rsidP="00E8790A" w:rsidRDefault="00E8790A" w14:paraId="1F3D993A" w14:textId="51FE03F9">
      <w:pPr>
        <w:spacing w:after="80"/>
        <w:jc w:val="both"/>
        <w:rPr>
          <w:lang w:eastAsia="ko-KR"/>
        </w:rPr>
      </w:pPr>
      <w:r>
        <w:rPr>
          <w:lang w:eastAsia="ko-KR"/>
        </w:rPr>
        <w:t>16.14. 설계도서(설계도면·</w:t>
      </w:r>
      <w:proofErr w:type="spellStart"/>
      <w:r w:rsidR="00830DC7">
        <w:rPr>
          <w:lang w:eastAsia="ko-KR"/>
        </w:rPr>
        <w:t>실내외재료마감표</w:t>
      </w:r>
      <w:proofErr w:type="spellEnd"/>
      <w:r w:rsidR="00830DC7">
        <w:rPr>
          <w:lang w:eastAsia="ko-KR"/>
        </w:rPr>
        <w:t>·</w:t>
      </w:r>
      <w:r>
        <w:rPr>
          <w:lang w:eastAsia="ko-KR"/>
        </w:rPr>
        <w:t>공사시방서)와 교부한 물량내역서(공내역서)의 내용이 서로 다르거나, 시공에 필요하나 물량내역서에 계상되지 아니한 항목이 있는 경우, 입찰 참가자는 그 내용과 사유·개략 물량을 정리하여 입찰서 제출 마감일 전일까지 발주처에 서면(전자문서 포함)으로 제출하여 주시기 바랍니다.</w:t>
      </w:r>
    </w:p>
    <w:p w:rsidR="00E8790A" w:rsidP="00E8790A" w:rsidRDefault="00E8790A" w14:paraId="192BFC2C" w14:textId="77777777">
      <w:pPr>
        <w:spacing w:after="80"/>
        <w:jc w:val="both"/>
        <w:rPr>
          <w:lang w:eastAsia="ko-KR"/>
        </w:rPr>
      </w:pPr>
      <w:r>
        <w:rPr>
          <w:lang w:eastAsia="ko-KR"/>
        </w:rPr>
        <w:t>16.15. 제16.14호에 따라 제출된 사항은 발주처가 검토하여 필요한 경우 입찰공고 정정 또는 질의회신의 방법으로 전체 입찰 참가자에게 통지하며, 통지된 내용은 설계도서의 일부로 봅니다.</w:t>
      </w:r>
    </w:p>
    <w:p w:rsidR="00E8790A" w:rsidP="00E8790A" w:rsidRDefault="00E8790A" w14:paraId="4775DD01" w14:textId="77777777">
      <w:pPr>
        <w:spacing w:after="80"/>
        <w:jc w:val="both"/>
        <w:rPr>
          <w:lang w:eastAsia="ko-KR"/>
        </w:rPr>
      </w:pPr>
      <w:r>
        <w:rPr>
          <w:lang w:eastAsia="ko-KR"/>
        </w:rPr>
        <w:t>16.16. 낙찰자는 계약체결 전까지 설계도서 검토의견서(시공사 제안사항 포함)를 제출할 수 있으며, 발주처는 이를 검토하여 설계변경 또는 계약금액 조정 사유 해당 여부를 판단합니다. 다만 입찰 전에 설계도서 열람으로 확인이 가능하였던 사항을 제기하지 아니한 채 계약 체결 후 추가 비용을 요구하는 경우에는 인정되지 아니합니다.</w:t>
      </w:r>
    </w:p>
    <w:p w:rsidR="00E8790A" w:rsidP="00E8790A" w:rsidRDefault="00E8790A" w14:paraId="0FAC51F9" w14:textId="77777777">
      <w:pPr>
        <w:spacing w:after="80"/>
        <w:jc w:val="both"/>
        <w:rPr>
          <w:lang w:eastAsia="ko-KR"/>
        </w:rPr>
      </w:pPr>
      <w:r>
        <w:rPr>
          <w:lang w:eastAsia="ko-KR"/>
        </w:rPr>
        <w:t xml:space="preserve">16.17. 시공 중 현장 여건상 설계도서와 다르게 시공하는 것이 합리적이라고 판단되는 경우, 계약상대자는 사전에 발주처 및 공사감리자와 협의하여 승인을 받은 후 시공하여야 합니다. 협의 없이 임의 시공한 부분은 계약상대자의 부담으로 </w:t>
      </w:r>
      <w:proofErr w:type="spellStart"/>
      <w:r>
        <w:rPr>
          <w:lang w:eastAsia="ko-KR"/>
        </w:rPr>
        <w:t>원상복구하여야</w:t>
      </w:r>
      <w:proofErr w:type="spellEnd"/>
      <w:r>
        <w:rPr>
          <w:lang w:eastAsia="ko-KR"/>
        </w:rPr>
        <w:t xml:space="preserve"> 합니다.</w:t>
      </w:r>
    </w:p>
    <w:p w:rsidR="00280C0D" w:rsidRDefault="00280C0D" w14:paraId="180A3753" w14:textId="77777777">
      <w:pPr>
        <w:spacing w:after="80"/>
        <w:rPr>
          <w:rFonts w:hint="eastAsia"/>
          <w:lang w:eastAsia="ko-KR"/>
        </w:rPr>
      </w:pPr>
    </w:p>
    <w:p w:rsidR="00280C0D" w:rsidRDefault="00625AC3" w14:paraId="5AF934BB" w14:textId="77777777">
      <w:pPr>
        <w:spacing w:after="120"/>
        <w:rPr>
          <w:lang w:eastAsia="ko-KR"/>
        </w:rPr>
      </w:pPr>
      <w:r>
        <w:rPr>
          <w:b/>
          <w:sz w:val="24"/>
          <w:lang w:eastAsia="ko-KR"/>
        </w:rPr>
        <w:t>17. 문의사항 연락처</w:t>
      </w:r>
    </w:p>
    <w:p w:rsidR="00280C0D" w:rsidP="00626C00" w:rsidRDefault="00625AC3" w14:paraId="2568D203" w14:textId="77777777">
      <w:pPr>
        <w:spacing w:after="80"/>
        <w:jc w:val="both"/>
        <w:rPr>
          <w:lang w:eastAsia="ko-KR"/>
        </w:rPr>
      </w:pPr>
      <w:r>
        <w:rPr>
          <w:lang w:eastAsia="ko-KR"/>
        </w:rPr>
        <w:t xml:space="preserve">17.1. 전자입찰 이용 </w:t>
      </w:r>
      <w:proofErr w:type="gramStart"/>
      <w:r>
        <w:rPr>
          <w:lang w:eastAsia="ko-KR"/>
        </w:rPr>
        <w:t>안내 :</w:t>
      </w:r>
      <w:proofErr w:type="gramEnd"/>
      <w:r>
        <w:rPr>
          <w:lang w:eastAsia="ko-KR"/>
        </w:rPr>
        <w:t xml:space="preserve"> 국가종합전자조달 콜센터 (☎1588-0800)</w:t>
      </w:r>
    </w:p>
    <w:p w:rsidR="00280C0D" w:rsidP="00626C00" w:rsidRDefault="00625AC3" w14:paraId="414D7C08" w14:textId="77777777">
      <w:pPr>
        <w:spacing w:after="80"/>
        <w:jc w:val="both"/>
        <w:rPr>
          <w:lang w:eastAsia="ko-KR"/>
        </w:rPr>
      </w:pPr>
      <w:r>
        <w:rPr>
          <w:lang w:eastAsia="ko-KR"/>
        </w:rPr>
        <w:t xml:space="preserve">17.2. 설계도면 열람 및 현장 </w:t>
      </w:r>
      <w:proofErr w:type="gramStart"/>
      <w:r>
        <w:rPr>
          <w:lang w:eastAsia="ko-KR"/>
        </w:rPr>
        <w:t>관련 :</w:t>
      </w:r>
      <w:proofErr w:type="gramEnd"/>
      <w:r>
        <w:rPr>
          <w:lang w:eastAsia="ko-KR"/>
        </w:rPr>
        <w:t xml:space="preserve"> </w:t>
      </w:r>
      <w:proofErr w:type="spellStart"/>
      <w:r>
        <w:rPr>
          <w:lang w:eastAsia="ko-KR"/>
        </w:rPr>
        <w:t>한국여성의집</w:t>
      </w:r>
      <w:proofErr w:type="spellEnd"/>
      <w:r>
        <w:rPr>
          <w:lang w:eastAsia="ko-KR"/>
        </w:rPr>
        <w:t xml:space="preserve"> (☎02-333-7511)</w:t>
      </w:r>
    </w:p>
    <w:p w:rsidR="00280C0D" w:rsidP="00626C00" w:rsidRDefault="00625AC3" w14:paraId="549C088F" w14:textId="77777777">
      <w:pPr>
        <w:spacing w:after="80"/>
        <w:jc w:val="both"/>
        <w:rPr>
          <w:lang w:eastAsia="ko-KR"/>
        </w:rPr>
      </w:pPr>
      <w:r>
        <w:rPr>
          <w:lang w:eastAsia="ko-KR"/>
        </w:rPr>
        <w:lastRenderedPageBreak/>
        <w:t xml:space="preserve">17.3. 입찰·계약에 관한 </w:t>
      </w:r>
      <w:proofErr w:type="gramStart"/>
      <w:r>
        <w:rPr>
          <w:lang w:eastAsia="ko-KR"/>
        </w:rPr>
        <w:t>사항 :</w:t>
      </w:r>
      <w:proofErr w:type="gramEnd"/>
      <w:r>
        <w:rPr>
          <w:lang w:eastAsia="ko-KR"/>
        </w:rPr>
        <w:t xml:space="preserve"> </w:t>
      </w:r>
      <w:proofErr w:type="spellStart"/>
      <w:r>
        <w:rPr>
          <w:lang w:eastAsia="ko-KR"/>
        </w:rPr>
        <w:t>한국여성의집</w:t>
      </w:r>
      <w:proofErr w:type="spellEnd"/>
      <w:r>
        <w:rPr>
          <w:lang w:eastAsia="ko-KR"/>
        </w:rPr>
        <w:t xml:space="preserve"> (☎02-333-7511)</w:t>
      </w:r>
    </w:p>
    <w:p w:rsidR="00280C0D" w:rsidP="00626C00" w:rsidRDefault="00625AC3" w14:paraId="010144FF" w14:textId="77777777">
      <w:pPr>
        <w:spacing w:after="80"/>
        <w:jc w:val="both"/>
        <w:rPr>
          <w:lang w:eastAsia="ko-KR"/>
        </w:rPr>
      </w:pPr>
      <w:r>
        <w:rPr>
          <w:lang w:eastAsia="ko-KR"/>
        </w:rPr>
        <w:t xml:space="preserve">17.4. 본 공고문은 </w:t>
      </w:r>
      <w:proofErr w:type="spellStart"/>
      <w:r>
        <w:rPr>
          <w:lang w:eastAsia="ko-KR"/>
        </w:rPr>
        <w:t>한국여성의집</w:t>
      </w:r>
      <w:proofErr w:type="spellEnd"/>
      <w:r>
        <w:rPr>
          <w:lang w:eastAsia="ko-KR"/>
        </w:rPr>
        <w:t xml:space="preserve"> 홈페이지(www.hanyeou.or.kr)에도 게재합니다.</w:t>
      </w:r>
    </w:p>
    <w:p w:rsidR="00280C0D" w:rsidRDefault="00280C0D" w14:paraId="28C0A575" w14:textId="77777777">
      <w:pPr>
        <w:spacing w:after="80"/>
        <w:rPr>
          <w:lang w:eastAsia="ko-KR"/>
        </w:rPr>
      </w:pPr>
    </w:p>
    <w:p w:rsidR="00280C0D" w:rsidRDefault="00625AC3" w14:paraId="0198438A" w14:textId="77777777">
      <w:pPr>
        <w:spacing w:after="160"/>
        <w:jc w:val="center"/>
        <w:rPr>
          <w:lang w:eastAsia="ko-KR"/>
        </w:rPr>
      </w:pPr>
      <w:r>
        <w:rPr>
          <w:b/>
          <w:sz w:val="24"/>
          <w:lang w:eastAsia="ko-KR"/>
        </w:rPr>
        <w:t>2026. 8. 13.</w:t>
      </w:r>
    </w:p>
    <w:p w:rsidR="00280C0D" w:rsidRDefault="00625AC3" w14:paraId="4963AF6E" w14:textId="77777777">
      <w:pPr>
        <w:spacing w:after="80"/>
        <w:jc w:val="center"/>
        <w:rPr>
          <w:b/>
          <w:sz w:val="30"/>
          <w:lang w:eastAsia="ko-KR"/>
        </w:rPr>
      </w:pPr>
      <w:proofErr w:type="spellStart"/>
      <w:r>
        <w:rPr>
          <w:b/>
          <w:sz w:val="30"/>
          <w:lang w:eastAsia="ko-KR"/>
        </w:rPr>
        <w:t>한국여성의집</w:t>
      </w:r>
      <w:proofErr w:type="spellEnd"/>
      <w:r>
        <w:rPr>
          <w:b/>
          <w:sz w:val="30"/>
          <w:lang w:eastAsia="ko-KR"/>
        </w:rPr>
        <w:t xml:space="preserve"> 원장</w:t>
      </w:r>
    </w:p>
    <w:p w:rsidR="00D1224C" w:rsidRDefault="00D1224C" w14:paraId="6E671CD9" w14:textId="77777777">
      <w:pPr>
        <w:spacing w:after="80"/>
        <w:jc w:val="center"/>
        <w:rPr>
          <w:b/>
          <w:sz w:val="30"/>
          <w:lang w:eastAsia="ko-KR"/>
        </w:rPr>
      </w:pPr>
    </w:p>
    <w:p w:rsidR="00D1224C" w:rsidRDefault="00D1224C" w14:paraId="6F1BD642" w14:textId="77777777">
      <w:pPr>
        <w:spacing w:after="80"/>
        <w:jc w:val="center"/>
        <w:rPr>
          <w:b/>
          <w:sz w:val="30"/>
          <w:lang w:eastAsia="ko-KR"/>
        </w:rPr>
      </w:pPr>
    </w:p>
    <w:p w:rsidR="00D1224C" w:rsidRDefault="00D1224C" w14:paraId="49BCCB90" w14:textId="77777777">
      <w:pPr>
        <w:spacing w:after="80"/>
        <w:jc w:val="center"/>
        <w:rPr>
          <w:b/>
          <w:sz w:val="30"/>
          <w:lang w:eastAsia="ko-KR"/>
        </w:rPr>
      </w:pPr>
    </w:p>
    <w:p w:rsidR="00A8522A" w:rsidRDefault="00A8522A" w14:paraId="12EA5FF2" w14:textId="77777777">
      <w:pPr>
        <w:spacing w:after="80"/>
        <w:jc w:val="center"/>
        <w:rPr>
          <w:b/>
          <w:sz w:val="30"/>
          <w:lang w:eastAsia="ko-KR"/>
        </w:rPr>
      </w:pPr>
    </w:p>
    <w:p w:rsidR="00A8522A" w:rsidRDefault="00A8522A" w14:paraId="0612C4D8" w14:textId="77777777">
      <w:pPr>
        <w:spacing w:after="80"/>
        <w:jc w:val="center"/>
        <w:rPr>
          <w:b/>
          <w:sz w:val="30"/>
          <w:lang w:eastAsia="ko-KR"/>
        </w:rPr>
      </w:pPr>
    </w:p>
    <w:p w:rsidR="00A8522A" w:rsidRDefault="00A8522A" w14:paraId="08FE8A23" w14:textId="77777777">
      <w:pPr>
        <w:spacing w:after="80"/>
        <w:jc w:val="center"/>
        <w:rPr>
          <w:b/>
          <w:sz w:val="30"/>
          <w:lang w:eastAsia="ko-KR"/>
        </w:rPr>
      </w:pPr>
    </w:p>
    <w:p w:rsidR="00A8522A" w:rsidRDefault="00A8522A" w14:paraId="0E4C95F0" w14:textId="77777777">
      <w:pPr>
        <w:spacing w:after="80"/>
        <w:jc w:val="center"/>
        <w:rPr>
          <w:b/>
          <w:sz w:val="30"/>
          <w:lang w:eastAsia="ko-KR"/>
        </w:rPr>
      </w:pPr>
    </w:p>
    <w:p w:rsidR="00A8522A" w:rsidRDefault="00A8522A" w14:paraId="26B5ED76" w14:textId="77777777">
      <w:pPr>
        <w:spacing w:after="80"/>
        <w:jc w:val="center"/>
        <w:rPr>
          <w:b/>
          <w:sz w:val="30"/>
          <w:lang w:eastAsia="ko-KR"/>
        </w:rPr>
      </w:pPr>
    </w:p>
    <w:p w:rsidR="00A8522A" w:rsidRDefault="00A8522A" w14:paraId="04D23358" w14:textId="77777777">
      <w:pPr>
        <w:spacing w:after="80"/>
        <w:jc w:val="center"/>
        <w:rPr>
          <w:b/>
          <w:sz w:val="30"/>
          <w:lang w:eastAsia="ko-KR"/>
        </w:rPr>
      </w:pPr>
    </w:p>
    <w:p w:rsidR="00A8522A" w:rsidRDefault="00A8522A" w14:paraId="514FE46E" w14:textId="77777777">
      <w:pPr>
        <w:spacing w:after="80"/>
        <w:jc w:val="center"/>
        <w:rPr>
          <w:b/>
          <w:sz w:val="30"/>
          <w:lang w:eastAsia="ko-KR"/>
        </w:rPr>
      </w:pPr>
    </w:p>
    <w:p w:rsidR="00A8522A" w:rsidRDefault="00A8522A" w14:paraId="3F31A720" w14:textId="77777777">
      <w:pPr>
        <w:spacing w:after="80"/>
        <w:jc w:val="center"/>
        <w:rPr>
          <w:b/>
          <w:sz w:val="30"/>
          <w:lang w:eastAsia="ko-KR"/>
        </w:rPr>
      </w:pPr>
    </w:p>
    <w:p w:rsidR="00A8522A" w:rsidRDefault="00A8522A" w14:paraId="702FACA3" w14:textId="77777777">
      <w:pPr>
        <w:spacing w:after="80"/>
        <w:jc w:val="center"/>
        <w:rPr>
          <w:b/>
          <w:sz w:val="30"/>
          <w:lang w:eastAsia="ko-KR"/>
        </w:rPr>
      </w:pPr>
    </w:p>
    <w:p w:rsidR="00A8522A" w:rsidRDefault="00A8522A" w14:paraId="1FC69135" w14:textId="77777777">
      <w:pPr>
        <w:spacing w:after="80"/>
        <w:jc w:val="center"/>
        <w:rPr>
          <w:rFonts w:hint="eastAsia"/>
          <w:b/>
          <w:sz w:val="30"/>
          <w:lang w:eastAsia="ko-KR"/>
        </w:rPr>
      </w:pPr>
    </w:p>
    <w:p w:rsidR="00D1224C" w:rsidRDefault="00D1224C" w14:paraId="4DE0AFE7" w14:textId="77777777">
      <w:pPr>
        <w:spacing w:after="80"/>
        <w:jc w:val="center"/>
        <w:rPr>
          <w:b/>
          <w:sz w:val="30"/>
          <w:lang w:eastAsia="ko-KR"/>
        </w:rPr>
      </w:pPr>
    </w:p>
    <w:p w:rsidR="00D1224C" w:rsidRDefault="00D1224C" w14:paraId="1DC2D0C1" w14:textId="77777777">
      <w:pPr>
        <w:spacing w:after="80"/>
        <w:jc w:val="center"/>
        <w:rPr>
          <w:b/>
          <w:sz w:val="30"/>
          <w:lang w:eastAsia="ko-KR"/>
        </w:rPr>
      </w:pPr>
    </w:p>
    <w:p w:rsidR="00D1224C" w:rsidRDefault="00D1224C" w14:paraId="0CF650C4" w14:textId="77777777">
      <w:pPr>
        <w:spacing w:after="80"/>
        <w:jc w:val="center"/>
        <w:rPr>
          <w:b/>
          <w:sz w:val="30"/>
          <w:lang w:eastAsia="ko-KR"/>
        </w:rPr>
      </w:pPr>
    </w:p>
    <w:p w:rsidR="00D1224C" w:rsidP="00D1224C" w:rsidRDefault="00D1224C" w14:paraId="6311E441" w14:textId="77777777">
      <w:pPr>
        <w:spacing w:after="280"/>
        <w:rPr>
          <w:lang w:eastAsia="ko-KR"/>
        </w:rPr>
      </w:pPr>
      <w:r>
        <w:rPr>
          <w:lang w:eastAsia="ko-KR"/>
        </w:rPr>
        <w:lastRenderedPageBreak/>
        <w:t>【붙임1】</w:t>
      </w:r>
    </w:p>
    <w:p w:rsidR="00D1224C" w:rsidP="00D1224C" w:rsidRDefault="00D1224C" w14:paraId="406E70EC" w14:textId="77777777">
      <w:pPr>
        <w:spacing w:after="320"/>
        <w:jc w:val="center"/>
        <w:rPr>
          <w:lang w:eastAsia="ko-KR"/>
        </w:rPr>
      </w:pPr>
      <w:r>
        <w:rPr>
          <w:b/>
          <w:sz w:val="30"/>
          <w:lang w:eastAsia="ko-KR"/>
        </w:rPr>
        <w:t>「지방계약법」 제31조의5 및 같은 법 시행령 제93조에 따른 서약서</w:t>
      </w:r>
    </w:p>
    <w:p w:rsidR="00D1224C" w:rsidP="00D1224C" w:rsidRDefault="00D1224C" w14:paraId="67EEE95F" w14:textId="77777777">
      <w:pPr>
        <w:spacing w:after="120"/>
        <w:jc w:val="both"/>
        <w:rPr>
          <w:lang w:eastAsia="ko-KR"/>
        </w:rPr>
      </w:pPr>
      <w:r>
        <w:rPr>
          <w:lang w:eastAsia="ko-KR"/>
        </w:rPr>
        <w:t>당사는 「지방계약법」 제31조의5에 따른 조세포탈 등을 한 자가 아님을 서약합니다. 만일 다음 각 호의 사유에 해당되어 유죄판결이 확정된 날부터 2년이 지나지 않는 사실이 발견된 때에는 계약을 해제·해지하는 등의 불이익을 감수하겠으며, 「지방계약법 시행령」 제93조에 따라 부정당업자의 입찰참가자격 제한 처분을 받겠습니다.</w:t>
      </w:r>
    </w:p>
    <w:p w:rsidR="00D1224C" w:rsidP="00D1224C" w:rsidRDefault="00D1224C" w14:paraId="537BC0F8" w14:textId="77777777">
      <w:pPr>
        <w:spacing w:after="120"/>
        <w:jc w:val="both"/>
        <w:rPr>
          <w:lang w:eastAsia="ko-KR"/>
        </w:rPr>
      </w:pPr>
    </w:p>
    <w:p w:rsidR="00D1224C" w:rsidP="00D1224C" w:rsidRDefault="00D1224C" w14:paraId="4DA6D3AB" w14:textId="77777777">
      <w:pPr>
        <w:spacing w:after="120"/>
        <w:jc w:val="both"/>
        <w:rPr>
          <w:lang w:eastAsia="ko-KR"/>
        </w:rPr>
      </w:pPr>
      <w:r>
        <w:rPr>
          <w:lang w:eastAsia="ko-KR"/>
        </w:rPr>
        <w:t>1. 「관세법」 제270조에 따른 부정한 방법으로 관세를 면탈하거나 감면 또는 환급받은 세액이 5억원 이상인 자</w:t>
      </w:r>
    </w:p>
    <w:p w:rsidR="00D1224C" w:rsidP="00D1224C" w:rsidRDefault="00D1224C" w14:paraId="14131E57" w14:textId="77777777">
      <w:pPr>
        <w:spacing w:after="120"/>
        <w:jc w:val="both"/>
        <w:rPr>
          <w:lang w:eastAsia="ko-KR"/>
        </w:rPr>
      </w:pPr>
      <w:r>
        <w:rPr>
          <w:lang w:eastAsia="ko-KR"/>
        </w:rPr>
        <w:t>2. 「국제조세조정에 관한 법률」 제53조제1항에 따른 해외금융계좌의 신고의무를 위반하고, 그 신고의무 위반금액이 「조세범 처벌법」 제16조에 따른 금액을 초과하는 자</w:t>
      </w:r>
    </w:p>
    <w:p w:rsidR="00D1224C" w:rsidP="00D1224C" w:rsidRDefault="00D1224C" w14:paraId="3C7FB391" w14:textId="77777777">
      <w:pPr>
        <w:spacing w:after="120"/>
        <w:jc w:val="both"/>
        <w:rPr>
          <w:lang w:eastAsia="ko-KR"/>
        </w:rPr>
      </w:pPr>
      <w:r>
        <w:rPr>
          <w:lang w:eastAsia="ko-KR"/>
        </w:rPr>
        <w:t>3. 「외국환거래법」 제18조에 따른 자본거래의 신고의무를 위반하고, 그 신고의무 위반금액이 같은 법 제29조제1항제3호에 따른 금액을 초과하는 자</w:t>
      </w:r>
    </w:p>
    <w:p w:rsidR="00D1224C" w:rsidP="00D1224C" w:rsidRDefault="00D1224C" w14:paraId="0A1891DA" w14:textId="77777777">
      <w:pPr>
        <w:spacing w:after="120"/>
        <w:jc w:val="both"/>
        <w:rPr>
          <w:lang w:eastAsia="ko-KR"/>
        </w:rPr>
      </w:pPr>
      <w:r>
        <w:rPr>
          <w:lang w:eastAsia="ko-KR"/>
        </w:rPr>
        <w:t>4. 「조세범 처벌법」 제3조에 따른 조세 포탈세액이나 환급·공제받은 세액이 5억원 이상인 자</w:t>
      </w:r>
    </w:p>
    <w:p w:rsidR="00D1224C" w:rsidP="00D1224C" w:rsidRDefault="00D1224C" w14:paraId="6BA0194E" w14:textId="77777777">
      <w:pPr>
        <w:spacing w:after="120"/>
        <w:jc w:val="both"/>
        <w:rPr>
          <w:lang w:eastAsia="ko-KR"/>
        </w:rPr>
      </w:pPr>
      <w:r>
        <w:rPr>
          <w:lang w:eastAsia="ko-KR"/>
        </w:rPr>
        <w:t>5. 「지방세기본법」 제102조에 따른 지방세 포탈세액이나 환급·공제 세액이 5억원 이상인 자</w:t>
      </w:r>
    </w:p>
    <w:p w:rsidR="00D1224C" w:rsidP="00D1224C" w:rsidRDefault="00D1224C" w14:paraId="77F7BF9E" w14:textId="77777777">
      <w:pPr>
        <w:spacing w:after="80"/>
        <w:rPr>
          <w:lang w:eastAsia="ko-KR"/>
        </w:rPr>
      </w:pPr>
    </w:p>
    <w:p w:rsidR="00D1224C" w:rsidP="00D1224C" w:rsidRDefault="00D1224C" w14:paraId="767EFB05" w14:textId="77777777">
      <w:pPr>
        <w:spacing w:after="280"/>
        <w:jc w:val="center"/>
        <w:rPr>
          <w:lang w:eastAsia="ko-KR"/>
        </w:rPr>
      </w:pPr>
      <w:r>
        <w:rPr>
          <w:sz w:val="22"/>
          <w:lang w:eastAsia="ko-KR"/>
        </w:rPr>
        <w:t>2026 년           월           일</w:t>
      </w:r>
    </w:p>
    <w:p w:rsidR="00D1224C" w:rsidP="00D1224C" w:rsidRDefault="00D1224C" w14:paraId="0070DAF1" w14:textId="77777777">
      <w:pPr>
        <w:spacing w:after="160"/>
        <w:jc w:val="center"/>
        <w:rPr>
          <w:lang w:eastAsia="ko-KR"/>
        </w:rPr>
      </w:pPr>
      <w:r>
        <w:rPr>
          <w:sz w:val="22"/>
          <w:lang w:eastAsia="ko-KR"/>
        </w:rPr>
        <w:t xml:space="preserve">회  사  명 :                                             </w:t>
      </w:r>
    </w:p>
    <w:p w:rsidR="00D1224C" w:rsidP="00D1224C" w:rsidRDefault="00D1224C" w14:paraId="048C073A" w14:textId="77777777">
      <w:pPr>
        <w:spacing w:after="320"/>
        <w:jc w:val="center"/>
        <w:rPr>
          <w:lang w:eastAsia="ko-KR"/>
        </w:rPr>
      </w:pPr>
      <w:r>
        <w:rPr>
          <w:sz w:val="22"/>
          <w:lang w:eastAsia="ko-KR"/>
        </w:rPr>
        <w:t>대  표  자 :                                      (인)</w:t>
      </w:r>
    </w:p>
    <w:p w:rsidR="00D1224C" w:rsidP="00D1224C" w:rsidRDefault="00D1224C" w14:paraId="0AFDEDFA" w14:textId="77777777">
      <w:pPr>
        <w:spacing w:after="80"/>
        <w:jc w:val="center"/>
        <w:rPr>
          <w:lang w:eastAsia="ko-KR"/>
        </w:rPr>
      </w:pPr>
      <w:r>
        <w:rPr>
          <w:b/>
          <w:sz w:val="26"/>
          <w:lang w:eastAsia="ko-KR"/>
        </w:rPr>
        <w:t>한국여성의집 원장 귀하</w:t>
      </w:r>
    </w:p>
    <w:p w:rsidR="00D1224C" w:rsidP="00D1224C" w:rsidRDefault="00D1224C" w14:paraId="4A9F4DBE" w14:textId="77777777">
      <w:pPr>
        <w:rPr>
          <w:lang w:eastAsia="ko-KR"/>
        </w:rPr>
      </w:pPr>
      <w:r>
        <w:rPr>
          <w:lang w:eastAsia="ko-KR"/>
        </w:rPr>
        <w:br w:type="page"/>
      </w:r>
    </w:p>
    <w:p w:rsidR="00D1224C" w:rsidP="00D1224C" w:rsidRDefault="00D1224C" w14:paraId="5C765C40" w14:textId="77777777">
      <w:pPr>
        <w:spacing w:after="280"/>
        <w:rPr>
          <w:lang w:eastAsia="ko-KR"/>
        </w:rPr>
      </w:pPr>
      <w:r>
        <w:rPr>
          <w:lang w:eastAsia="ko-KR"/>
        </w:rPr>
        <w:lastRenderedPageBreak/>
        <w:t>【붙임2】</w:t>
      </w:r>
    </w:p>
    <w:p w:rsidR="00D1224C" w:rsidP="00D1224C" w:rsidRDefault="00D1224C" w14:paraId="43BDFAB0" w14:textId="77777777">
      <w:pPr>
        <w:spacing w:after="320"/>
        <w:jc w:val="center"/>
        <w:rPr>
          <w:lang w:eastAsia="ko-KR"/>
        </w:rPr>
      </w:pPr>
      <w:r>
        <w:rPr>
          <w:b/>
          <w:sz w:val="30"/>
          <w:lang w:eastAsia="ko-KR"/>
        </w:rPr>
        <w:t>안전·보건 확보 의무 준수 서약서</w:t>
      </w:r>
    </w:p>
    <w:p w:rsidR="00D1224C" w:rsidP="00D1224C" w:rsidRDefault="00D1224C" w14:paraId="6A46F9F1" w14:textId="77777777">
      <w:pPr>
        <w:spacing w:after="120"/>
        <w:jc w:val="both"/>
        <w:rPr>
          <w:lang w:eastAsia="ko-KR"/>
        </w:rPr>
      </w:pPr>
      <w:r>
        <w:rPr>
          <w:lang w:eastAsia="ko-KR"/>
        </w:rPr>
        <w:t>본인은 귀 기관의 한국여성의집 대수선공사 계약을 수행함에 있어 재해예방을 위하여 아래의 내용과 관련 법규에서 정한 필수사항을 철저히 준수할 것을 다음과 같이 서약합니다.</w:t>
      </w:r>
    </w:p>
    <w:p w:rsidR="00D1224C" w:rsidP="00D1224C" w:rsidRDefault="00D1224C" w14:paraId="3FEF81BF" w14:textId="77777777">
      <w:pPr>
        <w:spacing w:after="120"/>
        <w:jc w:val="both"/>
        <w:rPr>
          <w:lang w:eastAsia="ko-KR"/>
        </w:rPr>
      </w:pPr>
    </w:p>
    <w:p w:rsidR="00D1224C" w:rsidP="00D1224C" w:rsidRDefault="00D1224C" w14:paraId="62514524" w14:textId="77777777">
      <w:pPr>
        <w:spacing w:after="120"/>
        <w:jc w:val="both"/>
        <w:rPr>
          <w:lang w:eastAsia="ko-KR"/>
        </w:rPr>
      </w:pPr>
      <w:r>
        <w:rPr>
          <w:lang w:eastAsia="ko-KR"/>
        </w:rPr>
        <w:t>「산업안전보건법」, 「중대재해 처벌 등에 관한 법률」 등 관련 법규를 준수하겠습니다.</w:t>
      </w:r>
    </w:p>
    <w:p w:rsidR="00D1224C" w:rsidP="00D1224C" w:rsidRDefault="00D1224C" w14:paraId="62D65E3A" w14:textId="77777777">
      <w:pPr>
        <w:spacing w:after="120"/>
        <w:jc w:val="both"/>
        <w:rPr>
          <w:lang w:eastAsia="ko-KR"/>
        </w:rPr>
      </w:pPr>
      <w:r>
        <w:rPr>
          <w:lang w:eastAsia="ko-KR"/>
        </w:rPr>
        <w:t xml:space="preserve">        예 (            )                아니오 (            )</w:t>
      </w:r>
    </w:p>
    <w:p w:rsidR="00D1224C" w:rsidP="00D1224C" w:rsidRDefault="00D1224C" w14:paraId="54E9C357" w14:textId="77777777">
      <w:pPr>
        <w:spacing w:after="120"/>
        <w:jc w:val="both"/>
        <w:rPr>
          <w:lang w:eastAsia="ko-KR"/>
        </w:rPr>
      </w:pPr>
    </w:p>
    <w:p w:rsidR="00D1224C" w:rsidP="00D1224C" w:rsidRDefault="00D1224C" w14:paraId="26F7CC81" w14:textId="77777777">
      <w:pPr>
        <w:spacing w:after="120"/>
        <w:jc w:val="both"/>
        <w:rPr>
          <w:lang w:eastAsia="ko-KR"/>
        </w:rPr>
      </w:pPr>
      <w:r>
        <w:rPr>
          <w:lang w:eastAsia="ko-KR"/>
        </w:rPr>
        <w:t>본 시설이 입소자 상시 거주 생활시설임을 인지하고, 공사 중 입소자·종사자의 안전확보 조치를 우선하여 이행하겠습니다.</w:t>
      </w:r>
    </w:p>
    <w:p w:rsidR="00D1224C" w:rsidP="00D1224C" w:rsidRDefault="00D1224C" w14:paraId="0B6D39EC" w14:textId="77777777">
      <w:pPr>
        <w:spacing w:after="120"/>
        <w:jc w:val="both"/>
        <w:rPr>
          <w:lang w:eastAsia="ko-KR"/>
        </w:rPr>
      </w:pPr>
      <w:r>
        <w:rPr>
          <w:lang w:eastAsia="ko-KR"/>
        </w:rPr>
        <w:t xml:space="preserve">        예 (            )                아니오 (            )</w:t>
      </w:r>
    </w:p>
    <w:p w:rsidR="00D1224C" w:rsidP="00D1224C" w:rsidRDefault="00D1224C" w14:paraId="7853CA07" w14:textId="77777777">
      <w:pPr>
        <w:spacing w:after="120"/>
        <w:jc w:val="both"/>
        <w:rPr>
          <w:lang w:eastAsia="ko-KR"/>
        </w:rPr>
      </w:pPr>
    </w:p>
    <w:p w:rsidR="00D1224C" w:rsidP="00D1224C" w:rsidRDefault="00D1224C" w14:paraId="417A70B2" w14:textId="77777777">
      <w:pPr>
        <w:spacing w:after="120"/>
        <w:jc w:val="both"/>
        <w:rPr>
          <w:lang w:eastAsia="ko-KR"/>
        </w:rPr>
      </w:pPr>
      <w:r>
        <w:rPr>
          <w:lang w:eastAsia="ko-KR"/>
        </w:rPr>
        <w:t>(                              )는 본 계약을 수행함에 있어 위에 언급한 내용대로 계약을 성실히 이행할 것이며, 만일 이를 이행하지 않을 경우 계약해지, 입찰참가자격 제한조치 등 불이익 처분을 받더라도 하등의 이의를 제기하지 아니할 것을 확약하고 안전보건관리 준수서약서를 제출합니다.</w:t>
      </w:r>
    </w:p>
    <w:p w:rsidR="00D1224C" w:rsidP="00D1224C" w:rsidRDefault="00D1224C" w14:paraId="114223C6" w14:textId="77777777">
      <w:pPr>
        <w:spacing w:after="80"/>
        <w:rPr>
          <w:lang w:eastAsia="ko-KR"/>
        </w:rPr>
      </w:pPr>
    </w:p>
    <w:p w:rsidR="00D1224C" w:rsidP="00D1224C" w:rsidRDefault="00D1224C" w14:paraId="316324DE" w14:textId="77777777">
      <w:pPr>
        <w:spacing w:after="280"/>
        <w:jc w:val="center"/>
        <w:rPr>
          <w:lang w:eastAsia="ko-KR"/>
        </w:rPr>
      </w:pPr>
      <w:r>
        <w:rPr>
          <w:sz w:val="22"/>
          <w:lang w:eastAsia="ko-KR"/>
        </w:rPr>
        <w:t>2026 년           월           일</w:t>
      </w:r>
    </w:p>
    <w:p w:rsidR="00D1224C" w:rsidP="00D1224C" w:rsidRDefault="00D1224C" w14:paraId="438A2C7E" w14:textId="77777777">
      <w:pPr>
        <w:spacing w:after="160"/>
        <w:jc w:val="center"/>
        <w:rPr>
          <w:lang w:eastAsia="ko-KR"/>
        </w:rPr>
      </w:pPr>
      <w:r>
        <w:rPr>
          <w:sz w:val="22"/>
          <w:lang w:eastAsia="ko-KR"/>
        </w:rPr>
        <w:t xml:space="preserve">회  사  명 :                                             </w:t>
      </w:r>
    </w:p>
    <w:p w:rsidR="00D1224C" w:rsidP="00D1224C" w:rsidRDefault="00D1224C" w14:paraId="26D9C16E" w14:textId="77777777">
      <w:pPr>
        <w:spacing w:after="320"/>
        <w:jc w:val="center"/>
        <w:rPr>
          <w:lang w:eastAsia="ko-KR"/>
        </w:rPr>
      </w:pPr>
      <w:r>
        <w:rPr>
          <w:sz w:val="22"/>
          <w:lang w:eastAsia="ko-KR"/>
        </w:rPr>
        <w:t>대  표  자 :                                      (인)</w:t>
      </w:r>
    </w:p>
    <w:p w:rsidR="00D1224C" w:rsidP="00D1224C" w:rsidRDefault="00D1224C" w14:paraId="0ADE62C5" w14:textId="77777777">
      <w:pPr>
        <w:spacing w:after="80"/>
        <w:jc w:val="center"/>
        <w:rPr>
          <w:lang w:eastAsia="ko-KR"/>
        </w:rPr>
      </w:pPr>
      <w:proofErr w:type="spellStart"/>
      <w:r>
        <w:rPr>
          <w:b/>
          <w:sz w:val="26"/>
          <w:lang w:eastAsia="ko-KR"/>
        </w:rPr>
        <w:t>한국여성의집</w:t>
      </w:r>
      <w:proofErr w:type="spellEnd"/>
      <w:r>
        <w:rPr>
          <w:b/>
          <w:sz w:val="26"/>
          <w:lang w:eastAsia="ko-KR"/>
        </w:rPr>
        <w:t xml:space="preserve"> 원장 귀하</w:t>
      </w:r>
    </w:p>
    <w:p w:rsidR="00D1224C" w:rsidP="00D1224C" w:rsidRDefault="00D1224C" w14:paraId="107FCFD3" w14:textId="77777777">
      <w:pPr>
        <w:rPr>
          <w:lang w:eastAsia="ko-KR"/>
        </w:rPr>
      </w:pPr>
      <w:r>
        <w:rPr>
          <w:lang w:eastAsia="ko-KR"/>
        </w:rPr>
        <w:br w:type="page"/>
      </w:r>
    </w:p>
    <w:p w:rsidR="00D1224C" w:rsidP="00D1224C" w:rsidRDefault="00D1224C" w14:paraId="1254843B" w14:textId="77777777">
      <w:pPr>
        <w:spacing w:after="280"/>
        <w:rPr>
          <w:lang w:eastAsia="ko-KR"/>
        </w:rPr>
      </w:pPr>
      <w:r>
        <w:rPr>
          <w:lang w:eastAsia="ko-KR"/>
        </w:rPr>
        <w:lastRenderedPageBreak/>
        <w:t>【붙임3】</w:t>
      </w:r>
    </w:p>
    <w:p w:rsidR="00D1224C" w:rsidP="00D1224C" w:rsidRDefault="00D1224C" w14:paraId="4F619636" w14:textId="77777777">
      <w:pPr>
        <w:spacing w:after="320"/>
        <w:jc w:val="center"/>
        <w:rPr>
          <w:lang w:eastAsia="ko-KR"/>
        </w:rPr>
      </w:pPr>
      <w:r>
        <w:rPr>
          <w:b/>
          <w:sz w:val="30"/>
          <w:lang w:eastAsia="ko-KR"/>
        </w:rPr>
        <w:t>안전·보건 확보 의무 이행 서약서</w:t>
      </w:r>
    </w:p>
    <w:p w:rsidR="00D1224C" w:rsidP="00D1224C" w:rsidRDefault="00D1224C" w14:paraId="6DCC7A18" w14:textId="77777777">
      <w:pPr>
        <w:spacing w:after="120"/>
        <w:jc w:val="both"/>
        <w:rPr>
          <w:lang w:eastAsia="ko-KR"/>
        </w:rPr>
      </w:pPr>
      <w:r>
        <w:rPr>
          <w:lang w:eastAsia="ko-KR"/>
        </w:rPr>
        <w:t>당사는 한국여성의집으로부터 도급받은 사업 추진에 있어 종사자 및 이용자 등의 안전을 확보하기 위해 다음 사항을 이행할 것을 서약합니다.</w:t>
      </w:r>
    </w:p>
    <w:p w:rsidR="00D1224C" w:rsidP="00D1224C" w:rsidRDefault="00D1224C" w14:paraId="5874DACF" w14:textId="77777777">
      <w:pPr>
        <w:spacing w:after="120"/>
        <w:jc w:val="both"/>
        <w:rPr>
          <w:lang w:eastAsia="ko-KR"/>
        </w:rPr>
      </w:pPr>
    </w:p>
    <w:p w:rsidR="00D1224C" w:rsidP="00D1224C" w:rsidRDefault="00D1224C" w14:paraId="15FB2D37" w14:textId="77777777">
      <w:pPr>
        <w:spacing w:after="120"/>
        <w:jc w:val="both"/>
        <w:rPr>
          <w:lang w:eastAsia="ko-KR"/>
        </w:rPr>
      </w:pPr>
      <w:r>
        <w:rPr>
          <w:lang w:eastAsia="ko-KR"/>
        </w:rPr>
        <w:t>1. 당사는 한국여성의집 대수선공사를 추진함에 있어 종사자, 이용자 등의 안전을 확보하기 위해 필요한 조치를 다하겠습니다.</w:t>
      </w:r>
    </w:p>
    <w:p w:rsidR="00D1224C" w:rsidP="00D1224C" w:rsidRDefault="00D1224C" w14:paraId="60024DAD" w14:textId="77777777">
      <w:pPr>
        <w:spacing w:after="120"/>
        <w:jc w:val="both"/>
        <w:rPr>
          <w:lang w:eastAsia="ko-KR"/>
        </w:rPr>
      </w:pPr>
      <w:r>
        <w:rPr>
          <w:lang w:eastAsia="ko-KR"/>
        </w:rPr>
        <w:t>2. 매년 안전·보건 관리계획서와 함께 산업·시민재해 예방 업무처리 계획(유해·위험요인 확인 점검 및 개선, 산업·시민재해 발생 시 대응, 대피훈련 등)을 제출하고 안전·보건 관계법령상 의무사항을 빠짐없이 이행하겠습니다. 만약 의무사항을 이행하지 않아 중대산업·중대시민재해가 발생할 경우 그에 따라 발생하는 법적 처벌 및 발주기관의 불이익 조치에 대해 이의를 제기하지 않겠습니다.</w:t>
      </w:r>
    </w:p>
    <w:p w:rsidR="00D1224C" w:rsidP="00D1224C" w:rsidRDefault="00D1224C" w14:paraId="536AD69D" w14:textId="77777777">
      <w:pPr>
        <w:spacing w:after="120"/>
        <w:jc w:val="both"/>
        <w:rPr>
          <w:lang w:eastAsia="ko-KR"/>
        </w:rPr>
      </w:pPr>
      <w:r>
        <w:rPr>
          <w:lang w:eastAsia="ko-KR"/>
        </w:rPr>
        <w:t>3. 종사자 및 이용자 등으로부터 유해·위험요인에 대한 신고가 접수될 경우 보수·보강 등 개선 작업을 신속하게 조치하고, 발주기관 및 관계행정기관의 이행명령에 따른 개선사항을 성실히 이행하겠습니다.</w:t>
      </w:r>
    </w:p>
    <w:p w:rsidR="00D1224C" w:rsidP="00D1224C" w:rsidRDefault="00D1224C" w14:paraId="44B82D09" w14:textId="77777777">
      <w:pPr>
        <w:spacing w:after="120"/>
        <w:jc w:val="both"/>
        <w:rPr>
          <w:lang w:eastAsia="ko-KR"/>
        </w:rPr>
      </w:pPr>
      <w:r>
        <w:rPr>
          <w:lang w:eastAsia="ko-KR"/>
        </w:rPr>
        <w:t>4. 안전·보건 관계법령상 관계자에 대한 정기적인 교육 실시 등으로 안전문화 정착에 대한 관계자의 인식 제고를 위해 노력하겠습니다.</w:t>
      </w:r>
    </w:p>
    <w:p w:rsidR="00D1224C" w:rsidP="00D1224C" w:rsidRDefault="00D1224C" w14:paraId="68A4909A" w14:textId="77777777">
      <w:pPr>
        <w:spacing w:after="120"/>
        <w:jc w:val="both"/>
        <w:rPr>
          <w:lang w:eastAsia="ko-KR"/>
        </w:rPr>
      </w:pPr>
    </w:p>
    <w:p w:rsidR="00D1224C" w:rsidP="00D1224C" w:rsidRDefault="00D1224C" w14:paraId="0C4C5816" w14:textId="77777777">
      <w:pPr>
        <w:spacing w:after="120"/>
        <w:jc w:val="both"/>
        <w:rPr>
          <w:lang w:eastAsia="ko-KR"/>
        </w:rPr>
      </w:pPr>
      <w:r>
        <w:rPr>
          <w:lang w:eastAsia="ko-KR"/>
        </w:rPr>
        <w:t>당사는 위에서 명시한 내용을 성실히 이행할 것이며, 만일 이를 이행하지 않을 경우 관련 계약에 따른 책임을 질 것을 서약합니다.</w:t>
      </w:r>
    </w:p>
    <w:p w:rsidR="00D1224C" w:rsidP="00D1224C" w:rsidRDefault="00D1224C" w14:paraId="67DC0C4C" w14:textId="77777777">
      <w:pPr>
        <w:spacing w:after="80"/>
        <w:rPr>
          <w:lang w:eastAsia="ko-KR"/>
        </w:rPr>
      </w:pPr>
    </w:p>
    <w:p w:rsidR="00D1224C" w:rsidP="00D1224C" w:rsidRDefault="00D1224C" w14:paraId="7FD0A44F" w14:textId="77777777">
      <w:pPr>
        <w:spacing w:after="280"/>
        <w:jc w:val="center"/>
        <w:rPr>
          <w:lang w:eastAsia="ko-KR"/>
        </w:rPr>
      </w:pPr>
      <w:r>
        <w:rPr>
          <w:sz w:val="22"/>
          <w:lang w:eastAsia="ko-KR"/>
        </w:rPr>
        <w:t>2026 년           월           일</w:t>
      </w:r>
    </w:p>
    <w:p w:rsidR="00D1224C" w:rsidP="00D1224C" w:rsidRDefault="00D1224C" w14:paraId="023C6FB3" w14:textId="77777777">
      <w:pPr>
        <w:spacing w:after="160"/>
        <w:jc w:val="center"/>
        <w:rPr>
          <w:lang w:eastAsia="ko-KR"/>
        </w:rPr>
      </w:pPr>
      <w:r>
        <w:rPr>
          <w:sz w:val="22"/>
          <w:lang w:eastAsia="ko-KR"/>
        </w:rPr>
        <w:t xml:space="preserve">회  사  명 :                                             </w:t>
      </w:r>
    </w:p>
    <w:p w:rsidR="00D1224C" w:rsidP="00D1224C" w:rsidRDefault="00D1224C" w14:paraId="6395E963" w14:textId="77777777">
      <w:pPr>
        <w:spacing w:after="320"/>
        <w:jc w:val="center"/>
        <w:rPr>
          <w:lang w:eastAsia="ko-KR"/>
        </w:rPr>
      </w:pPr>
      <w:r>
        <w:rPr>
          <w:sz w:val="22"/>
          <w:lang w:eastAsia="ko-KR"/>
        </w:rPr>
        <w:t>대  표  자 :                                      (인)</w:t>
      </w:r>
    </w:p>
    <w:p w:rsidR="00D1224C" w:rsidP="00D1224C" w:rsidRDefault="00D1224C" w14:paraId="09276020" w14:textId="77777777">
      <w:pPr>
        <w:spacing w:after="80"/>
        <w:jc w:val="center"/>
        <w:rPr>
          <w:lang w:eastAsia="ko-KR"/>
        </w:rPr>
      </w:pPr>
      <w:r>
        <w:rPr>
          <w:b/>
          <w:sz w:val="26"/>
          <w:lang w:eastAsia="ko-KR"/>
        </w:rPr>
        <w:t>한국여성의집 원장 귀하</w:t>
      </w:r>
    </w:p>
    <w:p w:rsidR="00D1224C" w:rsidP="00D1224C" w:rsidRDefault="00D1224C" w14:paraId="469F57FC" w14:textId="77777777">
      <w:pPr>
        <w:rPr>
          <w:lang w:eastAsia="ko-KR"/>
        </w:rPr>
      </w:pPr>
      <w:r>
        <w:rPr>
          <w:lang w:eastAsia="ko-KR"/>
        </w:rPr>
        <w:br w:type="page"/>
      </w:r>
    </w:p>
    <w:p w:rsidR="00D1224C" w:rsidP="00D1224C" w:rsidRDefault="00D1224C" w14:paraId="69FF2667" w14:textId="77777777">
      <w:pPr>
        <w:spacing w:after="280"/>
        <w:rPr>
          <w:lang w:eastAsia="ko-KR"/>
        </w:rPr>
      </w:pPr>
      <w:r>
        <w:rPr>
          <w:lang w:eastAsia="ko-KR"/>
        </w:rPr>
        <w:lastRenderedPageBreak/>
        <w:t>【붙임4】</w:t>
      </w:r>
    </w:p>
    <w:p w:rsidR="00D1224C" w:rsidP="00D1224C" w:rsidRDefault="00D1224C" w14:paraId="7C711EAC" w14:textId="77777777">
      <w:pPr>
        <w:spacing w:after="320"/>
        <w:jc w:val="center"/>
        <w:rPr>
          <w:lang w:eastAsia="ko-KR"/>
        </w:rPr>
      </w:pPr>
      <w:r>
        <w:rPr>
          <w:b/>
          <w:sz w:val="30"/>
          <w:lang w:eastAsia="ko-KR"/>
        </w:rPr>
        <w:t>「하도급지킴이」 이용 확약서</w:t>
      </w:r>
    </w:p>
    <w:p w:rsidR="00D1224C" w:rsidP="00D1224C" w:rsidRDefault="00D1224C" w14:paraId="1AB2A3D9" w14:textId="77777777">
      <w:pPr>
        <w:spacing w:after="120"/>
        <w:jc w:val="both"/>
        <w:rPr>
          <w:lang w:eastAsia="ko-KR"/>
        </w:rPr>
      </w:pPr>
      <w:r>
        <w:rPr>
          <w:lang w:eastAsia="ko-KR"/>
        </w:rPr>
        <w:t>당사는 한국여성의집에서 시행하는 한국여성의집 대수선공사 계약에 대한 계약상대자이자 수급인으로서 아래 사항을 성실히 이행할 것을 확약합니다.</w:t>
      </w:r>
    </w:p>
    <w:p w:rsidR="00D1224C" w:rsidP="00D1224C" w:rsidRDefault="00D1224C" w14:paraId="52447CF2" w14:textId="77777777">
      <w:pPr>
        <w:spacing w:after="120"/>
        <w:jc w:val="both"/>
        <w:rPr>
          <w:lang w:eastAsia="ko-KR"/>
        </w:rPr>
      </w:pPr>
    </w:p>
    <w:p w:rsidR="00D1224C" w:rsidP="00D1224C" w:rsidRDefault="00D1224C" w14:paraId="287A23D6" w14:textId="77777777">
      <w:pPr>
        <w:spacing w:after="120"/>
        <w:jc w:val="both"/>
        <w:rPr>
          <w:lang w:eastAsia="ko-KR"/>
        </w:rPr>
      </w:pPr>
      <w:r>
        <w:rPr>
          <w:lang w:eastAsia="ko-KR"/>
        </w:rPr>
        <w:t>○ 당사는 「하도급지킴이」를 이용하여 하도급계약을 체결하겠으며, 하수급인(자재·장비업체 포함)과 수기로 계약을 체결하는 경우에도 시스템에 등록하겠습니다.</w:t>
      </w:r>
    </w:p>
    <w:p w:rsidR="00D1224C" w:rsidP="00D1224C" w:rsidRDefault="00D1224C" w14:paraId="70BD8D00" w14:textId="77777777">
      <w:pPr>
        <w:spacing w:after="120"/>
        <w:jc w:val="both"/>
        <w:rPr>
          <w:lang w:eastAsia="ko-KR"/>
        </w:rPr>
      </w:pPr>
      <w:r>
        <w:rPr>
          <w:lang w:eastAsia="ko-KR"/>
        </w:rPr>
        <w:t>○ 당사는 하도급대금, 노무비, 장비·자재대금을 「하도급지킴이」를 이용하여 전자적으로 지급하겠습니다.</w:t>
      </w:r>
    </w:p>
    <w:p w:rsidR="00D1224C" w:rsidP="00D1224C" w:rsidRDefault="00D1224C" w14:paraId="32D7250C" w14:textId="77777777">
      <w:pPr>
        <w:spacing w:after="120"/>
        <w:jc w:val="both"/>
        <w:rPr>
          <w:lang w:eastAsia="ko-KR"/>
        </w:rPr>
      </w:pPr>
      <w:r>
        <w:rPr>
          <w:lang w:eastAsia="ko-KR"/>
        </w:rPr>
        <w:t>○ 하도급대금 등의 지급에 있어 인출 제한 기능 사용에 대하여 수요기관과 상호 협의하여 결정한 바에 따르겠습니다.</w:t>
      </w:r>
    </w:p>
    <w:p w:rsidR="00D1224C" w:rsidP="00D1224C" w:rsidRDefault="00D1224C" w14:paraId="02B51481" w14:textId="77777777">
      <w:pPr>
        <w:spacing w:after="120"/>
        <w:jc w:val="both"/>
        <w:rPr>
          <w:lang w:eastAsia="ko-KR"/>
        </w:rPr>
      </w:pPr>
      <w:r>
        <w:rPr>
          <w:lang w:eastAsia="ko-KR"/>
        </w:rPr>
        <w:t>○ 당사는 수요기관의 하도급대금, 노무비, 장비·자재대금의 직접 지급 또는 적정 지급 여부 확인에 적극 응하겠습니다.</w:t>
      </w:r>
    </w:p>
    <w:p w:rsidR="00D1224C" w:rsidP="00D1224C" w:rsidRDefault="00D1224C" w14:paraId="77E055DA" w14:textId="77777777">
      <w:pPr>
        <w:spacing w:after="80"/>
        <w:rPr>
          <w:lang w:eastAsia="ko-KR"/>
        </w:rPr>
      </w:pPr>
    </w:p>
    <w:p w:rsidR="00D1224C" w:rsidP="00D1224C" w:rsidRDefault="00D1224C" w14:paraId="744A86DA" w14:textId="77777777">
      <w:pPr>
        <w:spacing w:after="280"/>
        <w:jc w:val="center"/>
        <w:rPr>
          <w:lang w:eastAsia="ko-KR"/>
        </w:rPr>
      </w:pPr>
      <w:r>
        <w:rPr>
          <w:sz w:val="22"/>
          <w:lang w:eastAsia="ko-KR"/>
        </w:rPr>
        <w:t>2026 년           월           일</w:t>
      </w:r>
    </w:p>
    <w:p w:rsidR="00D1224C" w:rsidP="00D1224C" w:rsidRDefault="00D1224C" w14:paraId="6A24574C" w14:textId="77777777">
      <w:pPr>
        <w:spacing w:after="160"/>
        <w:jc w:val="center"/>
        <w:rPr>
          <w:lang w:eastAsia="ko-KR"/>
        </w:rPr>
      </w:pPr>
      <w:r>
        <w:rPr>
          <w:sz w:val="22"/>
          <w:lang w:eastAsia="ko-KR"/>
        </w:rPr>
        <w:t xml:space="preserve">회  사  명 :                                             </w:t>
      </w:r>
    </w:p>
    <w:p w:rsidR="00D1224C" w:rsidP="00D1224C" w:rsidRDefault="00D1224C" w14:paraId="0F35F36D" w14:textId="77777777">
      <w:pPr>
        <w:spacing w:after="320"/>
        <w:jc w:val="center"/>
        <w:rPr>
          <w:lang w:eastAsia="ko-KR"/>
        </w:rPr>
      </w:pPr>
      <w:r>
        <w:rPr>
          <w:sz w:val="22"/>
          <w:lang w:eastAsia="ko-KR"/>
        </w:rPr>
        <w:t>대  표  자 :                                      (인)</w:t>
      </w:r>
    </w:p>
    <w:p w:rsidR="00D1224C" w:rsidP="00D1224C" w:rsidRDefault="00D1224C" w14:paraId="23C856E5" w14:textId="77777777">
      <w:pPr>
        <w:spacing w:after="80"/>
        <w:jc w:val="center"/>
      </w:pPr>
      <w:proofErr w:type="spellStart"/>
      <w:r>
        <w:rPr>
          <w:b/>
          <w:sz w:val="26"/>
        </w:rPr>
        <w:t>한국여성의집</w:t>
      </w:r>
      <w:proofErr w:type="spellEnd"/>
      <w:r>
        <w:rPr>
          <w:b/>
          <w:sz w:val="26"/>
        </w:rPr>
        <w:t xml:space="preserve"> </w:t>
      </w:r>
      <w:proofErr w:type="spellStart"/>
      <w:r>
        <w:rPr>
          <w:b/>
          <w:sz w:val="26"/>
        </w:rPr>
        <w:t>원장</w:t>
      </w:r>
      <w:proofErr w:type="spellEnd"/>
      <w:r>
        <w:rPr>
          <w:b/>
          <w:sz w:val="26"/>
        </w:rPr>
        <w:t xml:space="preserve"> </w:t>
      </w:r>
      <w:proofErr w:type="spellStart"/>
      <w:r>
        <w:rPr>
          <w:b/>
          <w:sz w:val="26"/>
        </w:rPr>
        <w:t>귀하</w:t>
      </w:r>
      <w:proofErr w:type="spellEnd"/>
    </w:p>
    <w:p w:rsidR="00D1224C" w:rsidRDefault="00D1224C" w14:paraId="07BA89B4" w14:textId="77777777">
      <w:pPr>
        <w:spacing w:after="80"/>
        <w:jc w:val="center"/>
        <w:rPr>
          <w:lang w:eastAsia="ko-KR"/>
        </w:rPr>
      </w:pPr>
    </w:p>
    <w:sectPr w:rsidR="00D1224C" w:rsidSect="00034616">
      <w:pgSz w:w="12240" w:h="15840" w:orient="portrait"/>
      <w:pgMar w:top="1134" w:right="1247" w:bottom="1134" w:left="124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87136" w:rsidP="003D6E5D" w:rsidRDefault="00487136" w14:paraId="52EB9993" w14:textId="77777777">
      <w:pPr>
        <w:spacing w:after="0" w:line="240" w:lineRule="auto"/>
      </w:pPr>
      <w:r>
        <w:separator/>
      </w:r>
    </w:p>
  </w:endnote>
  <w:endnote w:type="continuationSeparator" w:id="0">
    <w:p w:rsidR="00487136" w:rsidP="003D6E5D" w:rsidRDefault="00487136" w14:paraId="5A0BCCA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맑은 고딕">
    <w:panose1 w:val="020B0503020000020004"/>
    <w:charset w:val="81"/>
    <w:family w:val="modern"/>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87136" w:rsidP="003D6E5D" w:rsidRDefault="00487136" w14:paraId="67D62F87" w14:textId="77777777">
      <w:pPr>
        <w:spacing w:after="0" w:line="240" w:lineRule="auto"/>
      </w:pPr>
      <w:r>
        <w:separator/>
      </w:r>
    </w:p>
  </w:footnote>
  <w:footnote w:type="continuationSeparator" w:id="0">
    <w:p w:rsidR="00487136" w:rsidP="003D6E5D" w:rsidRDefault="00487136" w14:paraId="1BF12DC5"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hint="default" w:ascii="Symbol" w:hAnsi="Symbol"/>
      </w:rPr>
    </w:lvl>
  </w:abstractNum>
  <w:num w:numId="1" w16cid:durableId="1511292471">
    <w:abstractNumId w:val="8"/>
  </w:num>
  <w:num w:numId="2" w16cid:durableId="1384866715">
    <w:abstractNumId w:val="6"/>
  </w:num>
  <w:num w:numId="3" w16cid:durableId="503015579">
    <w:abstractNumId w:val="5"/>
  </w:num>
  <w:num w:numId="4" w16cid:durableId="2121759489">
    <w:abstractNumId w:val="4"/>
  </w:num>
  <w:num w:numId="5" w16cid:durableId="1673948140">
    <w:abstractNumId w:val="7"/>
  </w:num>
  <w:num w:numId="6" w16cid:durableId="2035037585">
    <w:abstractNumId w:val="3"/>
  </w:num>
  <w:num w:numId="7" w16cid:durableId="1361315727">
    <w:abstractNumId w:val="2"/>
  </w:num>
  <w:num w:numId="8" w16cid:durableId="706678738">
    <w:abstractNumId w:val="1"/>
  </w:num>
  <w:num w:numId="9" w16cid:durableId="1543319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9417D"/>
    <w:rsid w:val="0015074B"/>
    <w:rsid w:val="0017597C"/>
    <w:rsid w:val="00206F08"/>
    <w:rsid w:val="00224430"/>
    <w:rsid w:val="002724D5"/>
    <w:rsid w:val="00280C0D"/>
    <w:rsid w:val="00293B54"/>
    <w:rsid w:val="0029639D"/>
    <w:rsid w:val="002A00D0"/>
    <w:rsid w:val="00326F90"/>
    <w:rsid w:val="00337676"/>
    <w:rsid w:val="003A789E"/>
    <w:rsid w:val="003D6E5D"/>
    <w:rsid w:val="00404854"/>
    <w:rsid w:val="00487136"/>
    <w:rsid w:val="004C2CE1"/>
    <w:rsid w:val="004E007C"/>
    <w:rsid w:val="00515D66"/>
    <w:rsid w:val="00563983"/>
    <w:rsid w:val="005B5DBF"/>
    <w:rsid w:val="00625AC3"/>
    <w:rsid w:val="00626C00"/>
    <w:rsid w:val="006775F6"/>
    <w:rsid w:val="006D263B"/>
    <w:rsid w:val="0070291B"/>
    <w:rsid w:val="00706A56"/>
    <w:rsid w:val="00775CB8"/>
    <w:rsid w:val="00830DC7"/>
    <w:rsid w:val="00897D2A"/>
    <w:rsid w:val="00902846"/>
    <w:rsid w:val="0093209E"/>
    <w:rsid w:val="00A059EE"/>
    <w:rsid w:val="00A07D67"/>
    <w:rsid w:val="00A17A59"/>
    <w:rsid w:val="00A8522A"/>
    <w:rsid w:val="00AA1D8D"/>
    <w:rsid w:val="00B14A99"/>
    <w:rsid w:val="00B47730"/>
    <w:rsid w:val="00B927F8"/>
    <w:rsid w:val="00BB548F"/>
    <w:rsid w:val="00BC7C33"/>
    <w:rsid w:val="00CA1D5A"/>
    <w:rsid w:val="00CB0664"/>
    <w:rsid w:val="00D1224C"/>
    <w:rsid w:val="00D413E5"/>
    <w:rsid w:val="00E03C2D"/>
    <w:rsid w:val="00E20716"/>
    <w:rsid w:val="00E35A9A"/>
    <w:rsid w:val="00E8790A"/>
    <w:rsid w:val="00ED780A"/>
    <w:rsid w:val="00EF0DAD"/>
    <w:rsid w:val="00FC693F"/>
    <w:rsid w:val="4A9B60D0"/>
    <w:rsid w:val="6D5229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EC63993"/>
  <w14:defaultImageDpi w14:val="300"/>
  <w15:docId w15:val="{A9A3C2A7-8D97-4C7F-961C-7DDC1FA3C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a1" w:default="1">
    <w:name w:val="Normal"/>
    <w:qFormat/>
    <w:rsid w:val="00FC693F"/>
    <w:rPr>
      <w:rFonts w:ascii="맑은 고딕" w:hAnsi="맑은 고딕" w:eastAsia="맑은 고딕"/>
      <w:sz w:val="21"/>
    </w:rPr>
  </w:style>
  <w:style w:type="paragraph" w:styleId="1">
    <w:name w:val="heading 1"/>
    <w:basedOn w:val="a1"/>
    <w:next w:val="a1"/>
    <w:link w:val="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a2" w:default="1">
    <w:name w:val="Default Paragraph Font"/>
    <w:uiPriority w:val="1"/>
    <w:semiHidden/>
    <w:unhideWhenUsed/>
  </w:style>
  <w:style w:type="table" w:styleId="a3" w:default="1">
    <w:name w:val="Normal Table"/>
    <w:uiPriority w:val="99"/>
    <w:semiHidden/>
    <w:unhideWhenUsed/>
    <w:tblPr>
      <w:tblInd w:w="0" w:type="dxa"/>
      <w:tblCellMar>
        <w:top w:w="0" w:type="dxa"/>
        <w:left w:w="108" w:type="dxa"/>
        <w:bottom w:w="0" w:type="dxa"/>
        <w:right w:w="108" w:type="dxa"/>
      </w:tblCellMar>
    </w:tblPr>
  </w:style>
  <w:style w:type="numbering" w:styleId="a4" w:default="1">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styleId="Char" w:customStyle="1">
    <w:name w:val="머리글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styleId="Char0" w:customStyle="1">
    <w:name w:val="바닥글 Char"/>
    <w:basedOn w:val="a2"/>
    <w:link w:val="a6"/>
    <w:uiPriority w:val="99"/>
    <w:rsid w:val="00E618BF"/>
  </w:style>
  <w:style w:type="paragraph" w:styleId="a7">
    <w:name w:val="No Spacing"/>
    <w:uiPriority w:val="1"/>
    <w:qFormat/>
    <w:rsid w:val="00FC693F"/>
    <w:pPr>
      <w:spacing w:after="0" w:line="240" w:lineRule="auto"/>
    </w:pPr>
  </w:style>
  <w:style w:type="character" w:styleId="1Char" w:customStyle="1">
    <w:name w:val="제목 1 Char"/>
    <w:basedOn w:val="a2"/>
    <w:link w:val="1"/>
    <w:uiPriority w:val="9"/>
    <w:rsid w:val="00FC693F"/>
    <w:rPr>
      <w:rFonts w:asciiTheme="majorHAnsi" w:hAnsiTheme="majorHAnsi" w:eastAsiaTheme="majorEastAsia" w:cstheme="majorBidi"/>
      <w:b/>
      <w:bCs/>
      <w:color w:val="365F91" w:themeColor="accent1" w:themeShade="BF"/>
      <w:sz w:val="28"/>
      <w:szCs w:val="28"/>
    </w:rPr>
  </w:style>
  <w:style w:type="character" w:styleId="2Char" w:customStyle="1">
    <w:name w:val="제목 2 Char"/>
    <w:basedOn w:val="a2"/>
    <w:link w:val="21"/>
    <w:uiPriority w:val="9"/>
    <w:rsid w:val="00FC693F"/>
    <w:rPr>
      <w:rFonts w:asciiTheme="majorHAnsi" w:hAnsiTheme="majorHAnsi" w:eastAsiaTheme="majorEastAsia" w:cstheme="majorBidi"/>
      <w:b/>
      <w:bCs/>
      <w:color w:val="4F81BD" w:themeColor="accent1"/>
      <w:sz w:val="26"/>
      <w:szCs w:val="26"/>
    </w:rPr>
  </w:style>
  <w:style w:type="character" w:styleId="3Char" w:customStyle="1">
    <w:name w:val="제목 3 Char"/>
    <w:basedOn w:val="a2"/>
    <w:link w:val="31"/>
    <w:uiPriority w:val="9"/>
    <w:rsid w:val="00FC693F"/>
    <w:rPr>
      <w:rFonts w:asciiTheme="majorHAnsi" w:hAnsiTheme="majorHAnsi" w:eastAsiaTheme="majorEastAsia" w:cstheme="majorBidi"/>
      <w:b/>
      <w:bCs/>
      <w:color w:val="4F81BD" w:themeColor="accent1"/>
    </w:rPr>
  </w:style>
  <w:style w:type="paragraph" w:styleId="a8">
    <w:name w:val="Title"/>
    <w:basedOn w:val="a1"/>
    <w:next w:val="a1"/>
    <w:link w:val="Char1"/>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Char1" w:customStyle="1">
    <w:name w:val="제목 Char"/>
    <w:basedOn w:val="a2"/>
    <w:link w:val="a8"/>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Char2" w:customStyle="1">
    <w:name w:val="부제 Char"/>
    <w:basedOn w:val="a2"/>
    <w:link w:val="a9"/>
    <w:uiPriority w:val="11"/>
    <w:rsid w:val="00FC693F"/>
    <w:rPr>
      <w:rFonts w:asciiTheme="majorHAnsi" w:hAnsiTheme="majorHAnsi" w:eastAsiaTheme="majorEastAsia"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styleId="Char3" w:customStyle="1">
    <w:name w:val="본문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styleId="2Char0" w:customStyle="1">
    <w:name w:val="본문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styleId="3Char0" w:customStyle="1">
    <w:name w:val="본문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Char4" w:customStyle="1">
    <w:name w:val="매크로 텍스트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styleId="Char5" w:customStyle="1">
    <w:name w:val="인용 Char"/>
    <w:basedOn w:val="a2"/>
    <w:link w:val="af"/>
    <w:uiPriority w:val="29"/>
    <w:rsid w:val="00FC693F"/>
    <w:rPr>
      <w:i/>
      <w:iCs/>
      <w:color w:val="000000" w:themeColor="text1"/>
    </w:rPr>
  </w:style>
  <w:style w:type="character" w:styleId="4Char" w:customStyle="1">
    <w:name w:val="제목 4 Char"/>
    <w:basedOn w:val="a2"/>
    <w:link w:val="4"/>
    <w:uiPriority w:val="9"/>
    <w:semiHidden/>
    <w:rsid w:val="00FC693F"/>
    <w:rPr>
      <w:rFonts w:asciiTheme="majorHAnsi" w:hAnsiTheme="majorHAnsi" w:eastAsiaTheme="majorEastAsia" w:cstheme="majorBidi"/>
      <w:b/>
      <w:bCs/>
      <w:i/>
      <w:iCs/>
      <w:color w:val="4F81BD" w:themeColor="accent1"/>
    </w:rPr>
  </w:style>
  <w:style w:type="character" w:styleId="5Char" w:customStyle="1">
    <w:name w:val="제목 5 Char"/>
    <w:basedOn w:val="a2"/>
    <w:link w:val="5"/>
    <w:uiPriority w:val="9"/>
    <w:semiHidden/>
    <w:rsid w:val="00FC693F"/>
    <w:rPr>
      <w:rFonts w:asciiTheme="majorHAnsi" w:hAnsiTheme="majorHAnsi" w:eastAsiaTheme="majorEastAsia" w:cstheme="majorBidi"/>
      <w:color w:val="243F60" w:themeColor="accent1" w:themeShade="7F"/>
    </w:rPr>
  </w:style>
  <w:style w:type="character" w:styleId="6Char" w:customStyle="1">
    <w:name w:val="제목 6 Char"/>
    <w:basedOn w:val="a2"/>
    <w:link w:val="6"/>
    <w:uiPriority w:val="9"/>
    <w:semiHidden/>
    <w:rsid w:val="00FC693F"/>
    <w:rPr>
      <w:rFonts w:asciiTheme="majorHAnsi" w:hAnsiTheme="majorHAnsi" w:eastAsiaTheme="majorEastAsia" w:cstheme="majorBidi"/>
      <w:i/>
      <w:iCs/>
      <w:color w:val="243F60" w:themeColor="accent1" w:themeShade="7F"/>
    </w:rPr>
  </w:style>
  <w:style w:type="character" w:styleId="7Char" w:customStyle="1">
    <w:name w:val="제목 7 Char"/>
    <w:basedOn w:val="a2"/>
    <w:link w:val="7"/>
    <w:uiPriority w:val="9"/>
    <w:semiHidden/>
    <w:rsid w:val="00FC693F"/>
    <w:rPr>
      <w:rFonts w:asciiTheme="majorHAnsi" w:hAnsiTheme="majorHAnsi" w:eastAsiaTheme="majorEastAsia" w:cstheme="majorBidi"/>
      <w:i/>
      <w:iCs/>
      <w:color w:val="404040" w:themeColor="text1" w:themeTint="BF"/>
    </w:rPr>
  </w:style>
  <w:style w:type="character" w:styleId="8Char" w:customStyle="1">
    <w:name w:val="제목 8 Char"/>
    <w:basedOn w:val="a2"/>
    <w:link w:val="8"/>
    <w:uiPriority w:val="9"/>
    <w:semiHidden/>
    <w:rsid w:val="00FC693F"/>
    <w:rPr>
      <w:rFonts w:asciiTheme="majorHAnsi" w:hAnsiTheme="majorHAnsi" w:eastAsiaTheme="majorEastAsia" w:cstheme="majorBidi"/>
      <w:color w:val="4F81BD" w:themeColor="accent1"/>
      <w:sz w:val="20"/>
      <w:szCs w:val="20"/>
    </w:rPr>
  </w:style>
  <w:style w:type="character" w:styleId="9Char" w:customStyle="1">
    <w:name w:val="제목 9 Char"/>
    <w:basedOn w:val="a2"/>
    <w:link w:val="9"/>
    <w:uiPriority w:val="9"/>
    <w:semiHidden/>
    <w:rsid w:val="00FC693F"/>
    <w:rPr>
      <w:rFonts w:asciiTheme="majorHAnsi" w:hAnsiTheme="majorHAnsi" w:eastAsiaTheme="majorEastAsia"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Char6" w:customStyle="1">
    <w:name w:val="강한 인용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TOC">
    <w:name w:val="TOC Heading"/>
    <w:basedOn w:val="1"/>
    <w:next w:val="a1"/>
    <w:uiPriority w:val="39"/>
    <w:semiHidden/>
    <w:unhideWhenUsed/>
    <w:qFormat/>
    <w:rsid w:val="00FC693F"/>
    <w:pPr>
      <w:outlineLvl w:val="9"/>
    </w:pPr>
  </w:style>
  <w:style w:type="table" w:styleId="af9">
    <w:name w:val="Table Grid"/>
    <w:basedOn w:val="a3"/>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afa">
    <w:name w:val="Light Shading"/>
    <w:basedOn w:val="a3"/>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b">
    <w:name w:val="Light List"/>
    <w:basedOn w:val="a3"/>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afc">
    <w:name w:val="Light Grid"/>
    <w:basedOn w:val="a3"/>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afd">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e">
    <w:name w:val="Colorful Shading"/>
    <w:basedOn w:val="a3"/>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0">
    <w:name w:val="Colorful Grid"/>
    <w:basedOn w:val="a3"/>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aff1">
    <w:name w:val="annotation reference"/>
    <w:basedOn w:val="a2"/>
    <w:uiPriority w:val="99"/>
    <w:semiHidden/>
    <w:unhideWhenUsed/>
    <w:rsid w:val="00E20716"/>
    <w:rPr>
      <w:sz w:val="18"/>
      <w:szCs w:val="18"/>
    </w:rPr>
  </w:style>
  <w:style w:type="paragraph" w:styleId="aff2">
    <w:name w:val="annotation text"/>
    <w:basedOn w:val="a1"/>
    <w:link w:val="Char7"/>
    <w:uiPriority w:val="99"/>
    <w:semiHidden/>
    <w:unhideWhenUsed/>
    <w:rsid w:val="00E20716"/>
    <w:pPr>
      <w:widowControl w:val="0"/>
      <w:wordWrap w:val="0"/>
      <w:autoSpaceDE w:val="0"/>
      <w:autoSpaceDN w:val="0"/>
      <w:spacing w:after="0" w:line="240" w:lineRule="auto"/>
    </w:pPr>
    <w:rPr>
      <w:rFonts w:cs="맑은 고딕"/>
      <w:szCs w:val="21"/>
      <w:lang w:eastAsia="ko-KR"/>
    </w:rPr>
  </w:style>
  <w:style w:type="character" w:styleId="Char7" w:customStyle="1">
    <w:name w:val="메모 텍스트 Char"/>
    <w:basedOn w:val="a2"/>
    <w:link w:val="aff2"/>
    <w:uiPriority w:val="99"/>
    <w:semiHidden/>
    <w:rsid w:val="00E20716"/>
    <w:rPr>
      <w:rFonts w:ascii="맑은 고딕" w:hAnsi="맑은 고딕" w:eastAsia="맑은 고딕" w:cs="맑은 고딕"/>
      <w:sz w:val="21"/>
      <w:szCs w:val="21"/>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이정미</lastModifiedBy>
  <revision>39</revision>
  <dcterms:created xsi:type="dcterms:W3CDTF">2026-08-13T06:25:00.0000000Z</dcterms:created>
  <dcterms:modified xsi:type="dcterms:W3CDTF">2026-08-14T01:41:56.4011812Z</dcterms:modified>
  <category/>
</coreProperties>
</file>