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안전 절곡 보조장치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(주)청우테크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(주)청우테크의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(주)청우테크 2026년 스마트 생태공장 구축사업(안전 절곡 보조장치)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진주시 정촌면 산업로39번길 20, (주)청우테크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44,000,000원(부가가치세 포함)   /   추정가격 : 40,000,000원(부가가치세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(주)청우테크 사업담당자 (Tel. 055-741-2336)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해당 기계·설비의 제조·구매·설치 관련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 (cwtech2336@gmail.com)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진주시 정촌면 산업로39번길 20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(주)청우테크가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(주)청우테크의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