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콤프레셔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구축사업(인버터 콤프레셔)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121,000,000원(부가가치세 포함)   /   추정가격 : 110,000,000원(부가가치세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