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친환경 지게차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구축사업(친환경 지게차)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45,100,000원(부가가치세 포함)   /   추정가격 : 41,000,000원(부가가치세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