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안전 자동셔터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구축사업(안전 자동셔터)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44,000,000원(부가가치세 포함)   /   추정가격 : 40,000,000원(부가가치세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