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친환경 고효율 집진기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구축사업(친환경 고효율 집진기)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286,000,000원(부가가치세 포함)   /   추정가격 : 260,000,000원(부가가치세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