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A73B3" w14:textId="7B75B145" w:rsidR="005A0175" w:rsidRDefault="002F1498" w:rsidP="002428DA">
      <w:pPr>
        <w:spacing w:after="80"/>
        <w:jc w:val="center"/>
        <w:rPr>
          <w:lang w:eastAsia="ko-KR"/>
        </w:rPr>
      </w:pPr>
      <w:r>
        <w:rPr>
          <w:b/>
          <w:color w:val="0B2545"/>
          <w:sz w:val="40"/>
          <w:lang w:eastAsia="ko-KR"/>
        </w:rPr>
        <w:t>ACT 통합 AI-WMS 및 CSV 문서관리체계 구축 용역</w:t>
      </w:r>
      <w:r w:rsidR="006565CD">
        <w:rPr>
          <w:rFonts w:hint="eastAsia"/>
          <w:b/>
          <w:color w:val="0B2545"/>
          <w:sz w:val="40"/>
          <w:lang w:eastAsia="ko-KR"/>
        </w:rPr>
        <w:t xml:space="preserve"> 제안요청서(RFP)</w:t>
      </w:r>
    </w:p>
    <w:p w14:paraId="7A357E81" w14:textId="77777777" w:rsidR="005A0175" w:rsidRDefault="002F1498">
      <w:pPr>
        <w:pStyle w:val="1"/>
      </w:pPr>
      <w:r>
        <w:rPr>
          <w:rFonts w:ascii="맑은 고딕" w:eastAsia="맑은 고딕" w:hAnsi="맑은 고딕"/>
          <w:color w:val="2E74B5"/>
          <w:sz w:val="32"/>
        </w:rPr>
        <w:t>Ⅰ. 사업 개요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872"/>
        <w:gridCol w:w="7488"/>
      </w:tblGrid>
      <w:tr w:rsidR="005A0175" w14:paraId="380C6BCE" w14:textId="77777777">
        <w:trPr>
          <w:jc w:val="center"/>
        </w:trPr>
        <w:tc>
          <w:tcPr>
            <w:tcW w:w="1872" w:type="dxa"/>
            <w:shd w:val="clear" w:color="auto" w:fill="E8EEF5"/>
            <w:vAlign w:val="center"/>
          </w:tcPr>
          <w:p w14:paraId="71430AF4" w14:textId="77777777" w:rsidR="005A0175" w:rsidRDefault="002F1498">
            <w:r>
              <w:rPr>
                <w:b/>
                <w:color w:val="0B2545"/>
                <w:sz w:val="17"/>
              </w:rPr>
              <w:t>항목</w:t>
            </w:r>
          </w:p>
        </w:tc>
        <w:tc>
          <w:tcPr>
            <w:tcW w:w="7488" w:type="dxa"/>
            <w:shd w:val="clear" w:color="auto" w:fill="E8EEF5"/>
            <w:vAlign w:val="center"/>
          </w:tcPr>
          <w:p w14:paraId="340828A7" w14:textId="77777777" w:rsidR="005A0175" w:rsidRDefault="002F1498">
            <w:r>
              <w:rPr>
                <w:b/>
                <w:color w:val="0B2545"/>
                <w:sz w:val="17"/>
              </w:rPr>
              <w:t>내용</w:t>
            </w:r>
          </w:p>
        </w:tc>
      </w:tr>
      <w:tr w:rsidR="005A0175" w14:paraId="6C549F0F" w14:textId="77777777">
        <w:trPr>
          <w:jc w:val="center"/>
        </w:trPr>
        <w:tc>
          <w:tcPr>
            <w:tcW w:w="1872" w:type="dxa"/>
            <w:vAlign w:val="center"/>
          </w:tcPr>
          <w:p w14:paraId="4F908F35" w14:textId="77777777" w:rsidR="005A0175" w:rsidRDefault="002F1498">
            <w:r>
              <w:rPr>
                <w:sz w:val="17"/>
              </w:rPr>
              <w:t>사업명</w:t>
            </w:r>
          </w:p>
        </w:tc>
        <w:tc>
          <w:tcPr>
            <w:tcW w:w="7488" w:type="dxa"/>
            <w:vAlign w:val="center"/>
          </w:tcPr>
          <w:p w14:paraId="77D2C821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ACT 보세물류 통합 AI-WMS 및 CSV·GMP·HACCP 문서관리체계 구축 용역</w:t>
            </w:r>
          </w:p>
        </w:tc>
      </w:tr>
      <w:tr w:rsidR="005A0175" w14:paraId="4510C39C" w14:textId="77777777">
        <w:trPr>
          <w:jc w:val="center"/>
        </w:trPr>
        <w:tc>
          <w:tcPr>
            <w:tcW w:w="1872" w:type="dxa"/>
            <w:vAlign w:val="center"/>
          </w:tcPr>
          <w:p w14:paraId="0566F312" w14:textId="77777777" w:rsidR="005A0175" w:rsidRDefault="002F1498">
            <w:r>
              <w:rPr>
                <w:sz w:val="17"/>
              </w:rPr>
              <w:t>발주기관</w:t>
            </w:r>
          </w:p>
        </w:tc>
        <w:tc>
          <w:tcPr>
            <w:tcW w:w="7488" w:type="dxa"/>
            <w:vAlign w:val="center"/>
          </w:tcPr>
          <w:p w14:paraId="5987AD50" w14:textId="77777777" w:rsidR="005A0175" w:rsidRDefault="002F1498">
            <w:r>
              <w:rPr>
                <w:sz w:val="17"/>
              </w:rPr>
              <w:t>㈜에이씨티(ACT)</w:t>
            </w:r>
          </w:p>
        </w:tc>
      </w:tr>
      <w:tr w:rsidR="005A0175" w14:paraId="6BB88870" w14:textId="77777777">
        <w:trPr>
          <w:jc w:val="center"/>
        </w:trPr>
        <w:tc>
          <w:tcPr>
            <w:tcW w:w="1872" w:type="dxa"/>
            <w:vAlign w:val="center"/>
          </w:tcPr>
          <w:p w14:paraId="2F2D0094" w14:textId="77777777" w:rsidR="005A0175" w:rsidRDefault="002F1498">
            <w:r>
              <w:rPr>
                <w:sz w:val="17"/>
              </w:rPr>
              <w:t>사업기간</w:t>
            </w:r>
          </w:p>
        </w:tc>
        <w:tc>
          <w:tcPr>
            <w:tcW w:w="7488" w:type="dxa"/>
            <w:vAlign w:val="center"/>
          </w:tcPr>
          <w:p w14:paraId="6C7BFD7D" w14:textId="77777777" w:rsidR="005A0175" w:rsidRDefault="002F1498">
            <w:r>
              <w:rPr>
                <w:sz w:val="17"/>
              </w:rPr>
              <w:t>계약일로부터 6개월</w:t>
            </w:r>
          </w:p>
        </w:tc>
      </w:tr>
      <w:tr w:rsidR="005A0175" w14:paraId="50FD9830" w14:textId="77777777">
        <w:trPr>
          <w:jc w:val="center"/>
        </w:trPr>
        <w:tc>
          <w:tcPr>
            <w:tcW w:w="1872" w:type="dxa"/>
            <w:vAlign w:val="center"/>
          </w:tcPr>
          <w:p w14:paraId="21571D69" w14:textId="77777777" w:rsidR="005A0175" w:rsidRDefault="002F1498">
            <w:r>
              <w:rPr>
                <w:sz w:val="17"/>
              </w:rPr>
              <w:t>사업대상</w:t>
            </w:r>
          </w:p>
        </w:tc>
        <w:tc>
          <w:tcPr>
            <w:tcW w:w="7488" w:type="dxa"/>
            <w:vAlign w:val="center"/>
          </w:tcPr>
          <w:p w14:paraId="26100E34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경기도 김포시 고촌읍 소재 ACT 물류센터의 보세창고, 일반창고, 냉장·냉동창고, 검역·통관 연계, 3PL·풀필먼트, 운송·정산, 화주 포털 및 모바일 현장업무</w:t>
            </w:r>
          </w:p>
        </w:tc>
      </w:tr>
    </w:tbl>
    <w:p w14:paraId="2BC4453A" w14:textId="77777777" w:rsidR="005A0175" w:rsidRDefault="005A0175">
      <w:pPr>
        <w:rPr>
          <w:lang w:eastAsia="ko-KR"/>
        </w:rPr>
      </w:pPr>
    </w:p>
    <w:p w14:paraId="23A0891B" w14:textId="77777777" w:rsidR="005A0175" w:rsidRDefault="002F1498">
      <w:pPr>
        <w:spacing w:after="120" w:line="269" w:lineRule="auto"/>
        <w:rPr>
          <w:lang w:eastAsia="ko-KR"/>
        </w:rPr>
      </w:pPr>
      <w:r>
        <w:rPr>
          <w:lang w:eastAsia="ko-KR"/>
        </w:rPr>
        <w:t>본 사업은 기존 WMS, 화주포털, PDA/Mobile 프로그램을 하나의 통합 AI-WMS로 전환하여 보세화물 추적성, 재고 정확도, 피킹·적치 효율성 및 화주 대응력을 향상하는 것을 목적으로 한다.</w:t>
      </w:r>
    </w:p>
    <w:p w14:paraId="60B88BC7" w14:textId="77777777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t>1. 사업예산 및 입찰금액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2304"/>
        <w:gridCol w:w="3600"/>
        <w:gridCol w:w="3456"/>
      </w:tblGrid>
      <w:tr w:rsidR="005A0175" w14:paraId="70A5CE31" w14:textId="77777777">
        <w:trPr>
          <w:jc w:val="center"/>
        </w:trPr>
        <w:tc>
          <w:tcPr>
            <w:tcW w:w="2304" w:type="dxa"/>
            <w:shd w:val="clear" w:color="auto" w:fill="E8EEF5"/>
            <w:vAlign w:val="center"/>
          </w:tcPr>
          <w:p w14:paraId="22D72943" w14:textId="77777777" w:rsidR="005A0175" w:rsidRDefault="002F1498">
            <w:r>
              <w:rPr>
                <w:b/>
                <w:color w:val="0B2545"/>
                <w:sz w:val="17"/>
              </w:rPr>
              <w:t>구분</w:t>
            </w:r>
          </w:p>
        </w:tc>
        <w:tc>
          <w:tcPr>
            <w:tcW w:w="3600" w:type="dxa"/>
            <w:shd w:val="clear" w:color="auto" w:fill="E8EEF5"/>
            <w:vAlign w:val="center"/>
          </w:tcPr>
          <w:p w14:paraId="3356AC42" w14:textId="77777777" w:rsidR="005A0175" w:rsidRDefault="002F1498">
            <w:r>
              <w:rPr>
                <w:b/>
                <w:color w:val="0B2545"/>
                <w:sz w:val="17"/>
              </w:rPr>
              <w:t>금액</w:t>
            </w:r>
          </w:p>
        </w:tc>
        <w:tc>
          <w:tcPr>
            <w:tcW w:w="3456" w:type="dxa"/>
            <w:shd w:val="clear" w:color="auto" w:fill="E8EEF5"/>
            <w:vAlign w:val="center"/>
          </w:tcPr>
          <w:p w14:paraId="1F1B2D4E" w14:textId="77777777" w:rsidR="005A0175" w:rsidRDefault="002F1498">
            <w:r>
              <w:rPr>
                <w:b/>
                <w:color w:val="0B2545"/>
                <w:sz w:val="17"/>
              </w:rPr>
              <w:t>비고</w:t>
            </w:r>
          </w:p>
        </w:tc>
      </w:tr>
      <w:tr w:rsidR="005A0175" w14:paraId="26EB25E7" w14:textId="77777777">
        <w:trPr>
          <w:jc w:val="center"/>
        </w:trPr>
        <w:tc>
          <w:tcPr>
            <w:tcW w:w="2304" w:type="dxa"/>
            <w:vAlign w:val="center"/>
          </w:tcPr>
          <w:p w14:paraId="23E42B3C" w14:textId="77777777" w:rsidR="005A0175" w:rsidRDefault="002F1498">
            <w:r>
              <w:rPr>
                <w:sz w:val="17"/>
              </w:rPr>
              <w:t>입찰금액 범위</w:t>
            </w:r>
          </w:p>
        </w:tc>
        <w:tc>
          <w:tcPr>
            <w:tcW w:w="3600" w:type="dxa"/>
            <w:vAlign w:val="center"/>
          </w:tcPr>
          <w:p w14:paraId="035B52F9" w14:textId="2E70355E" w:rsidR="005A0175" w:rsidRDefault="007914E1">
            <w:r>
              <w:rPr>
                <w:rFonts w:hint="eastAsia"/>
                <w:sz w:val="17"/>
                <w:lang w:eastAsia="ko-KR"/>
              </w:rPr>
              <w:t>150,000</w:t>
            </w:r>
            <w:r w:rsidR="002F1498">
              <w:rPr>
                <w:sz w:val="17"/>
              </w:rPr>
              <w:t>,000원 이하</w:t>
            </w:r>
          </w:p>
        </w:tc>
        <w:tc>
          <w:tcPr>
            <w:tcW w:w="3456" w:type="dxa"/>
            <w:vAlign w:val="center"/>
          </w:tcPr>
          <w:p w14:paraId="618ADA72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VAT 포함 여부, H/W 포함 범위, 회계비용 포함 여부는 공고 전 최종 확정</w:t>
            </w:r>
          </w:p>
        </w:tc>
      </w:tr>
    </w:tbl>
    <w:p w14:paraId="3567AE61" w14:textId="77777777" w:rsidR="005A0175" w:rsidRDefault="005A0175">
      <w:pPr>
        <w:rPr>
          <w:lang w:eastAsia="ko-KR"/>
        </w:rPr>
      </w:pPr>
    </w:p>
    <w:p w14:paraId="6599A12B" w14:textId="77777777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t>2. 사업목적</w:t>
      </w:r>
    </w:p>
    <w:p w14:paraId="51C8D7F8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분산 운영 중인 WMS, 화주포털, PDA/Mobile 시스템을 통합한다.</w:t>
      </w:r>
    </w:p>
    <w:p w14:paraId="21122DC5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보세화물의 반입·보관·통관상태·출고 이력을 실시간으로 추적한다.</w:t>
      </w:r>
    </w:p>
    <w:p w14:paraId="5172AEE4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AI 기반 적치 로케이션 추천 및 피킹 경로 최적화를 구현한다.</w:t>
      </w:r>
    </w:p>
    <w:p w14:paraId="37AC2FE1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바코드 기반 검수·적치·피킹·포장·출고 업무를 표준화한다.</w:t>
      </w:r>
    </w:p>
    <w:p w14:paraId="63B5966A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GMP·HACCP 환경에 적용 가능한 문서관리 및 CSV 산출물 관리체계를 구축한다.</w:t>
      </w:r>
    </w:p>
    <w:p w14:paraId="48584BE1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스마트물류센터 기초혁신 본인증 취득을 위한 증빙 데이터를 축적한다.</w:t>
      </w:r>
    </w:p>
    <w:p w14:paraId="57F1DC2B" w14:textId="77777777" w:rsidR="005A0175" w:rsidRDefault="002F1498">
      <w:pPr>
        <w:pStyle w:val="1"/>
      </w:pPr>
      <w:r>
        <w:rPr>
          <w:rFonts w:ascii="맑은 고딕" w:eastAsia="맑은 고딕" w:hAnsi="맑은 고딕"/>
          <w:color w:val="2E74B5"/>
          <w:sz w:val="32"/>
        </w:rPr>
        <w:t>Ⅱ. 입찰 및 계약방식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2880"/>
        <w:gridCol w:w="6480"/>
      </w:tblGrid>
      <w:tr w:rsidR="005A0175" w14:paraId="7F20E78B" w14:textId="77777777">
        <w:trPr>
          <w:jc w:val="center"/>
        </w:trPr>
        <w:tc>
          <w:tcPr>
            <w:tcW w:w="2880" w:type="dxa"/>
            <w:shd w:val="clear" w:color="auto" w:fill="E8EEF5"/>
            <w:vAlign w:val="center"/>
          </w:tcPr>
          <w:p w14:paraId="749836DC" w14:textId="77777777" w:rsidR="005A0175" w:rsidRDefault="002F1498">
            <w:r>
              <w:rPr>
                <w:b/>
                <w:color w:val="0B2545"/>
                <w:sz w:val="17"/>
              </w:rPr>
              <w:t>항목</w:t>
            </w:r>
          </w:p>
        </w:tc>
        <w:tc>
          <w:tcPr>
            <w:tcW w:w="6480" w:type="dxa"/>
            <w:shd w:val="clear" w:color="auto" w:fill="E8EEF5"/>
            <w:vAlign w:val="center"/>
          </w:tcPr>
          <w:p w14:paraId="0E7D7C94" w14:textId="77777777" w:rsidR="005A0175" w:rsidRDefault="002F1498">
            <w:r>
              <w:rPr>
                <w:b/>
                <w:color w:val="0B2545"/>
                <w:sz w:val="17"/>
              </w:rPr>
              <w:t>권고 내용</w:t>
            </w:r>
          </w:p>
        </w:tc>
      </w:tr>
      <w:tr w:rsidR="005A0175" w14:paraId="02A23E25" w14:textId="77777777">
        <w:trPr>
          <w:jc w:val="center"/>
        </w:trPr>
        <w:tc>
          <w:tcPr>
            <w:tcW w:w="2880" w:type="dxa"/>
            <w:vAlign w:val="center"/>
          </w:tcPr>
          <w:p w14:paraId="2C5FBF07" w14:textId="77777777" w:rsidR="005A0175" w:rsidRDefault="002F1498">
            <w:r>
              <w:rPr>
                <w:sz w:val="17"/>
              </w:rPr>
              <w:t>입찰방식</w:t>
            </w:r>
          </w:p>
        </w:tc>
        <w:tc>
          <w:tcPr>
            <w:tcW w:w="6480" w:type="dxa"/>
            <w:vAlign w:val="center"/>
          </w:tcPr>
          <w:p w14:paraId="70302903" w14:textId="77777777" w:rsidR="005A0175" w:rsidRDefault="002F1498">
            <w:r>
              <w:rPr>
                <w:sz w:val="17"/>
              </w:rPr>
              <w:t>제한경쟁입찰</w:t>
            </w:r>
          </w:p>
        </w:tc>
      </w:tr>
      <w:tr w:rsidR="005A0175" w14:paraId="5FA82115" w14:textId="77777777">
        <w:trPr>
          <w:jc w:val="center"/>
        </w:trPr>
        <w:tc>
          <w:tcPr>
            <w:tcW w:w="2880" w:type="dxa"/>
            <w:vAlign w:val="center"/>
          </w:tcPr>
          <w:p w14:paraId="2536D434" w14:textId="77777777" w:rsidR="005A0175" w:rsidRDefault="002F1498">
            <w:r>
              <w:rPr>
                <w:sz w:val="17"/>
              </w:rPr>
              <w:t>낙찰방식</w:t>
            </w:r>
          </w:p>
        </w:tc>
        <w:tc>
          <w:tcPr>
            <w:tcW w:w="6480" w:type="dxa"/>
            <w:vAlign w:val="center"/>
          </w:tcPr>
          <w:p w14:paraId="4377A2AA" w14:textId="740CF350" w:rsidR="005A0175" w:rsidRDefault="002F3D7A">
            <w:pPr>
              <w:rPr>
                <w:lang w:eastAsia="ko-KR"/>
              </w:rPr>
            </w:pPr>
            <w:r>
              <w:rPr>
                <w:rFonts w:hint="eastAsia"/>
                <w:sz w:val="17"/>
                <w:lang w:eastAsia="ko-KR"/>
              </w:rPr>
              <w:t xml:space="preserve">최저가 및 </w:t>
            </w:r>
            <w:r w:rsidR="002F1498">
              <w:rPr>
                <w:sz w:val="17"/>
                <w:lang w:eastAsia="ko-KR"/>
              </w:rPr>
              <w:t>협상에 의한 계약</w:t>
            </w:r>
          </w:p>
        </w:tc>
      </w:tr>
      <w:tr w:rsidR="005A0175" w14:paraId="326855BA" w14:textId="77777777">
        <w:trPr>
          <w:jc w:val="center"/>
        </w:trPr>
        <w:tc>
          <w:tcPr>
            <w:tcW w:w="2880" w:type="dxa"/>
            <w:vAlign w:val="center"/>
          </w:tcPr>
          <w:p w14:paraId="500A0DDA" w14:textId="77777777" w:rsidR="005A0175" w:rsidRDefault="002F1498">
            <w:r>
              <w:rPr>
                <w:sz w:val="17"/>
              </w:rPr>
              <w:t>계약형태</w:t>
            </w:r>
          </w:p>
        </w:tc>
        <w:tc>
          <w:tcPr>
            <w:tcW w:w="6480" w:type="dxa"/>
            <w:vAlign w:val="center"/>
          </w:tcPr>
          <w:p w14:paraId="2CC23B43" w14:textId="77777777" w:rsidR="005A0175" w:rsidRDefault="002F1498">
            <w:r>
              <w:rPr>
                <w:sz w:val="17"/>
              </w:rPr>
              <w:t>총액계약</w:t>
            </w:r>
          </w:p>
        </w:tc>
      </w:tr>
      <w:tr w:rsidR="005A0175" w14:paraId="7A3F7264" w14:textId="77777777">
        <w:trPr>
          <w:jc w:val="center"/>
        </w:trPr>
        <w:tc>
          <w:tcPr>
            <w:tcW w:w="2880" w:type="dxa"/>
            <w:vAlign w:val="center"/>
          </w:tcPr>
          <w:p w14:paraId="67AD98FC" w14:textId="77777777" w:rsidR="005A0175" w:rsidRDefault="002F1498">
            <w:r>
              <w:rPr>
                <w:sz w:val="17"/>
              </w:rPr>
              <w:lastRenderedPageBreak/>
              <w:t>기술·가격 평가</w:t>
            </w:r>
          </w:p>
        </w:tc>
        <w:tc>
          <w:tcPr>
            <w:tcW w:w="6480" w:type="dxa"/>
            <w:vAlign w:val="center"/>
          </w:tcPr>
          <w:p w14:paraId="09D2E247" w14:textId="308C4B1D" w:rsidR="005A0175" w:rsidRDefault="002F1498">
            <w:r>
              <w:rPr>
                <w:sz w:val="17"/>
              </w:rPr>
              <w:t xml:space="preserve">기술 </w:t>
            </w:r>
            <w:r w:rsidR="0024056F">
              <w:rPr>
                <w:rFonts w:hint="eastAsia"/>
                <w:sz w:val="17"/>
                <w:lang w:eastAsia="ko-KR"/>
              </w:rPr>
              <w:t>5</w:t>
            </w:r>
            <w:r>
              <w:rPr>
                <w:sz w:val="17"/>
              </w:rPr>
              <w:t xml:space="preserve">0점, 가격 </w:t>
            </w:r>
            <w:r w:rsidR="0024056F">
              <w:rPr>
                <w:rFonts w:hint="eastAsia"/>
                <w:sz w:val="17"/>
                <w:lang w:eastAsia="ko-KR"/>
              </w:rPr>
              <w:t>5</w:t>
            </w:r>
            <w:r>
              <w:rPr>
                <w:sz w:val="17"/>
              </w:rPr>
              <w:t>0점 권고</w:t>
            </w:r>
          </w:p>
        </w:tc>
      </w:tr>
      <w:tr w:rsidR="005A0175" w14:paraId="1342ECF0" w14:textId="77777777">
        <w:trPr>
          <w:jc w:val="center"/>
        </w:trPr>
        <w:tc>
          <w:tcPr>
            <w:tcW w:w="2880" w:type="dxa"/>
            <w:vAlign w:val="center"/>
          </w:tcPr>
          <w:p w14:paraId="6F1453CC" w14:textId="77777777" w:rsidR="005A0175" w:rsidRDefault="002F1498">
            <w:r>
              <w:rPr>
                <w:sz w:val="17"/>
              </w:rPr>
              <w:t>공동수급</w:t>
            </w:r>
          </w:p>
        </w:tc>
        <w:tc>
          <w:tcPr>
            <w:tcW w:w="6480" w:type="dxa"/>
            <w:vAlign w:val="center"/>
          </w:tcPr>
          <w:p w14:paraId="79DFA17B" w14:textId="77777777" w:rsidR="005A0175" w:rsidRDefault="002F1498">
            <w:r>
              <w:rPr>
                <w:sz w:val="17"/>
              </w:rPr>
              <w:t>공고 전 발주기관 결정</w:t>
            </w:r>
          </w:p>
        </w:tc>
      </w:tr>
      <w:tr w:rsidR="005A0175" w14:paraId="2B50FBC4" w14:textId="77777777">
        <w:trPr>
          <w:jc w:val="center"/>
        </w:trPr>
        <w:tc>
          <w:tcPr>
            <w:tcW w:w="2880" w:type="dxa"/>
            <w:vAlign w:val="center"/>
          </w:tcPr>
          <w:p w14:paraId="09887368" w14:textId="77777777" w:rsidR="005A0175" w:rsidRDefault="002F1498">
            <w:r>
              <w:rPr>
                <w:sz w:val="17"/>
              </w:rPr>
              <w:t>하도급</w:t>
            </w:r>
          </w:p>
        </w:tc>
        <w:tc>
          <w:tcPr>
            <w:tcW w:w="6480" w:type="dxa"/>
            <w:vAlign w:val="center"/>
          </w:tcPr>
          <w:p w14:paraId="52C00372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사전승인 원칙, 핵심개발·CSV 업무 재하도급 금지</w:t>
            </w:r>
          </w:p>
        </w:tc>
      </w:tr>
      <w:tr w:rsidR="005A0175" w14:paraId="617C467B" w14:textId="77777777">
        <w:trPr>
          <w:jc w:val="center"/>
        </w:trPr>
        <w:tc>
          <w:tcPr>
            <w:tcW w:w="2880" w:type="dxa"/>
            <w:vAlign w:val="center"/>
          </w:tcPr>
          <w:p w14:paraId="5CD74F64" w14:textId="77777777" w:rsidR="005A0175" w:rsidRDefault="002F1498">
            <w:r>
              <w:rPr>
                <w:sz w:val="17"/>
              </w:rPr>
              <w:t>제안서 평가</w:t>
            </w:r>
          </w:p>
        </w:tc>
        <w:tc>
          <w:tcPr>
            <w:tcW w:w="6480" w:type="dxa"/>
            <w:vAlign w:val="center"/>
          </w:tcPr>
          <w:p w14:paraId="4B0D8A37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서면평가 및 필요 시 발표평가·기술시연</w:t>
            </w:r>
          </w:p>
        </w:tc>
      </w:tr>
    </w:tbl>
    <w:p w14:paraId="2137E448" w14:textId="77777777" w:rsidR="005A0175" w:rsidRDefault="002F1498">
      <w:pPr>
        <w:spacing w:after="120" w:line="269" w:lineRule="auto"/>
        <w:rPr>
          <w:lang w:eastAsia="ko-KR"/>
        </w:rPr>
      </w:pPr>
      <w:r>
        <w:rPr>
          <w:lang w:eastAsia="ko-KR"/>
        </w:rPr>
        <w:t>기술·가격 배점 및 협상적격 기준은 발주기관의 계약규정과 지원사업 협약조건을 확인하여 최종 확정한다.</w:t>
      </w:r>
    </w:p>
    <w:p w14:paraId="783D5F1E" w14:textId="77777777" w:rsidR="005A0175" w:rsidRDefault="002F1498">
      <w:pPr>
        <w:pStyle w:val="1"/>
        <w:rPr>
          <w:lang w:eastAsia="ko-KR"/>
        </w:rPr>
      </w:pPr>
      <w:r>
        <w:rPr>
          <w:rFonts w:ascii="맑은 고딕" w:eastAsia="맑은 고딕" w:hAnsi="맑은 고딕"/>
          <w:color w:val="2E74B5"/>
          <w:sz w:val="32"/>
          <w:lang w:eastAsia="ko-KR"/>
        </w:rPr>
        <w:t>Ⅲ. 입찰참가자격</w:t>
      </w:r>
    </w:p>
    <w:p w14:paraId="6576EE3E" w14:textId="77777777" w:rsidR="005A0175" w:rsidRDefault="002F1498">
      <w:pPr>
        <w:pStyle w:val="21"/>
        <w:rPr>
          <w:lang w:eastAsia="ko-KR"/>
        </w:rPr>
      </w:pPr>
      <w:r>
        <w:rPr>
          <w:rFonts w:ascii="맑은 고딕" w:eastAsia="맑은 고딕" w:hAnsi="맑은 고딕"/>
          <w:color w:val="2E74B5"/>
          <w:lang w:eastAsia="ko-KR"/>
        </w:rPr>
        <w:t>1. 기본자격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008"/>
        <w:gridCol w:w="5472"/>
        <w:gridCol w:w="2880"/>
      </w:tblGrid>
      <w:tr w:rsidR="005A0175" w14:paraId="42AF2B8C" w14:textId="77777777">
        <w:trPr>
          <w:jc w:val="center"/>
        </w:trPr>
        <w:tc>
          <w:tcPr>
            <w:tcW w:w="1008" w:type="dxa"/>
            <w:shd w:val="clear" w:color="auto" w:fill="E8EEF5"/>
            <w:vAlign w:val="center"/>
          </w:tcPr>
          <w:p w14:paraId="1E9EB38A" w14:textId="77777777" w:rsidR="005A0175" w:rsidRDefault="002F1498">
            <w:r>
              <w:rPr>
                <w:b/>
                <w:color w:val="0B2545"/>
                <w:sz w:val="17"/>
              </w:rPr>
              <w:t>번호</w:t>
            </w:r>
          </w:p>
        </w:tc>
        <w:tc>
          <w:tcPr>
            <w:tcW w:w="5472" w:type="dxa"/>
            <w:shd w:val="clear" w:color="auto" w:fill="E8EEF5"/>
            <w:vAlign w:val="center"/>
          </w:tcPr>
          <w:p w14:paraId="495A8801" w14:textId="77777777" w:rsidR="005A0175" w:rsidRDefault="002F1498">
            <w:r>
              <w:rPr>
                <w:b/>
                <w:color w:val="0B2545"/>
                <w:sz w:val="17"/>
              </w:rPr>
              <w:t>자격요건</w:t>
            </w:r>
          </w:p>
        </w:tc>
        <w:tc>
          <w:tcPr>
            <w:tcW w:w="2880" w:type="dxa"/>
            <w:shd w:val="clear" w:color="auto" w:fill="E8EEF5"/>
            <w:vAlign w:val="center"/>
          </w:tcPr>
          <w:p w14:paraId="31206428" w14:textId="77777777" w:rsidR="005A0175" w:rsidRDefault="002F1498">
            <w:r>
              <w:rPr>
                <w:b/>
                <w:color w:val="0B2545"/>
                <w:sz w:val="17"/>
              </w:rPr>
              <w:t>제출 증빙</w:t>
            </w:r>
          </w:p>
        </w:tc>
      </w:tr>
      <w:tr w:rsidR="005A0175" w14:paraId="66A88032" w14:textId="77777777">
        <w:trPr>
          <w:jc w:val="center"/>
        </w:trPr>
        <w:tc>
          <w:tcPr>
            <w:tcW w:w="1008" w:type="dxa"/>
            <w:vAlign w:val="center"/>
          </w:tcPr>
          <w:p w14:paraId="55266B9B" w14:textId="77777777" w:rsidR="005A0175" w:rsidRDefault="002F1498">
            <w:r>
              <w:rPr>
                <w:sz w:val="17"/>
              </w:rPr>
              <w:t>QF-01</w:t>
            </w:r>
          </w:p>
        </w:tc>
        <w:tc>
          <w:tcPr>
            <w:tcW w:w="5472" w:type="dxa"/>
            <w:vAlign w:val="center"/>
          </w:tcPr>
          <w:p w14:paraId="3DFAF9AB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나라장터 경쟁입찰참가자격 등록업체</w:t>
            </w:r>
          </w:p>
        </w:tc>
        <w:tc>
          <w:tcPr>
            <w:tcW w:w="2880" w:type="dxa"/>
            <w:vAlign w:val="center"/>
          </w:tcPr>
          <w:p w14:paraId="6048DF39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경쟁입찰참가자격등록증</w:t>
            </w:r>
          </w:p>
        </w:tc>
      </w:tr>
      <w:tr w:rsidR="005A0175" w14:paraId="0DAEF479" w14:textId="77777777">
        <w:trPr>
          <w:jc w:val="center"/>
        </w:trPr>
        <w:tc>
          <w:tcPr>
            <w:tcW w:w="1008" w:type="dxa"/>
            <w:vAlign w:val="center"/>
          </w:tcPr>
          <w:p w14:paraId="694AECFB" w14:textId="77777777" w:rsidR="005A0175" w:rsidRDefault="002F1498">
            <w:r>
              <w:rPr>
                <w:sz w:val="17"/>
              </w:rPr>
              <w:t>QF-02</w:t>
            </w:r>
          </w:p>
        </w:tc>
        <w:tc>
          <w:tcPr>
            <w:tcW w:w="5472" w:type="dxa"/>
            <w:vAlign w:val="center"/>
          </w:tcPr>
          <w:p w14:paraId="7A724BD2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소프트웨어 개발 및 공급이 가능한 사업자</w:t>
            </w:r>
          </w:p>
        </w:tc>
        <w:tc>
          <w:tcPr>
            <w:tcW w:w="2880" w:type="dxa"/>
            <w:vAlign w:val="center"/>
          </w:tcPr>
          <w:p w14:paraId="0DD3B40C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사업자등록증, 소프트웨어사업자 관련 증빙</w:t>
            </w:r>
          </w:p>
        </w:tc>
      </w:tr>
      <w:tr w:rsidR="005A0175" w14:paraId="5F022E79" w14:textId="77777777">
        <w:trPr>
          <w:jc w:val="center"/>
        </w:trPr>
        <w:tc>
          <w:tcPr>
            <w:tcW w:w="1008" w:type="dxa"/>
            <w:vAlign w:val="center"/>
          </w:tcPr>
          <w:p w14:paraId="0BE57DB5" w14:textId="77777777" w:rsidR="005A0175" w:rsidRDefault="002F1498">
            <w:r>
              <w:rPr>
                <w:sz w:val="17"/>
              </w:rPr>
              <w:t>QF-03</w:t>
            </w:r>
          </w:p>
        </w:tc>
        <w:tc>
          <w:tcPr>
            <w:tcW w:w="5472" w:type="dxa"/>
            <w:vAlign w:val="center"/>
          </w:tcPr>
          <w:p w14:paraId="7E14419F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부정당업자 입찰참가자격 제한 상태가 아닐 것</w:t>
            </w:r>
          </w:p>
        </w:tc>
        <w:tc>
          <w:tcPr>
            <w:tcW w:w="2880" w:type="dxa"/>
            <w:vAlign w:val="center"/>
          </w:tcPr>
          <w:p w14:paraId="6A266BCB" w14:textId="77777777" w:rsidR="005A0175" w:rsidRDefault="002F1498">
            <w:r>
              <w:rPr>
                <w:sz w:val="17"/>
              </w:rPr>
              <w:t>확약서</w:t>
            </w:r>
          </w:p>
        </w:tc>
      </w:tr>
      <w:tr w:rsidR="005A0175" w14:paraId="667E73BC" w14:textId="77777777">
        <w:trPr>
          <w:jc w:val="center"/>
        </w:trPr>
        <w:tc>
          <w:tcPr>
            <w:tcW w:w="1008" w:type="dxa"/>
            <w:vAlign w:val="center"/>
          </w:tcPr>
          <w:p w14:paraId="71BDCF17" w14:textId="77777777" w:rsidR="005A0175" w:rsidRDefault="002F1498">
            <w:r>
              <w:rPr>
                <w:sz w:val="17"/>
              </w:rPr>
              <w:t>QF-04</w:t>
            </w:r>
          </w:p>
        </w:tc>
        <w:tc>
          <w:tcPr>
            <w:tcW w:w="5472" w:type="dxa"/>
            <w:vAlign w:val="center"/>
          </w:tcPr>
          <w:p w14:paraId="19BE9E38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계약기간 내 전담인력을 투입할 수 있을 것</w:t>
            </w:r>
          </w:p>
        </w:tc>
        <w:tc>
          <w:tcPr>
            <w:tcW w:w="2880" w:type="dxa"/>
            <w:vAlign w:val="center"/>
          </w:tcPr>
          <w:p w14:paraId="40C87D5F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참여인력 재직·경력증명</w:t>
            </w:r>
          </w:p>
        </w:tc>
      </w:tr>
    </w:tbl>
    <w:p w14:paraId="393F70D4" w14:textId="77777777" w:rsidR="005A0175" w:rsidRDefault="005A0175">
      <w:pPr>
        <w:rPr>
          <w:lang w:eastAsia="ko-KR"/>
        </w:rPr>
      </w:pPr>
    </w:p>
    <w:p w14:paraId="51D84018" w14:textId="77777777" w:rsidR="005A0175" w:rsidRDefault="002F1498">
      <w:pPr>
        <w:pStyle w:val="21"/>
        <w:rPr>
          <w:lang w:eastAsia="ko-KR"/>
        </w:rPr>
      </w:pPr>
      <w:r>
        <w:rPr>
          <w:rFonts w:ascii="맑은 고딕" w:eastAsia="맑은 고딕" w:hAnsi="맑은 고딕"/>
          <w:color w:val="2E74B5"/>
          <w:lang w:eastAsia="ko-KR"/>
        </w:rPr>
        <w:t>2. CSV 수행실적</w:t>
      </w:r>
    </w:p>
    <w:p w14:paraId="701FB2B4" w14:textId="77777777" w:rsidR="005A0175" w:rsidRDefault="002F1498">
      <w:pPr>
        <w:spacing w:after="120" w:line="269" w:lineRule="auto"/>
        <w:rPr>
          <w:lang w:eastAsia="ko-KR"/>
        </w:rPr>
      </w:pPr>
      <w:r>
        <w:rPr>
          <w:lang w:eastAsia="ko-KR"/>
        </w:rPr>
        <w:t>입찰자는 입찰공고일 기준 최근 3년 이내에 제약·식품·바이오·의료·물류·MES·WMS·ERP·DMS 등 전산시스템을 대상으로 한 CSV 또는 이에 준하는 전산시스템 밸리데이션 완료실적 1건 이상을 보유하여야 한다.</w:t>
      </w:r>
    </w:p>
    <w:p w14:paraId="25C925EF" w14:textId="112A6BD5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실적증명: 실적증명서, 계약서 및 세금계산서, 검수확인서, 산출물 목차·표지, 수행범위 확인서 제출</w:t>
      </w:r>
    </w:p>
    <w:p w14:paraId="30C110CD" w14:textId="77777777" w:rsidR="005A0175" w:rsidRDefault="002F1498">
      <w:pPr>
        <w:pStyle w:val="21"/>
        <w:rPr>
          <w:lang w:eastAsia="ko-KR"/>
        </w:rPr>
      </w:pPr>
      <w:r>
        <w:rPr>
          <w:rFonts w:ascii="맑은 고딕" w:eastAsia="맑은 고딕" w:hAnsi="맑은 고딕"/>
          <w:color w:val="2E74B5"/>
          <w:lang w:eastAsia="ko-KR"/>
        </w:rPr>
        <w:t>3. GMP·HACCP 문서관리 역량</w:t>
      </w:r>
    </w:p>
    <w:p w14:paraId="79AE4D2E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문서번호, 문서분류, 제·개정 및 버전관리, 작성·검토·승인 워크플로를 지원한다.</w:t>
      </w:r>
    </w:p>
    <w:p w14:paraId="2ED3CD35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시행일·폐기일·유효상태, 배포 및 열람이력, 사용자·역할별 접근통제, 변경이력과 감사추적을 관리한다.</w:t>
      </w:r>
    </w:p>
    <w:p w14:paraId="0E742886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첨부파일 및 원본문서 관리, 백업·복구, CSV 산출물 간 연결 및 추적성 관리를 지원한다.</w:t>
      </w:r>
    </w:p>
    <w:p w14:paraId="19434DFC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증빙은 화면자료·납품실적·사용확인서·저작권 또는 소유권 증빙 중 하나 이상으로 제출한다.</w:t>
      </w:r>
    </w:p>
    <w:p w14:paraId="461383F4" w14:textId="77777777" w:rsidR="005A0175" w:rsidRDefault="002F1498">
      <w:pPr>
        <w:pStyle w:val="21"/>
        <w:rPr>
          <w:lang w:eastAsia="ko-KR"/>
        </w:rPr>
      </w:pPr>
      <w:r>
        <w:rPr>
          <w:rFonts w:ascii="맑은 고딕" w:eastAsia="맑은 고딕" w:hAnsi="맑은 고딕"/>
          <w:color w:val="2E74B5"/>
          <w:lang w:eastAsia="ko-KR"/>
        </w:rPr>
        <w:t>4. 참가자격 구성 시 유의사항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3168"/>
        <w:gridCol w:w="6192"/>
      </w:tblGrid>
      <w:tr w:rsidR="005A0175" w14:paraId="6E5071BA" w14:textId="77777777">
        <w:trPr>
          <w:jc w:val="center"/>
        </w:trPr>
        <w:tc>
          <w:tcPr>
            <w:tcW w:w="3168" w:type="dxa"/>
            <w:shd w:val="clear" w:color="auto" w:fill="E8EEF5"/>
            <w:vAlign w:val="center"/>
          </w:tcPr>
          <w:p w14:paraId="75BA0573" w14:textId="77777777" w:rsidR="005A0175" w:rsidRDefault="002F1498">
            <w:r>
              <w:rPr>
                <w:b/>
                <w:color w:val="0B2545"/>
                <w:sz w:val="17"/>
              </w:rPr>
              <w:t>구분</w:t>
            </w:r>
          </w:p>
        </w:tc>
        <w:tc>
          <w:tcPr>
            <w:tcW w:w="6192" w:type="dxa"/>
            <w:shd w:val="clear" w:color="auto" w:fill="E8EEF5"/>
            <w:vAlign w:val="center"/>
          </w:tcPr>
          <w:p w14:paraId="7C6FF67F" w14:textId="77777777" w:rsidR="005A0175" w:rsidRDefault="002F1498">
            <w:r>
              <w:rPr>
                <w:b/>
                <w:color w:val="0B2545"/>
                <w:sz w:val="17"/>
              </w:rPr>
              <w:t>권고</w:t>
            </w:r>
          </w:p>
        </w:tc>
      </w:tr>
      <w:tr w:rsidR="005A0175" w14:paraId="1F011BE2" w14:textId="77777777">
        <w:trPr>
          <w:jc w:val="center"/>
        </w:trPr>
        <w:tc>
          <w:tcPr>
            <w:tcW w:w="3168" w:type="dxa"/>
            <w:vAlign w:val="center"/>
          </w:tcPr>
          <w:p w14:paraId="1F27D5B2" w14:textId="3AAD9523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 xml:space="preserve">최근 3년 </w:t>
            </w:r>
            <w:r w:rsidR="0024056F" w:rsidRPr="0024056F">
              <w:rPr>
                <w:sz w:val="18"/>
                <w:szCs w:val="18"/>
                <w:lang w:eastAsia="ko-KR"/>
              </w:rPr>
              <w:t>CSV 또는 이에 준하는 전산시스템 밸리데이션</w:t>
            </w:r>
            <w:r w:rsidR="00384D92">
              <w:rPr>
                <w:rFonts w:hint="eastAsia"/>
                <w:sz w:val="18"/>
                <w:szCs w:val="18"/>
                <w:lang w:eastAsia="ko-KR"/>
              </w:rPr>
              <w:t xml:space="preserve"> 실적</w:t>
            </w:r>
            <w:r w:rsidR="00987ABE">
              <w:rPr>
                <w:rFonts w:hint="eastAsia"/>
                <w:sz w:val="18"/>
                <w:szCs w:val="18"/>
                <w:lang w:eastAsia="ko-KR"/>
              </w:rPr>
              <w:t>증빙</w:t>
            </w:r>
          </w:p>
        </w:tc>
        <w:tc>
          <w:tcPr>
            <w:tcW w:w="6192" w:type="dxa"/>
            <w:vAlign w:val="center"/>
          </w:tcPr>
          <w:p w14:paraId="563DE182" w14:textId="77777777" w:rsidR="005A0175" w:rsidRDefault="002F1498">
            <w:r>
              <w:rPr>
                <w:sz w:val="17"/>
              </w:rPr>
              <w:t>입찰참가 필수</w:t>
            </w:r>
          </w:p>
        </w:tc>
      </w:tr>
      <w:tr w:rsidR="005A0175" w14:paraId="275FE87F" w14:textId="77777777">
        <w:trPr>
          <w:jc w:val="center"/>
        </w:trPr>
        <w:tc>
          <w:tcPr>
            <w:tcW w:w="3168" w:type="dxa"/>
            <w:vAlign w:val="center"/>
          </w:tcPr>
          <w:p w14:paraId="089776E9" w14:textId="6164FC5B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GMP/HACCP 문서관리 솔루션</w:t>
            </w:r>
            <w:r w:rsidR="00B31C90">
              <w:rPr>
                <w:rFonts w:hint="eastAsia"/>
                <w:sz w:val="17"/>
                <w:lang w:eastAsia="ko-KR"/>
              </w:rPr>
              <w:t xml:space="preserve"> 보유증빙</w:t>
            </w:r>
          </w:p>
        </w:tc>
        <w:tc>
          <w:tcPr>
            <w:tcW w:w="6192" w:type="dxa"/>
            <w:vAlign w:val="center"/>
          </w:tcPr>
          <w:p w14:paraId="35B978E6" w14:textId="641A9388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 xml:space="preserve">입찰참가 필수 </w:t>
            </w:r>
            <w:r w:rsidR="00384D92">
              <w:rPr>
                <w:rFonts w:hint="eastAsia"/>
                <w:sz w:val="17"/>
                <w:lang w:eastAsia="ko-KR"/>
              </w:rPr>
              <w:t>및</w:t>
            </w:r>
            <w:r>
              <w:rPr>
                <w:sz w:val="17"/>
                <w:lang w:eastAsia="ko-KR"/>
              </w:rPr>
              <w:t xml:space="preserve"> 기술평가 정량항목</w:t>
            </w:r>
          </w:p>
        </w:tc>
      </w:tr>
      <w:tr w:rsidR="005A0175" w14:paraId="7C0EF023" w14:textId="77777777">
        <w:trPr>
          <w:jc w:val="center"/>
        </w:trPr>
        <w:tc>
          <w:tcPr>
            <w:tcW w:w="3168" w:type="dxa"/>
            <w:vAlign w:val="center"/>
          </w:tcPr>
          <w:p w14:paraId="25671AEB" w14:textId="3B040B8B" w:rsidR="005A0175" w:rsidRDefault="002F1498">
            <w:r>
              <w:rPr>
                <w:sz w:val="17"/>
              </w:rPr>
              <w:t>C#/Blazor·Delphi</w:t>
            </w:r>
            <w:r w:rsidR="00B31C90">
              <w:rPr>
                <w:rFonts w:hint="eastAsia"/>
                <w:sz w:val="17"/>
                <w:lang w:eastAsia="ko-KR"/>
              </w:rPr>
              <w:t xml:space="preserve"> 개발</w:t>
            </w:r>
            <w:r>
              <w:rPr>
                <w:sz w:val="17"/>
              </w:rPr>
              <w:t xml:space="preserve"> 역량</w:t>
            </w:r>
            <w:r w:rsidR="00B31C90">
              <w:rPr>
                <w:rFonts w:hint="eastAsia"/>
                <w:sz w:val="17"/>
                <w:lang w:eastAsia="ko-KR"/>
              </w:rPr>
              <w:t>증빙</w:t>
            </w:r>
          </w:p>
        </w:tc>
        <w:tc>
          <w:tcPr>
            <w:tcW w:w="6192" w:type="dxa"/>
            <w:vAlign w:val="center"/>
          </w:tcPr>
          <w:p w14:paraId="7F80677C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규격 적합성 및 기술평가 항목</w:t>
            </w:r>
          </w:p>
        </w:tc>
      </w:tr>
      <w:tr w:rsidR="005A0175" w14:paraId="6A55C120" w14:textId="77777777">
        <w:trPr>
          <w:jc w:val="center"/>
        </w:trPr>
        <w:tc>
          <w:tcPr>
            <w:tcW w:w="3168" w:type="dxa"/>
            <w:vAlign w:val="center"/>
          </w:tcPr>
          <w:p w14:paraId="641F64BA" w14:textId="77777777" w:rsidR="005A0175" w:rsidRDefault="002F1498">
            <w:r>
              <w:rPr>
                <w:sz w:val="17"/>
              </w:rPr>
              <w:t>구체적인 개발스택</w:t>
            </w:r>
          </w:p>
        </w:tc>
        <w:tc>
          <w:tcPr>
            <w:tcW w:w="6192" w:type="dxa"/>
            <w:vAlign w:val="center"/>
          </w:tcPr>
          <w:p w14:paraId="236810B5" w14:textId="77777777" w:rsidR="005A0175" w:rsidRDefault="002F1498">
            <w:r>
              <w:rPr>
                <w:sz w:val="17"/>
              </w:rPr>
              <w:t>계약상 필수 이행조건</w:t>
            </w:r>
          </w:p>
        </w:tc>
      </w:tr>
    </w:tbl>
    <w:p w14:paraId="76DECC80" w14:textId="77777777" w:rsidR="005A0175" w:rsidRDefault="005A0175"/>
    <w:p w14:paraId="5C584F92" w14:textId="77777777" w:rsidR="005A0175" w:rsidRDefault="002F1498">
      <w:pPr>
        <w:pStyle w:val="1"/>
      </w:pPr>
      <w:r>
        <w:rPr>
          <w:rFonts w:ascii="맑은 고딕" w:eastAsia="맑은 고딕" w:hAnsi="맑은 고딕"/>
          <w:color w:val="2E74B5"/>
          <w:sz w:val="32"/>
        </w:rPr>
        <w:t>Ⅳ. 사업범위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2304"/>
        <w:gridCol w:w="7056"/>
      </w:tblGrid>
      <w:tr w:rsidR="005A0175" w14:paraId="76FFAE4B" w14:textId="77777777">
        <w:trPr>
          <w:jc w:val="center"/>
        </w:trPr>
        <w:tc>
          <w:tcPr>
            <w:tcW w:w="2304" w:type="dxa"/>
            <w:shd w:val="clear" w:color="auto" w:fill="E8EEF5"/>
            <w:vAlign w:val="center"/>
          </w:tcPr>
          <w:p w14:paraId="42F184A8" w14:textId="77777777" w:rsidR="005A0175" w:rsidRDefault="002F1498">
            <w:r>
              <w:rPr>
                <w:b/>
                <w:color w:val="0B2545"/>
                <w:sz w:val="17"/>
              </w:rPr>
              <w:t>구분</w:t>
            </w:r>
          </w:p>
        </w:tc>
        <w:tc>
          <w:tcPr>
            <w:tcW w:w="7056" w:type="dxa"/>
            <w:shd w:val="clear" w:color="auto" w:fill="E8EEF5"/>
            <w:vAlign w:val="center"/>
          </w:tcPr>
          <w:p w14:paraId="467AFB18" w14:textId="77777777" w:rsidR="005A0175" w:rsidRDefault="002F1498">
            <w:r>
              <w:rPr>
                <w:b/>
                <w:color w:val="0B2545"/>
                <w:sz w:val="17"/>
              </w:rPr>
              <w:t>주요 구축내용</w:t>
            </w:r>
          </w:p>
        </w:tc>
      </w:tr>
      <w:tr w:rsidR="005A0175" w14:paraId="6CED5DDC" w14:textId="77777777">
        <w:trPr>
          <w:jc w:val="center"/>
        </w:trPr>
        <w:tc>
          <w:tcPr>
            <w:tcW w:w="2304" w:type="dxa"/>
            <w:vAlign w:val="center"/>
          </w:tcPr>
          <w:p w14:paraId="49CE66A3" w14:textId="77777777" w:rsidR="005A0175" w:rsidRDefault="002F1498">
            <w:r>
              <w:rPr>
                <w:sz w:val="17"/>
              </w:rPr>
              <w:t>통합 WMS</w:t>
            </w:r>
          </w:p>
        </w:tc>
        <w:tc>
          <w:tcPr>
            <w:tcW w:w="7056" w:type="dxa"/>
            <w:vAlign w:val="center"/>
          </w:tcPr>
          <w:p w14:paraId="0E444A91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입고, 적치, 재고, 주문, 피킹, 포장, 출고, 운송, 정산, 기준정보</w:t>
            </w:r>
          </w:p>
        </w:tc>
      </w:tr>
      <w:tr w:rsidR="005A0175" w14:paraId="1D237957" w14:textId="77777777">
        <w:trPr>
          <w:jc w:val="center"/>
        </w:trPr>
        <w:tc>
          <w:tcPr>
            <w:tcW w:w="2304" w:type="dxa"/>
            <w:vAlign w:val="center"/>
          </w:tcPr>
          <w:p w14:paraId="6936C22C" w14:textId="77777777" w:rsidR="005A0175" w:rsidRDefault="002F1498">
            <w:r>
              <w:rPr>
                <w:sz w:val="17"/>
              </w:rPr>
              <w:t>화주 포털</w:t>
            </w:r>
          </w:p>
        </w:tc>
        <w:tc>
          <w:tcPr>
            <w:tcW w:w="7056" w:type="dxa"/>
            <w:vAlign w:val="center"/>
          </w:tcPr>
          <w:p w14:paraId="74C3F88F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입고등록, 재고조회, 출고요청, 배송조회, 정산서 확인</w:t>
            </w:r>
          </w:p>
        </w:tc>
      </w:tr>
      <w:tr w:rsidR="005A0175" w14:paraId="5AD8BFD6" w14:textId="77777777">
        <w:trPr>
          <w:jc w:val="center"/>
        </w:trPr>
        <w:tc>
          <w:tcPr>
            <w:tcW w:w="2304" w:type="dxa"/>
            <w:vAlign w:val="center"/>
          </w:tcPr>
          <w:p w14:paraId="74F2CDF4" w14:textId="77777777" w:rsidR="005A0175" w:rsidRDefault="002F1498">
            <w:r>
              <w:rPr>
                <w:sz w:val="17"/>
              </w:rPr>
              <w:t>PDA/Mobile</w:t>
            </w:r>
          </w:p>
        </w:tc>
        <w:tc>
          <w:tcPr>
            <w:tcW w:w="7056" w:type="dxa"/>
            <w:vAlign w:val="center"/>
          </w:tcPr>
          <w:p w14:paraId="21D3F132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입고검수, 적치, 재고조사, 피킹, 포장, 출고, POD</w:t>
            </w:r>
          </w:p>
        </w:tc>
      </w:tr>
      <w:tr w:rsidR="005A0175" w14:paraId="774A180B" w14:textId="77777777">
        <w:trPr>
          <w:jc w:val="center"/>
        </w:trPr>
        <w:tc>
          <w:tcPr>
            <w:tcW w:w="2304" w:type="dxa"/>
            <w:vAlign w:val="center"/>
          </w:tcPr>
          <w:p w14:paraId="4844692E" w14:textId="77777777" w:rsidR="005A0175" w:rsidRDefault="002F1498">
            <w:r>
              <w:rPr>
                <w:sz w:val="17"/>
              </w:rPr>
              <w:t>AI 서비스</w:t>
            </w:r>
          </w:p>
        </w:tc>
        <w:tc>
          <w:tcPr>
            <w:tcW w:w="7056" w:type="dxa"/>
            <w:vAlign w:val="center"/>
          </w:tcPr>
          <w:p w14:paraId="0383EDE5" w14:textId="125753ED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적치추천, 피킹경로 최적화, 물동량·재고예측, 오류·지연 분석</w:t>
            </w:r>
            <w:r w:rsidR="0024056F">
              <w:rPr>
                <w:rFonts w:hint="eastAsia"/>
                <w:sz w:val="17"/>
                <w:lang w:eastAsia="ko-KR"/>
              </w:rPr>
              <w:t xml:space="preserve"> 기능제공</w:t>
            </w:r>
          </w:p>
        </w:tc>
      </w:tr>
      <w:tr w:rsidR="005A0175" w14:paraId="1265C8AE" w14:textId="77777777">
        <w:trPr>
          <w:jc w:val="center"/>
        </w:trPr>
        <w:tc>
          <w:tcPr>
            <w:tcW w:w="2304" w:type="dxa"/>
            <w:vAlign w:val="center"/>
          </w:tcPr>
          <w:p w14:paraId="7089647D" w14:textId="77777777" w:rsidR="005A0175" w:rsidRDefault="002F1498">
            <w:r>
              <w:rPr>
                <w:sz w:val="17"/>
              </w:rPr>
              <w:t>자연어 조회</w:t>
            </w:r>
          </w:p>
        </w:tc>
        <w:tc>
          <w:tcPr>
            <w:tcW w:w="7056" w:type="dxa"/>
            <w:vAlign w:val="center"/>
          </w:tcPr>
          <w:p w14:paraId="61E11169" w14:textId="77777777" w:rsidR="005A0175" w:rsidRDefault="002F1498">
            <w:r>
              <w:rPr>
                <w:sz w:val="17"/>
              </w:rPr>
              <w:t>Local LLM 또는 동등한 내부망형 Text-to-SQL</w:t>
            </w:r>
          </w:p>
        </w:tc>
      </w:tr>
      <w:tr w:rsidR="005A0175" w14:paraId="32DAB9EF" w14:textId="77777777">
        <w:trPr>
          <w:jc w:val="center"/>
        </w:trPr>
        <w:tc>
          <w:tcPr>
            <w:tcW w:w="2304" w:type="dxa"/>
            <w:vAlign w:val="center"/>
          </w:tcPr>
          <w:p w14:paraId="65D08563" w14:textId="77777777" w:rsidR="005A0175" w:rsidRDefault="002F1498">
            <w:r>
              <w:rPr>
                <w:sz w:val="17"/>
              </w:rPr>
              <w:t>CSV/DMS</w:t>
            </w:r>
          </w:p>
        </w:tc>
        <w:tc>
          <w:tcPr>
            <w:tcW w:w="7056" w:type="dxa"/>
            <w:vAlign w:val="center"/>
          </w:tcPr>
          <w:p w14:paraId="0B9A206D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CSV 절차서·계획서·시험서·보고서와 GMP/HACCP 문서관리</w:t>
            </w:r>
          </w:p>
        </w:tc>
      </w:tr>
      <w:tr w:rsidR="005A0175" w14:paraId="4D44DE98" w14:textId="77777777">
        <w:trPr>
          <w:jc w:val="center"/>
        </w:trPr>
        <w:tc>
          <w:tcPr>
            <w:tcW w:w="2304" w:type="dxa"/>
            <w:vAlign w:val="center"/>
          </w:tcPr>
          <w:p w14:paraId="0C1BD27B" w14:textId="77777777" w:rsidR="005A0175" w:rsidRDefault="002F1498">
            <w:r>
              <w:rPr>
                <w:sz w:val="17"/>
              </w:rPr>
              <w:t>인터페이스</w:t>
            </w:r>
          </w:p>
        </w:tc>
        <w:tc>
          <w:tcPr>
            <w:tcW w:w="7056" w:type="dxa"/>
            <w:vAlign w:val="center"/>
          </w:tcPr>
          <w:p w14:paraId="22666531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WMS·포털·PDA·AI·라벨프린터·외부시스템 REST API</w:t>
            </w:r>
          </w:p>
        </w:tc>
      </w:tr>
      <w:tr w:rsidR="005A0175" w14:paraId="74A8DDDA" w14:textId="77777777">
        <w:trPr>
          <w:jc w:val="center"/>
        </w:trPr>
        <w:tc>
          <w:tcPr>
            <w:tcW w:w="2304" w:type="dxa"/>
            <w:vAlign w:val="center"/>
          </w:tcPr>
          <w:p w14:paraId="661C463B" w14:textId="77777777" w:rsidR="005A0175" w:rsidRDefault="002F1498">
            <w:r>
              <w:rPr>
                <w:sz w:val="17"/>
              </w:rPr>
              <w:t>H/W</w:t>
            </w:r>
          </w:p>
        </w:tc>
        <w:tc>
          <w:tcPr>
            <w:tcW w:w="7056" w:type="dxa"/>
            <w:vAlign w:val="center"/>
          </w:tcPr>
          <w:p w14:paraId="65BF3D8B" w14:textId="720D887C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 xml:space="preserve">산업용 PDA 2대, 라벨프린터 2대 </w:t>
            </w:r>
            <w:r w:rsidR="0024056F">
              <w:rPr>
                <w:rFonts w:hint="eastAsia"/>
                <w:sz w:val="17"/>
                <w:lang w:eastAsia="ko-KR"/>
              </w:rPr>
              <w:t>이상</w:t>
            </w:r>
            <w:r>
              <w:rPr>
                <w:sz w:val="17"/>
                <w:lang w:eastAsia="ko-KR"/>
              </w:rPr>
              <w:t xml:space="preserve"> 최종 확정수량</w:t>
            </w:r>
          </w:p>
        </w:tc>
      </w:tr>
      <w:tr w:rsidR="005A0175" w14:paraId="2888C1CB" w14:textId="77777777">
        <w:trPr>
          <w:jc w:val="center"/>
        </w:trPr>
        <w:tc>
          <w:tcPr>
            <w:tcW w:w="2304" w:type="dxa"/>
            <w:vAlign w:val="center"/>
          </w:tcPr>
          <w:p w14:paraId="0D53E4AB" w14:textId="77777777" w:rsidR="005A0175" w:rsidRDefault="002F1498">
            <w:r>
              <w:rPr>
                <w:sz w:val="17"/>
              </w:rPr>
              <w:t>인프라</w:t>
            </w:r>
          </w:p>
        </w:tc>
        <w:tc>
          <w:tcPr>
            <w:tcW w:w="7056" w:type="dxa"/>
            <w:vAlign w:val="center"/>
          </w:tcPr>
          <w:p w14:paraId="667819F5" w14:textId="77777777" w:rsidR="005A0175" w:rsidRDefault="002F1498">
            <w:r>
              <w:rPr>
                <w:sz w:val="17"/>
              </w:rPr>
              <w:t>Windows Server, Microsoft SQL Server, 백업, 보안, 모니터링</w:t>
            </w:r>
          </w:p>
        </w:tc>
      </w:tr>
      <w:tr w:rsidR="005A0175" w14:paraId="01A21474" w14:textId="77777777">
        <w:trPr>
          <w:jc w:val="center"/>
        </w:trPr>
        <w:tc>
          <w:tcPr>
            <w:tcW w:w="2304" w:type="dxa"/>
            <w:vAlign w:val="center"/>
          </w:tcPr>
          <w:p w14:paraId="217F50E7" w14:textId="77777777" w:rsidR="005A0175" w:rsidRDefault="002F1498">
            <w:r>
              <w:rPr>
                <w:sz w:val="17"/>
              </w:rPr>
              <w:t>인증지원</w:t>
            </w:r>
          </w:p>
        </w:tc>
        <w:tc>
          <w:tcPr>
            <w:tcW w:w="7056" w:type="dxa"/>
            <w:vAlign w:val="center"/>
          </w:tcPr>
          <w:p w14:paraId="2C4F84B0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스마트물류센터 인증 증빙 데이터 및 산출자료 지원</w:t>
            </w:r>
          </w:p>
        </w:tc>
      </w:tr>
    </w:tbl>
    <w:p w14:paraId="41F768AD" w14:textId="77777777" w:rsidR="005A0175" w:rsidRDefault="005A0175">
      <w:pPr>
        <w:rPr>
          <w:lang w:eastAsia="ko-KR"/>
        </w:rPr>
      </w:pPr>
    </w:p>
    <w:p w14:paraId="4B779A14" w14:textId="77777777" w:rsidR="005A0175" w:rsidRDefault="002F1498">
      <w:pPr>
        <w:pStyle w:val="1"/>
        <w:rPr>
          <w:lang w:eastAsia="ko-KR"/>
        </w:rPr>
      </w:pPr>
      <w:r>
        <w:rPr>
          <w:rFonts w:ascii="맑은 고딕" w:eastAsia="맑은 고딕" w:hAnsi="맑은 고딕"/>
          <w:color w:val="2E74B5"/>
          <w:sz w:val="32"/>
          <w:lang w:eastAsia="ko-KR"/>
        </w:rPr>
        <w:t>Ⅴ. 기술구조 및 개발환경 필수요건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2448"/>
        <w:gridCol w:w="6912"/>
      </w:tblGrid>
      <w:tr w:rsidR="005A0175" w14:paraId="6F716D21" w14:textId="77777777">
        <w:trPr>
          <w:jc w:val="center"/>
        </w:trPr>
        <w:tc>
          <w:tcPr>
            <w:tcW w:w="2448" w:type="dxa"/>
            <w:shd w:val="clear" w:color="auto" w:fill="E8EEF5"/>
            <w:vAlign w:val="center"/>
          </w:tcPr>
          <w:p w14:paraId="465EBF6A" w14:textId="77777777" w:rsidR="005A0175" w:rsidRDefault="002F1498">
            <w:r>
              <w:rPr>
                <w:b/>
                <w:color w:val="0B2545"/>
                <w:sz w:val="17"/>
              </w:rPr>
              <w:t>구분</w:t>
            </w:r>
          </w:p>
        </w:tc>
        <w:tc>
          <w:tcPr>
            <w:tcW w:w="6912" w:type="dxa"/>
            <w:shd w:val="clear" w:color="auto" w:fill="E8EEF5"/>
            <w:vAlign w:val="center"/>
          </w:tcPr>
          <w:p w14:paraId="3BE230A8" w14:textId="77777777" w:rsidR="005A0175" w:rsidRDefault="002F1498">
            <w:r>
              <w:rPr>
                <w:b/>
                <w:color w:val="0B2545"/>
                <w:sz w:val="17"/>
              </w:rPr>
              <w:t>필수 기술요건</w:t>
            </w:r>
          </w:p>
        </w:tc>
      </w:tr>
      <w:tr w:rsidR="005A0175" w14:paraId="694F0BAB" w14:textId="77777777">
        <w:trPr>
          <w:jc w:val="center"/>
        </w:trPr>
        <w:tc>
          <w:tcPr>
            <w:tcW w:w="2448" w:type="dxa"/>
            <w:vAlign w:val="center"/>
          </w:tcPr>
          <w:p w14:paraId="6D746B7E" w14:textId="77777777" w:rsidR="005A0175" w:rsidRDefault="002F1498">
            <w:r>
              <w:rPr>
                <w:sz w:val="17"/>
              </w:rPr>
              <w:t>웹 프론트엔드</w:t>
            </w:r>
          </w:p>
        </w:tc>
        <w:tc>
          <w:tcPr>
            <w:tcW w:w="6912" w:type="dxa"/>
            <w:vAlign w:val="center"/>
          </w:tcPr>
          <w:p w14:paraId="264CBF2E" w14:textId="77777777" w:rsidR="005A0175" w:rsidRDefault="002F1498">
            <w:r>
              <w:rPr>
                <w:sz w:val="17"/>
              </w:rPr>
              <w:t>C# 기반 ASP.NET Blazor</w:t>
            </w:r>
          </w:p>
        </w:tc>
      </w:tr>
      <w:tr w:rsidR="005A0175" w14:paraId="371A9026" w14:textId="77777777">
        <w:trPr>
          <w:jc w:val="center"/>
        </w:trPr>
        <w:tc>
          <w:tcPr>
            <w:tcW w:w="2448" w:type="dxa"/>
            <w:vAlign w:val="center"/>
          </w:tcPr>
          <w:p w14:paraId="187F95A9" w14:textId="77777777" w:rsidR="005A0175" w:rsidRDefault="002F1498">
            <w:r>
              <w:rPr>
                <w:sz w:val="17"/>
              </w:rPr>
              <w:t>웹 백엔드</w:t>
            </w:r>
          </w:p>
        </w:tc>
        <w:tc>
          <w:tcPr>
            <w:tcW w:w="6912" w:type="dxa"/>
            <w:vAlign w:val="center"/>
          </w:tcPr>
          <w:p w14:paraId="719D3581" w14:textId="77777777" w:rsidR="005A0175" w:rsidRDefault="002F1498">
            <w:r>
              <w:rPr>
                <w:sz w:val="17"/>
              </w:rPr>
              <w:t>C# 및 .NET 기반</w:t>
            </w:r>
          </w:p>
        </w:tc>
      </w:tr>
      <w:tr w:rsidR="005A0175" w14:paraId="2665B1EA" w14:textId="77777777">
        <w:trPr>
          <w:jc w:val="center"/>
        </w:trPr>
        <w:tc>
          <w:tcPr>
            <w:tcW w:w="2448" w:type="dxa"/>
            <w:vAlign w:val="center"/>
          </w:tcPr>
          <w:p w14:paraId="1118C611" w14:textId="77777777" w:rsidR="005A0175" w:rsidRDefault="002F1498">
            <w:r>
              <w:rPr>
                <w:sz w:val="17"/>
              </w:rPr>
              <w:t>레거시 연계</w:t>
            </w:r>
          </w:p>
        </w:tc>
        <w:tc>
          <w:tcPr>
            <w:tcW w:w="6912" w:type="dxa"/>
            <w:vAlign w:val="center"/>
          </w:tcPr>
          <w:p w14:paraId="7E733FDB" w14:textId="01F2BF6F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필요한 경우</w:t>
            </w:r>
            <w:r w:rsidR="002A296E">
              <w:rPr>
                <w:rFonts w:hint="eastAsia"/>
                <w:sz w:val="17"/>
                <w:lang w:eastAsia="ko-KR"/>
              </w:rPr>
              <w:t xml:space="preserve"> Delphi,</w:t>
            </w:r>
            <w:r>
              <w:rPr>
                <w:sz w:val="17"/>
                <w:lang w:eastAsia="ko-KR"/>
              </w:rPr>
              <w:t xml:space="preserve"> VB.NET 사용 가능</w:t>
            </w:r>
          </w:p>
        </w:tc>
      </w:tr>
      <w:tr w:rsidR="005A0175" w14:paraId="1D0D9D99" w14:textId="77777777">
        <w:trPr>
          <w:jc w:val="center"/>
        </w:trPr>
        <w:tc>
          <w:tcPr>
            <w:tcW w:w="2448" w:type="dxa"/>
            <w:vAlign w:val="center"/>
          </w:tcPr>
          <w:p w14:paraId="26673381" w14:textId="77777777" w:rsidR="005A0175" w:rsidRDefault="002F1498">
            <w:r>
              <w:rPr>
                <w:sz w:val="17"/>
              </w:rPr>
              <w:t>관리도구</w:t>
            </w:r>
          </w:p>
        </w:tc>
        <w:tc>
          <w:tcPr>
            <w:tcW w:w="6912" w:type="dxa"/>
            <w:vAlign w:val="center"/>
          </w:tcPr>
          <w:p w14:paraId="602F9901" w14:textId="1911DA43" w:rsidR="005A0175" w:rsidRDefault="002F1498">
            <w:pPr>
              <w:rPr>
                <w:lang w:eastAsia="ko-KR"/>
              </w:rPr>
            </w:pPr>
            <w:r>
              <w:rPr>
                <w:sz w:val="17"/>
              </w:rPr>
              <w:t xml:space="preserve">Windows Forms 기반 Delphi </w:t>
            </w:r>
            <w:r w:rsidR="007565DC">
              <w:rPr>
                <w:rFonts w:hint="eastAsia"/>
                <w:sz w:val="17"/>
                <w:lang w:eastAsia="ko-KR"/>
              </w:rPr>
              <w:t xml:space="preserve"> </w:t>
            </w:r>
          </w:p>
        </w:tc>
      </w:tr>
      <w:tr w:rsidR="005A0175" w14:paraId="5F40DC53" w14:textId="77777777">
        <w:trPr>
          <w:jc w:val="center"/>
        </w:trPr>
        <w:tc>
          <w:tcPr>
            <w:tcW w:w="2448" w:type="dxa"/>
            <w:vAlign w:val="center"/>
          </w:tcPr>
          <w:p w14:paraId="2E63AF14" w14:textId="77777777" w:rsidR="005A0175" w:rsidRDefault="002F1498">
            <w:r>
              <w:rPr>
                <w:sz w:val="17"/>
              </w:rPr>
              <w:t>데이터베이스</w:t>
            </w:r>
          </w:p>
        </w:tc>
        <w:tc>
          <w:tcPr>
            <w:tcW w:w="6912" w:type="dxa"/>
            <w:vAlign w:val="center"/>
          </w:tcPr>
          <w:p w14:paraId="41406A75" w14:textId="77777777" w:rsidR="005A0175" w:rsidRDefault="002F1498">
            <w:r>
              <w:rPr>
                <w:sz w:val="17"/>
              </w:rPr>
              <w:t>Microsoft SQL Server</w:t>
            </w:r>
          </w:p>
        </w:tc>
      </w:tr>
      <w:tr w:rsidR="005A0175" w14:paraId="5878EB9F" w14:textId="77777777">
        <w:trPr>
          <w:jc w:val="center"/>
        </w:trPr>
        <w:tc>
          <w:tcPr>
            <w:tcW w:w="2448" w:type="dxa"/>
            <w:vAlign w:val="center"/>
          </w:tcPr>
          <w:p w14:paraId="5651437A" w14:textId="77777777" w:rsidR="005A0175" w:rsidRDefault="002F1498">
            <w:r>
              <w:rPr>
                <w:sz w:val="17"/>
              </w:rPr>
              <w:t>UI/CSS</w:t>
            </w:r>
          </w:p>
        </w:tc>
        <w:tc>
          <w:tcPr>
            <w:tcW w:w="6912" w:type="dxa"/>
            <w:vAlign w:val="center"/>
          </w:tcPr>
          <w:p w14:paraId="06968BAC" w14:textId="77777777" w:rsidR="005A0175" w:rsidRDefault="002F1498">
            <w:r>
              <w:rPr>
                <w:sz w:val="17"/>
              </w:rPr>
              <w:t>Bootstrap만 사용</w:t>
            </w:r>
          </w:p>
        </w:tc>
      </w:tr>
      <w:tr w:rsidR="005A0175" w14:paraId="02BC8451" w14:textId="77777777">
        <w:trPr>
          <w:jc w:val="center"/>
        </w:trPr>
        <w:tc>
          <w:tcPr>
            <w:tcW w:w="2448" w:type="dxa"/>
            <w:vAlign w:val="center"/>
          </w:tcPr>
          <w:p w14:paraId="31F41E0F" w14:textId="77777777" w:rsidR="005A0175" w:rsidRDefault="002F1498">
            <w:r>
              <w:rPr>
                <w:sz w:val="17"/>
              </w:rPr>
              <w:t>API</w:t>
            </w:r>
          </w:p>
        </w:tc>
        <w:tc>
          <w:tcPr>
            <w:tcW w:w="6912" w:type="dxa"/>
            <w:vAlign w:val="center"/>
          </w:tcPr>
          <w:p w14:paraId="7D32037B" w14:textId="77777777" w:rsidR="005A0175" w:rsidRDefault="002F1498">
            <w:r>
              <w:rPr>
                <w:sz w:val="17"/>
              </w:rPr>
              <w:t>REST API, JSON 기반</w:t>
            </w:r>
          </w:p>
        </w:tc>
      </w:tr>
      <w:tr w:rsidR="005A0175" w14:paraId="41D8878F" w14:textId="77777777">
        <w:trPr>
          <w:jc w:val="center"/>
        </w:trPr>
        <w:tc>
          <w:tcPr>
            <w:tcW w:w="2448" w:type="dxa"/>
            <w:vAlign w:val="center"/>
          </w:tcPr>
          <w:p w14:paraId="152CCA01" w14:textId="77777777" w:rsidR="005A0175" w:rsidRDefault="002F1498">
            <w:r>
              <w:rPr>
                <w:sz w:val="17"/>
              </w:rPr>
              <w:t>모바일</w:t>
            </w:r>
          </w:p>
        </w:tc>
        <w:tc>
          <w:tcPr>
            <w:tcW w:w="6912" w:type="dxa"/>
            <w:vAlign w:val="center"/>
          </w:tcPr>
          <w:p w14:paraId="724E5324" w14:textId="5CEEFD00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 xml:space="preserve">Android PDA에서 작동하는 </w:t>
            </w:r>
            <w:r w:rsidR="002A296E">
              <w:rPr>
                <w:rFonts w:hint="eastAsia"/>
                <w:sz w:val="17"/>
                <w:lang w:eastAsia="ko-KR"/>
              </w:rPr>
              <w:t>웹</w:t>
            </w:r>
            <w:r>
              <w:rPr>
                <w:sz w:val="17"/>
                <w:lang w:eastAsia="ko-KR"/>
              </w:rPr>
              <w:t>앱</w:t>
            </w:r>
          </w:p>
        </w:tc>
      </w:tr>
      <w:tr w:rsidR="005A0175" w14:paraId="7C907C3B" w14:textId="77777777">
        <w:trPr>
          <w:jc w:val="center"/>
        </w:trPr>
        <w:tc>
          <w:tcPr>
            <w:tcW w:w="2448" w:type="dxa"/>
            <w:vAlign w:val="center"/>
          </w:tcPr>
          <w:p w14:paraId="2AD55FFA" w14:textId="77777777" w:rsidR="005A0175" w:rsidRDefault="002F1498">
            <w:r>
              <w:rPr>
                <w:sz w:val="17"/>
              </w:rPr>
              <w:t>AI 운영모듈</w:t>
            </w:r>
          </w:p>
        </w:tc>
        <w:tc>
          <w:tcPr>
            <w:tcW w:w="6912" w:type="dxa"/>
            <w:vAlign w:val="center"/>
          </w:tcPr>
          <w:p w14:paraId="56CFCA4B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.NET 환경에서 실행 가능한 AI 추론·최적화 모듈</w:t>
            </w:r>
          </w:p>
        </w:tc>
      </w:tr>
      <w:tr w:rsidR="005A0175" w14:paraId="033FF18D" w14:textId="77777777">
        <w:trPr>
          <w:jc w:val="center"/>
        </w:trPr>
        <w:tc>
          <w:tcPr>
            <w:tcW w:w="2448" w:type="dxa"/>
            <w:vAlign w:val="center"/>
          </w:tcPr>
          <w:p w14:paraId="4DFACD3B" w14:textId="77777777" w:rsidR="005A0175" w:rsidRDefault="002F1498">
            <w:r>
              <w:rPr>
                <w:sz w:val="17"/>
              </w:rPr>
              <w:t>운영체제</w:t>
            </w:r>
          </w:p>
        </w:tc>
        <w:tc>
          <w:tcPr>
            <w:tcW w:w="6912" w:type="dxa"/>
            <w:vAlign w:val="center"/>
          </w:tcPr>
          <w:p w14:paraId="29A03C8F" w14:textId="77777777" w:rsidR="005A0175" w:rsidRDefault="002F1498">
            <w:r>
              <w:rPr>
                <w:sz w:val="17"/>
              </w:rPr>
              <w:t>Windows Server 계열</w:t>
            </w:r>
          </w:p>
        </w:tc>
      </w:tr>
      <w:tr w:rsidR="005A0175" w14:paraId="5A2658E2" w14:textId="77777777">
        <w:trPr>
          <w:jc w:val="center"/>
        </w:trPr>
        <w:tc>
          <w:tcPr>
            <w:tcW w:w="2448" w:type="dxa"/>
            <w:vAlign w:val="center"/>
          </w:tcPr>
          <w:p w14:paraId="47225928" w14:textId="77777777" w:rsidR="005A0175" w:rsidRDefault="002F1498">
            <w:r>
              <w:rPr>
                <w:sz w:val="17"/>
              </w:rPr>
              <w:t>소스관리</w:t>
            </w:r>
          </w:p>
        </w:tc>
        <w:tc>
          <w:tcPr>
            <w:tcW w:w="6912" w:type="dxa"/>
            <w:vAlign w:val="center"/>
          </w:tcPr>
          <w:p w14:paraId="0BC33073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Git 기반 또는 발주기관이 승인한 형상관리도구</w:t>
            </w:r>
          </w:p>
        </w:tc>
      </w:tr>
    </w:tbl>
    <w:p w14:paraId="0C2CBD48" w14:textId="77777777" w:rsidR="005A0175" w:rsidRDefault="005A0175">
      <w:pPr>
        <w:rPr>
          <w:lang w:eastAsia="ko-KR"/>
        </w:rPr>
      </w:pPr>
    </w:p>
    <w:p w14:paraId="2B662B34" w14:textId="25D2985F" w:rsidR="005A0175" w:rsidRDefault="002F1498">
      <w:pPr>
        <w:spacing w:after="120" w:line="269" w:lineRule="auto"/>
        <w:rPr>
          <w:b/>
          <w:lang w:eastAsia="ko-KR"/>
        </w:rPr>
      </w:pPr>
      <w:r>
        <w:rPr>
          <w:b/>
          <w:lang w:eastAsia="ko-KR"/>
        </w:rPr>
        <w:t xml:space="preserve">웹 시스템은 C# 기반 ASP.NET Blazor로 개발하고, </w:t>
      </w:r>
      <w:r w:rsidR="005C7B47">
        <w:rPr>
          <w:rFonts w:hint="eastAsia"/>
          <w:b/>
          <w:lang w:eastAsia="ko-KR"/>
        </w:rPr>
        <w:t>Delphi등</w:t>
      </w:r>
      <w:r>
        <w:rPr>
          <w:b/>
          <w:lang w:eastAsia="ko-KR"/>
        </w:rPr>
        <w:t>은 기존 프로그램 연계, 배치, Windows Forms 관리도구에 한하여 사용할 수 있다.</w:t>
      </w:r>
    </w:p>
    <w:p w14:paraId="0AC44708" w14:textId="77777777" w:rsidR="005C7B47" w:rsidRDefault="005C7B47">
      <w:pPr>
        <w:spacing w:after="120" w:line="269" w:lineRule="auto"/>
        <w:rPr>
          <w:lang w:eastAsia="ko-KR"/>
        </w:rPr>
      </w:pPr>
    </w:p>
    <w:p w14:paraId="09943EA3" w14:textId="77777777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t>1. 사용금지 기술</w:t>
      </w:r>
    </w:p>
    <w:p w14:paraId="1733B767" w14:textId="77777777" w:rsidR="005A0175" w:rsidRDefault="002F1498">
      <w:pPr>
        <w:pStyle w:val="a0"/>
        <w:spacing w:after="60"/>
      </w:pPr>
      <w:r>
        <w:t>Python 및 Python Runtime</w:t>
      </w:r>
    </w:p>
    <w:p w14:paraId="360FA922" w14:textId="3F297312" w:rsidR="005A0175" w:rsidRDefault="002F1498">
      <w:pPr>
        <w:pStyle w:val="a0"/>
        <w:spacing w:after="60"/>
      </w:pPr>
      <w:r>
        <w:t>React.js, Next.js, Vue.js, Angular</w:t>
      </w:r>
      <w:r w:rsidR="005C7B47">
        <w:rPr>
          <w:rFonts w:hint="eastAsia"/>
          <w:lang w:eastAsia="ko-KR"/>
        </w:rPr>
        <w:t>,TypeScript</w:t>
      </w:r>
      <w:r>
        <w:t xml:space="preserve"> 등 별도 JavaScript SPA Framework</w:t>
      </w:r>
    </w:p>
    <w:p w14:paraId="11D85878" w14:textId="77777777" w:rsidR="005A0175" w:rsidRDefault="002F1498">
      <w:pPr>
        <w:pStyle w:val="a0"/>
        <w:spacing w:after="60"/>
      </w:pPr>
      <w:r>
        <w:lastRenderedPageBreak/>
        <w:t>Bootstrap 이외의 CSS Framework</w:t>
      </w:r>
    </w:p>
    <w:p w14:paraId="33C6A246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발주기관이 승인하지 않은 외부 SaaS형 AI</w:t>
      </w:r>
    </w:p>
    <w:p w14:paraId="14F98B02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유지보수 시 별도 개발자 계정이나 공급업체 서버가 반드시 필요한 기술</w:t>
      </w:r>
    </w:p>
    <w:p w14:paraId="445681FA" w14:textId="59D267C8" w:rsidR="005A0175" w:rsidRDefault="002F1498">
      <w:pPr>
        <w:spacing w:after="120" w:line="269" w:lineRule="auto"/>
        <w:rPr>
          <w:lang w:eastAsia="ko-KR"/>
        </w:rPr>
      </w:pPr>
      <w:r>
        <w:rPr>
          <w:lang w:eastAsia="ko-KR"/>
        </w:rPr>
        <w:t xml:space="preserve">AI 모델은 C# 구현, .NET 호환 추론엔진 또는 발주기관이 승인한 독립 실행모듈로 제공하여야 한다. </w:t>
      </w:r>
    </w:p>
    <w:p w14:paraId="45C51AC7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기존 .NET 기술환경과의 호환성</w:t>
      </w:r>
    </w:p>
    <w:p w14:paraId="35A11EA8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사내 유지보수 인력의 보유기술</w:t>
      </w:r>
    </w:p>
    <w:p w14:paraId="0121EF1F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CSV 재검증 범위 최소화</w:t>
      </w:r>
    </w:p>
    <w:p w14:paraId="0DDF34CF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운영서버 Runtime 단일화</w:t>
      </w:r>
    </w:p>
    <w:p w14:paraId="46F993AF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취약점 및 패키지 관리대상 축소</w:t>
      </w:r>
    </w:p>
    <w:p w14:paraId="6F46E2EF" w14:textId="77777777" w:rsidR="005A0175" w:rsidRDefault="002F1498">
      <w:pPr>
        <w:pStyle w:val="1"/>
        <w:rPr>
          <w:lang w:eastAsia="ko-KR"/>
        </w:rPr>
      </w:pPr>
      <w:r>
        <w:rPr>
          <w:rFonts w:ascii="맑은 고딕" w:eastAsia="맑은 고딕" w:hAnsi="맑은 고딕"/>
          <w:color w:val="2E74B5"/>
          <w:sz w:val="32"/>
          <w:lang w:eastAsia="ko-KR"/>
        </w:rPr>
        <w:t>Ⅵ. 상세 기능요구사항</w:t>
      </w:r>
    </w:p>
    <w:p w14:paraId="0D7CE8EF" w14:textId="77777777" w:rsidR="005A0175" w:rsidRDefault="002F1498">
      <w:pPr>
        <w:pStyle w:val="21"/>
        <w:rPr>
          <w:lang w:eastAsia="ko-KR"/>
        </w:rPr>
      </w:pPr>
      <w:r>
        <w:rPr>
          <w:rFonts w:ascii="맑은 고딕" w:eastAsia="맑은 고딕" w:hAnsi="맑은 고딕"/>
          <w:color w:val="2E74B5"/>
          <w:lang w:eastAsia="ko-KR"/>
        </w:rPr>
        <w:t>1. 입고 및 적치관리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296"/>
        <w:gridCol w:w="1872"/>
        <w:gridCol w:w="6192"/>
      </w:tblGrid>
      <w:tr w:rsidR="005A0175" w14:paraId="3BF4C249" w14:textId="77777777">
        <w:trPr>
          <w:jc w:val="center"/>
        </w:trPr>
        <w:tc>
          <w:tcPr>
            <w:tcW w:w="1296" w:type="dxa"/>
            <w:shd w:val="clear" w:color="auto" w:fill="E8EEF5"/>
            <w:vAlign w:val="center"/>
          </w:tcPr>
          <w:p w14:paraId="0C00C0EA" w14:textId="77777777" w:rsidR="005A0175" w:rsidRDefault="002F1498">
            <w:r>
              <w:rPr>
                <w:b/>
                <w:color w:val="0B2545"/>
                <w:sz w:val="16"/>
              </w:rPr>
              <w:t>ID</w:t>
            </w:r>
          </w:p>
        </w:tc>
        <w:tc>
          <w:tcPr>
            <w:tcW w:w="1872" w:type="dxa"/>
            <w:shd w:val="clear" w:color="auto" w:fill="E8EEF5"/>
            <w:vAlign w:val="center"/>
          </w:tcPr>
          <w:p w14:paraId="13F58B4E" w14:textId="77777777" w:rsidR="005A0175" w:rsidRDefault="002F1498">
            <w:r>
              <w:rPr>
                <w:b/>
                <w:color w:val="0B2545"/>
                <w:sz w:val="16"/>
              </w:rPr>
              <w:t>요구사항</w:t>
            </w:r>
          </w:p>
        </w:tc>
        <w:tc>
          <w:tcPr>
            <w:tcW w:w="6192" w:type="dxa"/>
            <w:shd w:val="clear" w:color="auto" w:fill="E8EEF5"/>
            <w:vAlign w:val="center"/>
          </w:tcPr>
          <w:p w14:paraId="4DEDEEF3" w14:textId="77777777" w:rsidR="005A0175" w:rsidRDefault="002F1498">
            <w:r>
              <w:rPr>
                <w:b/>
                <w:color w:val="0B2545"/>
                <w:sz w:val="16"/>
              </w:rPr>
              <w:t>상세규격 및 검수기준</w:t>
            </w:r>
          </w:p>
        </w:tc>
      </w:tr>
      <w:tr w:rsidR="005A0175" w14:paraId="7F3E067B" w14:textId="77777777">
        <w:trPr>
          <w:jc w:val="center"/>
        </w:trPr>
        <w:tc>
          <w:tcPr>
            <w:tcW w:w="1296" w:type="dxa"/>
            <w:vAlign w:val="center"/>
          </w:tcPr>
          <w:p w14:paraId="37CE3479" w14:textId="77777777" w:rsidR="005A0175" w:rsidRDefault="002F1498">
            <w:r>
              <w:rPr>
                <w:sz w:val="16"/>
              </w:rPr>
              <w:t>WMS-IN-001</w:t>
            </w:r>
          </w:p>
        </w:tc>
        <w:tc>
          <w:tcPr>
            <w:tcW w:w="1872" w:type="dxa"/>
            <w:vAlign w:val="center"/>
          </w:tcPr>
          <w:p w14:paraId="7CBFEA82" w14:textId="77777777" w:rsidR="005A0175" w:rsidRDefault="002F1498">
            <w:r>
              <w:rPr>
                <w:sz w:val="16"/>
              </w:rPr>
              <w:t>입고예정 관리</w:t>
            </w:r>
          </w:p>
        </w:tc>
        <w:tc>
          <w:tcPr>
            <w:tcW w:w="6192" w:type="dxa"/>
            <w:vAlign w:val="center"/>
          </w:tcPr>
          <w:p w14:paraId="69947449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화주, 품목, LOT, 수량, 입고예정일, 통관상태, 보관조건 등록, 엑셀 업로드 및 API 연계</w:t>
            </w:r>
          </w:p>
        </w:tc>
      </w:tr>
      <w:tr w:rsidR="005A0175" w14:paraId="5C99D09F" w14:textId="77777777">
        <w:trPr>
          <w:jc w:val="center"/>
        </w:trPr>
        <w:tc>
          <w:tcPr>
            <w:tcW w:w="1296" w:type="dxa"/>
            <w:vAlign w:val="center"/>
          </w:tcPr>
          <w:p w14:paraId="098BA774" w14:textId="77777777" w:rsidR="005A0175" w:rsidRDefault="002F1498">
            <w:r>
              <w:rPr>
                <w:sz w:val="16"/>
              </w:rPr>
              <w:t>WMS-IN-002</w:t>
            </w:r>
          </w:p>
        </w:tc>
        <w:tc>
          <w:tcPr>
            <w:tcW w:w="1872" w:type="dxa"/>
            <w:vAlign w:val="center"/>
          </w:tcPr>
          <w:p w14:paraId="4DA3CFE7" w14:textId="77777777" w:rsidR="005A0175" w:rsidRDefault="002F1498">
            <w:r>
              <w:rPr>
                <w:sz w:val="16"/>
              </w:rPr>
              <w:t>하역작업 관리</w:t>
            </w:r>
          </w:p>
        </w:tc>
        <w:tc>
          <w:tcPr>
            <w:tcW w:w="6192" w:type="dxa"/>
            <w:vAlign w:val="center"/>
          </w:tcPr>
          <w:p w14:paraId="206BA4B1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PDA로 작업 배정, 시작·종료시간, 작업자, 차량, 도크, 실적 기록</w:t>
            </w:r>
          </w:p>
        </w:tc>
      </w:tr>
      <w:tr w:rsidR="005A0175" w14:paraId="5BF0572F" w14:textId="77777777">
        <w:trPr>
          <w:jc w:val="center"/>
        </w:trPr>
        <w:tc>
          <w:tcPr>
            <w:tcW w:w="1296" w:type="dxa"/>
            <w:vAlign w:val="center"/>
          </w:tcPr>
          <w:p w14:paraId="13E5580E" w14:textId="77777777" w:rsidR="005A0175" w:rsidRDefault="002F1498">
            <w:r>
              <w:rPr>
                <w:sz w:val="16"/>
              </w:rPr>
              <w:t>WMS-IN-003</w:t>
            </w:r>
          </w:p>
        </w:tc>
        <w:tc>
          <w:tcPr>
            <w:tcW w:w="1872" w:type="dxa"/>
            <w:vAlign w:val="center"/>
          </w:tcPr>
          <w:p w14:paraId="606FC0F7" w14:textId="77777777" w:rsidR="005A0175" w:rsidRDefault="002F1498">
            <w:r>
              <w:rPr>
                <w:sz w:val="16"/>
              </w:rPr>
              <w:t>검수·검품</w:t>
            </w:r>
          </w:p>
        </w:tc>
        <w:tc>
          <w:tcPr>
            <w:tcW w:w="6192" w:type="dxa"/>
            <w:vAlign w:val="center"/>
          </w:tcPr>
          <w:p w14:paraId="3A4AA031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바코드·QR로 품목, LOT, 유통기한, 수량, 파손, 온도, 통관상태 검사</w:t>
            </w:r>
          </w:p>
        </w:tc>
      </w:tr>
      <w:tr w:rsidR="005A0175" w14:paraId="315E330C" w14:textId="77777777">
        <w:trPr>
          <w:jc w:val="center"/>
        </w:trPr>
        <w:tc>
          <w:tcPr>
            <w:tcW w:w="1296" w:type="dxa"/>
            <w:vAlign w:val="center"/>
          </w:tcPr>
          <w:p w14:paraId="2E4D88AE" w14:textId="77777777" w:rsidR="005A0175" w:rsidRDefault="002F1498">
            <w:r>
              <w:rPr>
                <w:sz w:val="16"/>
              </w:rPr>
              <w:t>WMS-IN-004</w:t>
            </w:r>
          </w:p>
        </w:tc>
        <w:tc>
          <w:tcPr>
            <w:tcW w:w="1872" w:type="dxa"/>
            <w:vAlign w:val="center"/>
          </w:tcPr>
          <w:p w14:paraId="6F81568C" w14:textId="77777777" w:rsidR="005A0175" w:rsidRDefault="002F1498">
            <w:r>
              <w:rPr>
                <w:sz w:val="16"/>
              </w:rPr>
              <w:t>품질상태 관리</w:t>
            </w:r>
          </w:p>
        </w:tc>
        <w:tc>
          <w:tcPr>
            <w:tcW w:w="6192" w:type="dxa"/>
            <w:vAlign w:val="center"/>
          </w:tcPr>
          <w:p w14:paraId="4FE222CF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정상, 보류, 불합격, 검역대기, 통관대기 등 상태별 이동·출고 통제</w:t>
            </w:r>
          </w:p>
        </w:tc>
      </w:tr>
      <w:tr w:rsidR="005A0175" w14:paraId="5B309857" w14:textId="77777777">
        <w:trPr>
          <w:jc w:val="center"/>
        </w:trPr>
        <w:tc>
          <w:tcPr>
            <w:tcW w:w="1296" w:type="dxa"/>
            <w:vAlign w:val="center"/>
          </w:tcPr>
          <w:p w14:paraId="05D910A8" w14:textId="77777777" w:rsidR="005A0175" w:rsidRDefault="002F1498">
            <w:r>
              <w:rPr>
                <w:sz w:val="16"/>
              </w:rPr>
              <w:t>WMS-IN-005</w:t>
            </w:r>
          </w:p>
        </w:tc>
        <w:tc>
          <w:tcPr>
            <w:tcW w:w="1872" w:type="dxa"/>
            <w:vAlign w:val="center"/>
          </w:tcPr>
          <w:p w14:paraId="7360A078" w14:textId="77777777" w:rsidR="005A0175" w:rsidRDefault="002F1498">
            <w:r>
              <w:rPr>
                <w:sz w:val="16"/>
              </w:rPr>
              <w:t>상품정보 등록</w:t>
            </w:r>
          </w:p>
        </w:tc>
        <w:tc>
          <w:tcPr>
            <w:tcW w:w="6192" w:type="dxa"/>
            <w:vAlign w:val="center"/>
          </w:tcPr>
          <w:p w14:paraId="5CF91893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미등록 상품 스캔 시 등록 절차 연결 및 상품 속성 관리</w:t>
            </w:r>
          </w:p>
        </w:tc>
      </w:tr>
      <w:tr w:rsidR="005A0175" w14:paraId="67E223C1" w14:textId="77777777">
        <w:trPr>
          <w:jc w:val="center"/>
        </w:trPr>
        <w:tc>
          <w:tcPr>
            <w:tcW w:w="1296" w:type="dxa"/>
            <w:vAlign w:val="center"/>
          </w:tcPr>
          <w:p w14:paraId="725132BF" w14:textId="77777777" w:rsidR="005A0175" w:rsidRDefault="002F1498">
            <w:r>
              <w:rPr>
                <w:sz w:val="16"/>
              </w:rPr>
              <w:t>WMS-IN-006</w:t>
            </w:r>
          </w:p>
        </w:tc>
        <w:tc>
          <w:tcPr>
            <w:tcW w:w="1872" w:type="dxa"/>
            <w:vAlign w:val="center"/>
          </w:tcPr>
          <w:p w14:paraId="3014ADDE" w14:textId="77777777" w:rsidR="005A0175" w:rsidRDefault="002F1498">
            <w:r>
              <w:rPr>
                <w:sz w:val="16"/>
              </w:rPr>
              <w:t>입고완료</w:t>
            </w:r>
          </w:p>
        </w:tc>
        <w:tc>
          <w:tcPr>
            <w:tcW w:w="6192" w:type="dxa"/>
            <w:vAlign w:val="center"/>
          </w:tcPr>
          <w:p w14:paraId="245EE774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입고완료 시 재고 자동 반영 및 차이 기록</w:t>
            </w:r>
          </w:p>
        </w:tc>
      </w:tr>
      <w:tr w:rsidR="005A0175" w14:paraId="3580F1C0" w14:textId="77777777">
        <w:trPr>
          <w:jc w:val="center"/>
        </w:trPr>
        <w:tc>
          <w:tcPr>
            <w:tcW w:w="1296" w:type="dxa"/>
            <w:vAlign w:val="center"/>
          </w:tcPr>
          <w:p w14:paraId="6982A26A" w14:textId="77777777" w:rsidR="005A0175" w:rsidRDefault="002F1498">
            <w:r>
              <w:rPr>
                <w:sz w:val="16"/>
              </w:rPr>
              <w:t>WMS-PT-001</w:t>
            </w:r>
          </w:p>
        </w:tc>
        <w:tc>
          <w:tcPr>
            <w:tcW w:w="1872" w:type="dxa"/>
            <w:vAlign w:val="center"/>
          </w:tcPr>
          <w:p w14:paraId="539DADA6" w14:textId="77777777" w:rsidR="005A0175" w:rsidRDefault="002F1498">
            <w:r>
              <w:rPr>
                <w:sz w:val="16"/>
              </w:rPr>
              <w:t>적치작업 지시</w:t>
            </w:r>
          </w:p>
        </w:tc>
        <w:tc>
          <w:tcPr>
            <w:tcW w:w="6192" w:type="dxa"/>
            <w:vAlign w:val="center"/>
          </w:tcPr>
          <w:p w14:paraId="631B9DC8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검수완료 상품에 대한 적치 작업지시 생성 및 PDA 전송</w:t>
            </w:r>
          </w:p>
        </w:tc>
      </w:tr>
      <w:tr w:rsidR="005A0175" w14:paraId="6ED176F8" w14:textId="77777777">
        <w:trPr>
          <w:jc w:val="center"/>
        </w:trPr>
        <w:tc>
          <w:tcPr>
            <w:tcW w:w="1296" w:type="dxa"/>
            <w:vAlign w:val="center"/>
          </w:tcPr>
          <w:p w14:paraId="2EC72266" w14:textId="77777777" w:rsidR="005A0175" w:rsidRDefault="002F1498">
            <w:r>
              <w:rPr>
                <w:sz w:val="16"/>
              </w:rPr>
              <w:t>WMS-PT-002</w:t>
            </w:r>
          </w:p>
        </w:tc>
        <w:tc>
          <w:tcPr>
            <w:tcW w:w="1872" w:type="dxa"/>
            <w:vAlign w:val="center"/>
          </w:tcPr>
          <w:p w14:paraId="287F801E" w14:textId="77777777" w:rsidR="005A0175" w:rsidRDefault="002F1498">
            <w:r>
              <w:rPr>
                <w:sz w:val="16"/>
              </w:rPr>
              <w:t>적치이동</w:t>
            </w:r>
          </w:p>
        </w:tc>
        <w:tc>
          <w:tcPr>
            <w:tcW w:w="6192" w:type="dxa"/>
            <w:vAlign w:val="center"/>
          </w:tcPr>
          <w:p w14:paraId="3E62C94D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출발·도착 로케이션 스캔 및 오적치 차단</w:t>
            </w:r>
          </w:p>
        </w:tc>
      </w:tr>
      <w:tr w:rsidR="005A0175" w14:paraId="2F7EDB03" w14:textId="77777777">
        <w:trPr>
          <w:jc w:val="center"/>
        </w:trPr>
        <w:tc>
          <w:tcPr>
            <w:tcW w:w="1296" w:type="dxa"/>
            <w:vAlign w:val="center"/>
          </w:tcPr>
          <w:p w14:paraId="74CE0CCA" w14:textId="77777777" w:rsidR="005A0175" w:rsidRDefault="002F1498">
            <w:r>
              <w:rPr>
                <w:sz w:val="16"/>
              </w:rPr>
              <w:t>WMS-PT-003</w:t>
            </w:r>
          </w:p>
        </w:tc>
        <w:tc>
          <w:tcPr>
            <w:tcW w:w="1872" w:type="dxa"/>
            <w:vAlign w:val="center"/>
          </w:tcPr>
          <w:p w14:paraId="1FCD9599" w14:textId="77777777" w:rsidR="005A0175" w:rsidRDefault="002F1498">
            <w:r>
              <w:rPr>
                <w:sz w:val="16"/>
              </w:rPr>
              <w:t>AI 적치추천</w:t>
            </w:r>
          </w:p>
        </w:tc>
        <w:tc>
          <w:tcPr>
            <w:tcW w:w="6192" w:type="dxa"/>
            <w:vAlign w:val="center"/>
          </w:tcPr>
          <w:p w14:paraId="2CF0DDEF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SKU 회전율, 온도, 통관상태, 크기, 중량, 여유율, 출고빈도 기반 추천</w:t>
            </w:r>
          </w:p>
        </w:tc>
      </w:tr>
      <w:tr w:rsidR="005A0175" w14:paraId="308DDA17" w14:textId="77777777">
        <w:trPr>
          <w:jc w:val="center"/>
        </w:trPr>
        <w:tc>
          <w:tcPr>
            <w:tcW w:w="1296" w:type="dxa"/>
            <w:vAlign w:val="center"/>
          </w:tcPr>
          <w:p w14:paraId="30A4DCFB" w14:textId="77777777" w:rsidR="005A0175" w:rsidRDefault="002F1498">
            <w:r>
              <w:rPr>
                <w:sz w:val="16"/>
              </w:rPr>
              <w:t>WMS-PT-004</w:t>
            </w:r>
          </w:p>
        </w:tc>
        <w:tc>
          <w:tcPr>
            <w:tcW w:w="1872" w:type="dxa"/>
            <w:vAlign w:val="center"/>
          </w:tcPr>
          <w:p w14:paraId="3FBE4953" w14:textId="77777777" w:rsidR="005A0175" w:rsidRDefault="002F1498">
            <w:r>
              <w:rPr>
                <w:sz w:val="16"/>
              </w:rPr>
              <w:t>적치경로 최적화</w:t>
            </w:r>
          </w:p>
        </w:tc>
        <w:tc>
          <w:tcPr>
            <w:tcW w:w="6192" w:type="dxa"/>
            <w:vAlign w:val="center"/>
          </w:tcPr>
          <w:p w14:paraId="020FBB37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복수 적치작업의 이동거리와 작업순서 계산</w:t>
            </w:r>
          </w:p>
        </w:tc>
      </w:tr>
      <w:tr w:rsidR="005A0175" w14:paraId="25A11B4A" w14:textId="77777777">
        <w:trPr>
          <w:jc w:val="center"/>
        </w:trPr>
        <w:tc>
          <w:tcPr>
            <w:tcW w:w="1296" w:type="dxa"/>
            <w:vAlign w:val="center"/>
          </w:tcPr>
          <w:p w14:paraId="4CF4652C" w14:textId="77777777" w:rsidR="005A0175" w:rsidRDefault="002F1498">
            <w:r>
              <w:rPr>
                <w:sz w:val="16"/>
              </w:rPr>
              <w:t>WMS-PT-005</w:t>
            </w:r>
          </w:p>
        </w:tc>
        <w:tc>
          <w:tcPr>
            <w:tcW w:w="1872" w:type="dxa"/>
            <w:vAlign w:val="center"/>
          </w:tcPr>
          <w:p w14:paraId="56DA1808" w14:textId="77777777" w:rsidR="005A0175" w:rsidRDefault="002F1498">
            <w:r>
              <w:rPr>
                <w:sz w:val="16"/>
              </w:rPr>
              <w:t>추천 사유 제공</w:t>
            </w:r>
          </w:p>
        </w:tc>
        <w:tc>
          <w:tcPr>
            <w:tcW w:w="6192" w:type="dxa"/>
            <w:vAlign w:val="center"/>
          </w:tcPr>
          <w:p w14:paraId="07D8DCF3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AI 추천 로케이션과 주요 추천근거 표시</w:t>
            </w:r>
          </w:p>
        </w:tc>
      </w:tr>
      <w:tr w:rsidR="005A0175" w14:paraId="635EC89B" w14:textId="77777777">
        <w:trPr>
          <w:jc w:val="center"/>
        </w:trPr>
        <w:tc>
          <w:tcPr>
            <w:tcW w:w="1296" w:type="dxa"/>
            <w:vAlign w:val="center"/>
          </w:tcPr>
          <w:p w14:paraId="30A0A486" w14:textId="77777777" w:rsidR="005A0175" w:rsidRDefault="002F1498">
            <w:r>
              <w:rPr>
                <w:sz w:val="16"/>
              </w:rPr>
              <w:t>WMS-PT-006</w:t>
            </w:r>
          </w:p>
        </w:tc>
        <w:tc>
          <w:tcPr>
            <w:tcW w:w="1872" w:type="dxa"/>
            <w:vAlign w:val="center"/>
          </w:tcPr>
          <w:p w14:paraId="1DD47CD4" w14:textId="77777777" w:rsidR="005A0175" w:rsidRDefault="002F1498">
            <w:r>
              <w:rPr>
                <w:sz w:val="16"/>
              </w:rPr>
              <w:t>수동변경 통제</w:t>
            </w:r>
          </w:p>
        </w:tc>
        <w:tc>
          <w:tcPr>
            <w:tcW w:w="6192" w:type="dxa"/>
            <w:vAlign w:val="center"/>
          </w:tcPr>
          <w:p w14:paraId="7BC583D0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추천위치 변경 시 변경사유와 변경자 기록</w:t>
            </w:r>
          </w:p>
        </w:tc>
      </w:tr>
    </w:tbl>
    <w:p w14:paraId="4642E0DD" w14:textId="77777777" w:rsidR="005A0175" w:rsidRDefault="005A0175">
      <w:pPr>
        <w:rPr>
          <w:lang w:eastAsia="ko-KR"/>
        </w:rPr>
      </w:pPr>
    </w:p>
    <w:p w14:paraId="0EB9501C" w14:textId="77777777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t>2. 재고관리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296"/>
        <w:gridCol w:w="1872"/>
        <w:gridCol w:w="6192"/>
      </w:tblGrid>
      <w:tr w:rsidR="005A0175" w14:paraId="06E5DC16" w14:textId="77777777">
        <w:trPr>
          <w:jc w:val="center"/>
        </w:trPr>
        <w:tc>
          <w:tcPr>
            <w:tcW w:w="1296" w:type="dxa"/>
            <w:shd w:val="clear" w:color="auto" w:fill="E8EEF5"/>
            <w:vAlign w:val="center"/>
          </w:tcPr>
          <w:p w14:paraId="76430322" w14:textId="77777777" w:rsidR="005A0175" w:rsidRDefault="002F1498">
            <w:r>
              <w:rPr>
                <w:b/>
                <w:color w:val="0B2545"/>
                <w:sz w:val="16"/>
              </w:rPr>
              <w:t>ID</w:t>
            </w:r>
          </w:p>
        </w:tc>
        <w:tc>
          <w:tcPr>
            <w:tcW w:w="1872" w:type="dxa"/>
            <w:shd w:val="clear" w:color="auto" w:fill="E8EEF5"/>
            <w:vAlign w:val="center"/>
          </w:tcPr>
          <w:p w14:paraId="03DC1BB4" w14:textId="77777777" w:rsidR="005A0175" w:rsidRDefault="002F1498">
            <w:r>
              <w:rPr>
                <w:b/>
                <w:color w:val="0B2545"/>
                <w:sz w:val="16"/>
              </w:rPr>
              <w:t>요구사항</w:t>
            </w:r>
          </w:p>
        </w:tc>
        <w:tc>
          <w:tcPr>
            <w:tcW w:w="6192" w:type="dxa"/>
            <w:shd w:val="clear" w:color="auto" w:fill="E8EEF5"/>
            <w:vAlign w:val="center"/>
          </w:tcPr>
          <w:p w14:paraId="2E1F6EAE" w14:textId="77777777" w:rsidR="005A0175" w:rsidRDefault="002F1498">
            <w:r>
              <w:rPr>
                <w:b/>
                <w:color w:val="0B2545"/>
                <w:sz w:val="16"/>
              </w:rPr>
              <w:t>상세규격 및 검수기준</w:t>
            </w:r>
          </w:p>
        </w:tc>
      </w:tr>
      <w:tr w:rsidR="005A0175" w14:paraId="780EA9FE" w14:textId="77777777">
        <w:trPr>
          <w:jc w:val="center"/>
        </w:trPr>
        <w:tc>
          <w:tcPr>
            <w:tcW w:w="1296" w:type="dxa"/>
            <w:vAlign w:val="center"/>
          </w:tcPr>
          <w:p w14:paraId="3B38E76C" w14:textId="77777777" w:rsidR="005A0175" w:rsidRDefault="002F1498">
            <w:r>
              <w:rPr>
                <w:sz w:val="16"/>
              </w:rPr>
              <w:t>WMS-IV-001</w:t>
            </w:r>
          </w:p>
        </w:tc>
        <w:tc>
          <w:tcPr>
            <w:tcW w:w="1872" w:type="dxa"/>
            <w:vAlign w:val="center"/>
          </w:tcPr>
          <w:p w14:paraId="1112F341" w14:textId="77777777" w:rsidR="005A0175" w:rsidRDefault="002F1498">
            <w:r>
              <w:rPr>
                <w:sz w:val="16"/>
              </w:rPr>
              <w:t>실시간 재고조회</w:t>
            </w:r>
          </w:p>
        </w:tc>
        <w:tc>
          <w:tcPr>
            <w:tcW w:w="6192" w:type="dxa"/>
            <w:vAlign w:val="center"/>
          </w:tcPr>
          <w:p w14:paraId="1F0AB000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화주·품목·LOT·로케이션·통관상태·품질상태·유통기한별 조회</w:t>
            </w:r>
          </w:p>
        </w:tc>
      </w:tr>
      <w:tr w:rsidR="005A0175" w14:paraId="533D764B" w14:textId="77777777">
        <w:trPr>
          <w:jc w:val="center"/>
        </w:trPr>
        <w:tc>
          <w:tcPr>
            <w:tcW w:w="1296" w:type="dxa"/>
            <w:vAlign w:val="center"/>
          </w:tcPr>
          <w:p w14:paraId="659C65BD" w14:textId="77777777" w:rsidR="005A0175" w:rsidRDefault="002F1498">
            <w:r>
              <w:rPr>
                <w:sz w:val="16"/>
              </w:rPr>
              <w:t>WMS-IV-002</w:t>
            </w:r>
          </w:p>
        </w:tc>
        <w:tc>
          <w:tcPr>
            <w:tcW w:w="1872" w:type="dxa"/>
            <w:vAlign w:val="center"/>
          </w:tcPr>
          <w:p w14:paraId="3BF7F63A" w14:textId="77777777" w:rsidR="005A0175" w:rsidRDefault="002F1498">
            <w:r>
              <w:rPr>
                <w:sz w:val="16"/>
              </w:rPr>
              <w:t>재고조사</w:t>
            </w:r>
          </w:p>
        </w:tc>
        <w:tc>
          <w:tcPr>
            <w:tcW w:w="6192" w:type="dxa"/>
            <w:vAlign w:val="center"/>
          </w:tcPr>
          <w:p w14:paraId="32ADDE7F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전수·순환·로케이션별 조사와 장부/실사 차이 관리</w:t>
            </w:r>
          </w:p>
        </w:tc>
      </w:tr>
      <w:tr w:rsidR="005A0175" w14:paraId="27423C97" w14:textId="77777777">
        <w:trPr>
          <w:jc w:val="center"/>
        </w:trPr>
        <w:tc>
          <w:tcPr>
            <w:tcW w:w="1296" w:type="dxa"/>
            <w:vAlign w:val="center"/>
          </w:tcPr>
          <w:p w14:paraId="77EFF203" w14:textId="77777777" w:rsidR="005A0175" w:rsidRDefault="002F1498">
            <w:r>
              <w:rPr>
                <w:sz w:val="16"/>
              </w:rPr>
              <w:t>WMS-IV-003</w:t>
            </w:r>
          </w:p>
        </w:tc>
        <w:tc>
          <w:tcPr>
            <w:tcW w:w="1872" w:type="dxa"/>
            <w:vAlign w:val="center"/>
          </w:tcPr>
          <w:p w14:paraId="4B2443F7" w14:textId="77777777" w:rsidR="005A0175" w:rsidRDefault="002F1498">
            <w:r>
              <w:rPr>
                <w:sz w:val="16"/>
              </w:rPr>
              <w:t>재고조정</w:t>
            </w:r>
          </w:p>
        </w:tc>
        <w:tc>
          <w:tcPr>
            <w:tcW w:w="6192" w:type="dxa"/>
            <w:vAlign w:val="center"/>
          </w:tcPr>
          <w:p w14:paraId="495043B4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승인 후 조정, 조정 전후 값과 사유 감사추적</w:t>
            </w:r>
          </w:p>
        </w:tc>
      </w:tr>
      <w:tr w:rsidR="005A0175" w14:paraId="1124A346" w14:textId="77777777">
        <w:trPr>
          <w:jc w:val="center"/>
        </w:trPr>
        <w:tc>
          <w:tcPr>
            <w:tcW w:w="1296" w:type="dxa"/>
            <w:vAlign w:val="center"/>
          </w:tcPr>
          <w:p w14:paraId="331B2B6C" w14:textId="77777777" w:rsidR="005A0175" w:rsidRDefault="002F1498">
            <w:r>
              <w:rPr>
                <w:sz w:val="16"/>
              </w:rPr>
              <w:t>WMS-IV-004</w:t>
            </w:r>
          </w:p>
        </w:tc>
        <w:tc>
          <w:tcPr>
            <w:tcW w:w="1872" w:type="dxa"/>
            <w:vAlign w:val="center"/>
          </w:tcPr>
          <w:p w14:paraId="345D9B69" w14:textId="77777777" w:rsidR="005A0175" w:rsidRDefault="002F1498">
            <w:r>
              <w:rPr>
                <w:sz w:val="16"/>
              </w:rPr>
              <w:t>재고보충</w:t>
            </w:r>
          </w:p>
        </w:tc>
        <w:tc>
          <w:tcPr>
            <w:tcW w:w="6192" w:type="dxa"/>
            <w:vAlign w:val="center"/>
          </w:tcPr>
          <w:p w14:paraId="061FE86F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피킹존 기준재고와 출고예정량 기반 보충작업 생성</w:t>
            </w:r>
          </w:p>
        </w:tc>
      </w:tr>
      <w:tr w:rsidR="005A0175" w14:paraId="16B40801" w14:textId="77777777">
        <w:trPr>
          <w:jc w:val="center"/>
        </w:trPr>
        <w:tc>
          <w:tcPr>
            <w:tcW w:w="1296" w:type="dxa"/>
            <w:vAlign w:val="center"/>
          </w:tcPr>
          <w:p w14:paraId="459869B4" w14:textId="77777777" w:rsidR="005A0175" w:rsidRDefault="002F1498">
            <w:r>
              <w:rPr>
                <w:sz w:val="16"/>
              </w:rPr>
              <w:t>WMS-IV-005</w:t>
            </w:r>
          </w:p>
        </w:tc>
        <w:tc>
          <w:tcPr>
            <w:tcW w:w="1872" w:type="dxa"/>
            <w:vAlign w:val="center"/>
          </w:tcPr>
          <w:p w14:paraId="031BFDDA" w14:textId="77777777" w:rsidR="005A0175" w:rsidRDefault="002F1498">
            <w:r>
              <w:rPr>
                <w:sz w:val="16"/>
              </w:rPr>
              <w:t>재고위치 최적화</w:t>
            </w:r>
          </w:p>
        </w:tc>
        <w:tc>
          <w:tcPr>
            <w:tcW w:w="6192" w:type="dxa"/>
            <w:vAlign w:val="center"/>
          </w:tcPr>
          <w:p w14:paraId="63E65767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회전율 변화에 따른 로케이션 재배치 추천</w:t>
            </w:r>
          </w:p>
        </w:tc>
      </w:tr>
      <w:tr w:rsidR="005A0175" w14:paraId="317DAFD8" w14:textId="77777777">
        <w:trPr>
          <w:jc w:val="center"/>
        </w:trPr>
        <w:tc>
          <w:tcPr>
            <w:tcW w:w="1296" w:type="dxa"/>
            <w:vAlign w:val="center"/>
          </w:tcPr>
          <w:p w14:paraId="13A3C2F7" w14:textId="77777777" w:rsidR="005A0175" w:rsidRDefault="002F1498">
            <w:r>
              <w:rPr>
                <w:sz w:val="16"/>
              </w:rPr>
              <w:t>WMS-IV-006</w:t>
            </w:r>
          </w:p>
        </w:tc>
        <w:tc>
          <w:tcPr>
            <w:tcW w:w="1872" w:type="dxa"/>
            <w:vAlign w:val="center"/>
          </w:tcPr>
          <w:p w14:paraId="0C7B44D7" w14:textId="77777777" w:rsidR="005A0175" w:rsidRDefault="002F1498">
            <w:r>
              <w:rPr>
                <w:sz w:val="16"/>
              </w:rPr>
              <w:t>선입선출</w:t>
            </w:r>
          </w:p>
        </w:tc>
        <w:tc>
          <w:tcPr>
            <w:tcW w:w="6192" w:type="dxa"/>
            <w:vAlign w:val="center"/>
          </w:tcPr>
          <w:p w14:paraId="700CAE0A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FIFO, FEFO, LOT 지정, 유통기한 우선 등 화주별 정책</w:t>
            </w:r>
          </w:p>
        </w:tc>
      </w:tr>
      <w:tr w:rsidR="005A0175" w14:paraId="42E7DF18" w14:textId="77777777">
        <w:trPr>
          <w:jc w:val="center"/>
        </w:trPr>
        <w:tc>
          <w:tcPr>
            <w:tcW w:w="1296" w:type="dxa"/>
            <w:vAlign w:val="center"/>
          </w:tcPr>
          <w:p w14:paraId="3DCFAED6" w14:textId="77777777" w:rsidR="005A0175" w:rsidRDefault="002F1498">
            <w:r>
              <w:rPr>
                <w:sz w:val="16"/>
              </w:rPr>
              <w:t>WMS-IV-007</w:t>
            </w:r>
          </w:p>
        </w:tc>
        <w:tc>
          <w:tcPr>
            <w:tcW w:w="1872" w:type="dxa"/>
            <w:vAlign w:val="center"/>
          </w:tcPr>
          <w:p w14:paraId="63731883" w14:textId="77777777" w:rsidR="005A0175" w:rsidRDefault="002F1498">
            <w:r>
              <w:rPr>
                <w:sz w:val="16"/>
              </w:rPr>
              <w:t>보세재고 통제</w:t>
            </w:r>
          </w:p>
        </w:tc>
        <w:tc>
          <w:tcPr>
            <w:tcW w:w="6192" w:type="dxa"/>
            <w:vAlign w:val="center"/>
          </w:tcPr>
          <w:p w14:paraId="51805273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통관 전 출고 차단 및 보세·일반재고 혼재 통제</w:t>
            </w:r>
          </w:p>
        </w:tc>
      </w:tr>
      <w:tr w:rsidR="005A0175" w14:paraId="6EF48D2E" w14:textId="77777777">
        <w:trPr>
          <w:jc w:val="center"/>
        </w:trPr>
        <w:tc>
          <w:tcPr>
            <w:tcW w:w="1296" w:type="dxa"/>
            <w:vAlign w:val="center"/>
          </w:tcPr>
          <w:p w14:paraId="546662FA" w14:textId="77777777" w:rsidR="005A0175" w:rsidRDefault="002F1498">
            <w:r>
              <w:rPr>
                <w:sz w:val="16"/>
              </w:rPr>
              <w:t>WMS-IV-008</w:t>
            </w:r>
          </w:p>
        </w:tc>
        <w:tc>
          <w:tcPr>
            <w:tcW w:w="1872" w:type="dxa"/>
            <w:vAlign w:val="center"/>
          </w:tcPr>
          <w:p w14:paraId="76EFE0B1" w14:textId="77777777" w:rsidR="005A0175" w:rsidRDefault="002F1498">
            <w:r>
              <w:rPr>
                <w:sz w:val="16"/>
              </w:rPr>
              <w:t>장기재고</w:t>
            </w:r>
          </w:p>
        </w:tc>
        <w:tc>
          <w:tcPr>
            <w:tcW w:w="6192" w:type="dxa"/>
            <w:vAlign w:val="center"/>
          </w:tcPr>
          <w:p w14:paraId="6B8BD844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기준일 이상 미출고 재고 자동 탐지 및 알림</w:t>
            </w:r>
          </w:p>
        </w:tc>
      </w:tr>
      <w:tr w:rsidR="005A0175" w14:paraId="5422FFAB" w14:textId="77777777">
        <w:trPr>
          <w:jc w:val="center"/>
        </w:trPr>
        <w:tc>
          <w:tcPr>
            <w:tcW w:w="1296" w:type="dxa"/>
            <w:vAlign w:val="center"/>
          </w:tcPr>
          <w:p w14:paraId="36D90DE1" w14:textId="77777777" w:rsidR="005A0175" w:rsidRDefault="002F1498">
            <w:r>
              <w:rPr>
                <w:sz w:val="16"/>
              </w:rPr>
              <w:lastRenderedPageBreak/>
              <w:t>WMS-IV-009</w:t>
            </w:r>
          </w:p>
        </w:tc>
        <w:tc>
          <w:tcPr>
            <w:tcW w:w="1872" w:type="dxa"/>
            <w:vAlign w:val="center"/>
          </w:tcPr>
          <w:p w14:paraId="3FF6476E" w14:textId="77777777" w:rsidR="005A0175" w:rsidRDefault="002F1498">
            <w:r>
              <w:rPr>
                <w:sz w:val="16"/>
              </w:rPr>
              <w:t>재고이력</w:t>
            </w:r>
          </w:p>
        </w:tc>
        <w:tc>
          <w:tcPr>
            <w:tcW w:w="6192" w:type="dxa"/>
            <w:vAlign w:val="center"/>
          </w:tcPr>
          <w:p w14:paraId="661F26DE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입고, 이동, 보충, 피킹, 조정, 출고 이력 조회</w:t>
            </w:r>
          </w:p>
        </w:tc>
      </w:tr>
      <w:tr w:rsidR="005A0175" w14:paraId="04F50A37" w14:textId="77777777">
        <w:trPr>
          <w:jc w:val="center"/>
        </w:trPr>
        <w:tc>
          <w:tcPr>
            <w:tcW w:w="1296" w:type="dxa"/>
            <w:vAlign w:val="center"/>
          </w:tcPr>
          <w:p w14:paraId="5DB727F9" w14:textId="77777777" w:rsidR="005A0175" w:rsidRDefault="002F1498">
            <w:r>
              <w:rPr>
                <w:sz w:val="16"/>
              </w:rPr>
              <w:t>WMS-IV-010</w:t>
            </w:r>
          </w:p>
        </w:tc>
        <w:tc>
          <w:tcPr>
            <w:tcW w:w="1872" w:type="dxa"/>
            <w:vAlign w:val="center"/>
          </w:tcPr>
          <w:p w14:paraId="56856807" w14:textId="77777777" w:rsidR="005A0175" w:rsidRDefault="002F1498">
            <w:r>
              <w:rPr>
                <w:sz w:val="16"/>
              </w:rPr>
              <w:t>환경정보 연계</w:t>
            </w:r>
          </w:p>
        </w:tc>
        <w:tc>
          <w:tcPr>
            <w:tcW w:w="6192" w:type="dxa"/>
            <w:vAlign w:val="center"/>
          </w:tcPr>
          <w:p w14:paraId="56F4B5F3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온도·습도 등 센서 데이터 수신 인터페이스 제공</w:t>
            </w:r>
          </w:p>
        </w:tc>
      </w:tr>
    </w:tbl>
    <w:p w14:paraId="479598C7" w14:textId="77777777" w:rsidR="005A0175" w:rsidRDefault="005A0175">
      <w:pPr>
        <w:rPr>
          <w:lang w:eastAsia="ko-KR"/>
        </w:rPr>
      </w:pPr>
    </w:p>
    <w:p w14:paraId="5112D7FE" w14:textId="77777777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t>3. 주문 및 출고관리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296"/>
        <w:gridCol w:w="1872"/>
        <w:gridCol w:w="6192"/>
      </w:tblGrid>
      <w:tr w:rsidR="005A0175" w14:paraId="7E01F2AD" w14:textId="77777777">
        <w:trPr>
          <w:jc w:val="center"/>
        </w:trPr>
        <w:tc>
          <w:tcPr>
            <w:tcW w:w="1296" w:type="dxa"/>
            <w:shd w:val="clear" w:color="auto" w:fill="E8EEF5"/>
            <w:vAlign w:val="center"/>
          </w:tcPr>
          <w:p w14:paraId="5AF512F9" w14:textId="77777777" w:rsidR="005A0175" w:rsidRDefault="002F1498">
            <w:r>
              <w:rPr>
                <w:b/>
                <w:color w:val="0B2545"/>
                <w:sz w:val="16"/>
              </w:rPr>
              <w:t>ID</w:t>
            </w:r>
          </w:p>
        </w:tc>
        <w:tc>
          <w:tcPr>
            <w:tcW w:w="1872" w:type="dxa"/>
            <w:shd w:val="clear" w:color="auto" w:fill="E8EEF5"/>
            <w:vAlign w:val="center"/>
          </w:tcPr>
          <w:p w14:paraId="06E5C349" w14:textId="77777777" w:rsidR="005A0175" w:rsidRDefault="002F1498">
            <w:r>
              <w:rPr>
                <w:b/>
                <w:color w:val="0B2545"/>
                <w:sz w:val="16"/>
              </w:rPr>
              <w:t>요구사항</w:t>
            </w:r>
          </w:p>
        </w:tc>
        <w:tc>
          <w:tcPr>
            <w:tcW w:w="6192" w:type="dxa"/>
            <w:shd w:val="clear" w:color="auto" w:fill="E8EEF5"/>
            <w:vAlign w:val="center"/>
          </w:tcPr>
          <w:p w14:paraId="37817F6B" w14:textId="77777777" w:rsidR="005A0175" w:rsidRDefault="002F1498">
            <w:r>
              <w:rPr>
                <w:b/>
                <w:color w:val="0B2545"/>
                <w:sz w:val="16"/>
              </w:rPr>
              <w:t>상세규격 및 검수기준</w:t>
            </w:r>
          </w:p>
        </w:tc>
      </w:tr>
      <w:tr w:rsidR="005A0175" w14:paraId="5E71828F" w14:textId="77777777">
        <w:trPr>
          <w:jc w:val="center"/>
        </w:trPr>
        <w:tc>
          <w:tcPr>
            <w:tcW w:w="1296" w:type="dxa"/>
            <w:vAlign w:val="center"/>
          </w:tcPr>
          <w:p w14:paraId="2BC7C9A4" w14:textId="77777777" w:rsidR="005A0175" w:rsidRDefault="002F1498">
            <w:r>
              <w:rPr>
                <w:sz w:val="16"/>
              </w:rPr>
              <w:t>WMS-OR-001</w:t>
            </w:r>
          </w:p>
        </w:tc>
        <w:tc>
          <w:tcPr>
            <w:tcW w:w="1872" w:type="dxa"/>
            <w:vAlign w:val="center"/>
          </w:tcPr>
          <w:p w14:paraId="2A8F568C" w14:textId="77777777" w:rsidR="005A0175" w:rsidRDefault="002F1498">
            <w:r>
              <w:rPr>
                <w:sz w:val="16"/>
              </w:rPr>
              <w:t>주문 업로드</w:t>
            </w:r>
          </w:p>
        </w:tc>
        <w:tc>
          <w:tcPr>
            <w:tcW w:w="6192" w:type="dxa"/>
            <w:vAlign w:val="center"/>
          </w:tcPr>
          <w:p w14:paraId="57F7F4A7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화주별 엑셀양식, 주문 일괄등록, 오류검증 및 오류목록 다운로드</w:t>
            </w:r>
          </w:p>
        </w:tc>
      </w:tr>
      <w:tr w:rsidR="005A0175" w14:paraId="3C3BEB63" w14:textId="77777777">
        <w:trPr>
          <w:jc w:val="center"/>
        </w:trPr>
        <w:tc>
          <w:tcPr>
            <w:tcW w:w="1296" w:type="dxa"/>
            <w:vAlign w:val="center"/>
          </w:tcPr>
          <w:p w14:paraId="43AA8443" w14:textId="77777777" w:rsidR="005A0175" w:rsidRDefault="002F1498">
            <w:r>
              <w:rPr>
                <w:sz w:val="16"/>
              </w:rPr>
              <w:t>WMS-OR-002</w:t>
            </w:r>
          </w:p>
        </w:tc>
        <w:tc>
          <w:tcPr>
            <w:tcW w:w="1872" w:type="dxa"/>
            <w:vAlign w:val="center"/>
          </w:tcPr>
          <w:p w14:paraId="7FA0CFC9" w14:textId="77777777" w:rsidR="005A0175" w:rsidRDefault="002F1498">
            <w:r>
              <w:rPr>
                <w:sz w:val="16"/>
              </w:rPr>
              <w:t>주문 연계</w:t>
            </w:r>
          </w:p>
        </w:tc>
        <w:tc>
          <w:tcPr>
            <w:tcW w:w="6192" w:type="dxa"/>
            <w:vAlign w:val="center"/>
          </w:tcPr>
          <w:p w14:paraId="57503CDE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외부 ERP·OMS·쇼핑몰 주문 REST API 또는 파일 수신</w:t>
            </w:r>
          </w:p>
        </w:tc>
      </w:tr>
      <w:tr w:rsidR="005A0175" w14:paraId="7E41222C" w14:textId="77777777">
        <w:trPr>
          <w:jc w:val="center"/>
        </w:trPr>
        <w:tc>
          <w:tcPr>
            <w:tcW w:w="1296" w:type="dxa"/>
            <w:vAlign w:val="center"/>
          </w:tcPr>
          <w:p w14:paraId="61C20D87" w14:textId="77777777" w:rsidR="005A0175" w:rsidRDefault="002F1498">
            <w:r>
              <w:rPr>
                <w:sz w:val="16"/>
              </w:rPr>
              <w:t>WMS-OR-003</w:t>
            </w:r>
          </w:p>
        </w:tc>
        <w:tc>
          <w:tcPr>
            <w:tcW w:w="1872" w:type="dxa"/>
            <w:vAlign w:val="center"/>
          </w:tcPr>
          <w:p w14:paraId="6C8DE8B4" w14:textId="77777777" w:rsidR="005A0175" w:rsidRDefault="002F1498">
            <w:r>
              <w:rPr>
                <w:sz w:val="16"/>
              </w:rPr>
              <w:t>주문상태</w:t>
            </w:r>
          </w:p>
        </w:tc>
        <w:tc>
          <w:tcPr>
            <w:tcW w:w="6192" w:type="dxa"/>
            <w:vAlign w:val="center"/>
          </w:tcPr>
          <w:p w14:paraId="1B253A7A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접수, 확정, 할당, 피킹, 검수, 포장, 출고완료, 취소 상태 관리</w:t>
            </w:r>
          </w:p>
        </w:tc>
      </w:tr>
      <w:tr w:rsidR="005A0175" w14:paraId="06EF4E8C" w14:textId="77777777">
        <w:trPr>
          <w:jc w:val="center"/>
        </w:trPr>
        <w:tc>
          <w:tcPr>
            <w:tcW w:w="1296" w:type="dxa"/>
            <w:vAlign w:val="center"/>
          </w:tcPr>
          <w:p w14:paraId="23C8F99B" w14:textId="77777777" w:rsidR="005A0175" w:rsidRDefault="002F1498">
            <w:r>
              <w:rPr>
                <w:sz w:val="16"/>
              </w:rPr>
              <w:t>WMS-OR-004</w:t>
            </w:r>
          </w:p>
        </w:tc>
        <w:tc>
          <w:tcPr>
            <w:tcW w:w="1872" w:type="dxa"/>
            <w:vAlign w:val="center"/>
          </w:tcPr>
          <w:p w14:paraId="701C8074" w14:textId="77777777" w:rsidR="005A0175" w:rsidRDefault="002F1498">
            <w:r>
              <w:rPr>
                <w:sz w:val="16"/>
              </w:rPr>
              <w:t>B2C 풀필먼트</w:t>
            </w:r>
          </w:p>
        </w:tc>
        <w:tc>
          <w:tcPr>
            <w:tcW w:w="6192" w:type="dxa"/>
            <w:vAlign w:val="center"/>
          </w:tcPr>
          <w:p w14:paraId="1078D77B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소량다품종, 합포장·분할출고·세트상품 출고</w:t>
            </w:r>
          </w:p>
        </w:tc>
      </w:tr>
      <w:tr w:rsidR="005A0175" w14:paraId="1EA3E9C8" w14:textId="77777777">
        <w:trPr>
          <w:jc w:val="center"/>
        </w:trPr>
        <w:tc>
          <w:tcPr>
            <w:tcW w:w="1296" w:type="dxa"/>
            <w:vAlign w:val="center"/>
          </w:tcPr>
          <w:p w14:paraId="25A50191" w14:textId="77777777" w:rsidR="005A0175" w:rsidRDefault="002F1498">
            <w:r>
              <w:rPr>
                <w:sz w:val="16"/>
              </w:rPr>
              <w:t>WMS-PK-001</w:t>
            </w:r>
          </w:p>
        </w:tc>
        <w:tc>
          <w:tcPr>
            <w:tcW w:w="1872" w:type="dxa"/>
            <w:vAlign w:val="center"/>
          </w:tcPr>
          <w:p w14:paraId="4639CDB3" w14:textId="77777777" w:rsidR="005A0175" w:rsidRDefault="002F1498">
            <w:r>
              <w:rPr>
                <w:sz w:val="16"/>
              </w:rPr>
              <w:t>피킹작업 지시</w:t>
            </w:r>
          </w:p>
        </w:tc>
        <w:tc>
          <w:tcPr>
            <w:tcW w:w="6192" w:type="dxa"/>
            <w:vAlign w:val="center"/>
          </w:tcPr>
          <w:p w14:paraId="32952472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우선순위, 마감, 운송편, 작업구역 고려</w:t>
            </w:r>
          </w:p>
        </w:tc>
      </w:tr>
      <w:tr w:rsidR="005A0175" w14:paraId="748C144E" w14:textId="77777777">
        <w:trPr>
          <w:jc w:val="center"/>
        </w:trPr>
        <w:tc>
          <w:tcPr>
            <w:tcW w:w="1296" w:type="dxa"/>
            <w:vAlign w:val="center"/>
          </w:tcPr>
          <w:p w14:paraId="114C5242" w14:textId="77777777" w:rsidR="005A0175" w:rsidRDefault="002F1498">
            <w:r>
              <w:rPr>
                <w:sz w:val="16"/>
              </w:rPr>
              <w:t>WMS-PK-002</w:t>
            </w:r>
          </w:p>
        </w:tc>
        <w:tc>
          <w:tcPr>
            <w:tcW w:w="1872" w:type="dxa"/>
            <w:vAlign w:val="center"/>
          </w:tcPr>
          <w:p w14:paraId="37FC7516" w14:textId="77777777" w:rsidR="005A0175" w:rsidRDefault="002F1498">
            <w:r>
              <w:rPr>
                <w:sz w:val="16"/>
              </w:rPr>
              <w:t>웨이브 피킹</w:t>
            </w:r>
          </w:p>
        </w:tc>
        <w:tc>
          <w:tcPr>
            <w:tcW w:w="6192" w:type="dxa"/>
            <w:vAlign w:val="center"/>
          </w:tcPr>
          <w:p w14:paraId="6B248EED" w14:textId="77777777" w:rsidR="005A0175" w:rsidRDefault="002F1498">
            <w:r>
              <w:rPr>
                <w:sz w:val="16"/>
              </w:rPr>
              <w:t>단일, Batch, Zone, Wave 방식 지원</w:t>
            </w:r>
          </w:p>
        </w:tc>
      </w:tr>
      <w:tr w:rsidR="005A0175" w14:paraId="2CBA2F49" w14:textId="77777777">
        <w:trPr>
          <w:jc w:val="center"/>
        </w:trPr>
        <w:tc>
          <w:tcPr>
            <w:tcW w:w="1296" w:type="dxa"/>
            <w:vAlign w:val="center"/>
          </w:tcPr>
          <w:p w14:paraId="3CF3D811" w14:textId="77777777" w:rsidR="005A0175" w:rsidRDefault="002F1498">
            <w:r>
              <w:rPr>
                <w:sz w:val="16"/>
              </w:rPr>
              <w:t>WMS-PK-003</w:t>
            </w:r>
          </w:p>
        </w:tc>
        <w:tc>
          <w:tcPr>
            <w:tcW w:w="1872" w:type="dxa"/>
            <w:vAlign w:val="center"/>
          </w:tcPr>
          <w:p w14:paraId="71B4D505" w14:textId="77777777" w:rsidR="005A0175" w:rsidRDefault="002F1498">
            <w:r>
              <w:rPr>
                <w:sz w:val="16"/>
              </w:rPr>
              <w:t>AI 피킹경로</w:t>
            </w:r>
          </w:p>
        </w:tc>
        <w:tc>
          <w:tcPr>
            <w:tcW w:w="6192" w:type="dxa"/>
            <w:vAlign w:val="center"/>
          </w:tcPr>
          <w:p w14:paraId="415D20A5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로케이션, 작업자 위치, 통로 혼잡도, 주문마감 기반 경로 계산</w:t>
            </w:r>
          </w:p>
        </w:tc>
      </w:tr>
      <w:tr w:rsidR="005A0175" w14:paraId="1E7E72B6" w14:textId="77777777">
        <w:trPr>
          <w:jc w:val="center"/>
        </w:trPr>
        <w:tc>
          <w:tcPr>
            <w:tcW w:w="1296" w:type="dxa"/>
            <w:vAlign w:val="center"/>
          </w:tcPr>
          <w:p w14:paraId="7DB4D916" w14:textId="77777777" w:rsidR="005A0175" w:rsidRDefault="002F1498">
            <w:r>
              <w:rPr>
                <w:sz w:val="16"/>
              </w:rPr>
              <w:t>WMS-PK-004</w:t>
            </w:r>
          </w:p>
        </w:tc>
        <w:tc>
          <w:tcPr>
            <w:tcW w:w="1872" w:type="dxa"/>
            <w:vAlign w:val="center"/>
          </w:tcPr>
          <w:p w14:paraId="1DF90B78" w14:textId="77777777" w:rsidR="005A0175" w:rsidRDefault="002F1498">
            <w:r>
              <w:rPr>
                <w:sz w:val="16"/>
              </w:rPr>
              <w:t>PDA 피킹검증</w:t>
            </w:r>
          </w:p>
        </w:tc>
        <w:tc>
          <w:tcPr>
            <w:tcW w:w="6192" w:type="dxa"/>
            <w:vAlign w:val="center"/>
          </w:tcPr>
          <w:p w14:paraId="7639B26A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로케이션과 상품 순차 스캔, 오피킹·초과피킹 차단</w:t>
            </w:r>
          </w:p>
        </w:tc>
      </w:tr>
      <w:tr w:rsidR="005A0175" w14:paraId="76043BFB" w14:textId="77777777">
        <w:trPr>
          <w:jc w:val="center"/>
        </w:trPr>
        <w:tc>
          <w:tcPr>
            <w:tcW w:w="1296" w:type="dxa"/>
            <w:vAlign w:val="center"/>
          </w:tcPr>
          <w:p w14:paraId="740380AA" w14:textId="77777777" w:rsidR="005A0175" w:rsidRDefault="002F1498">
            <w:r>
              <w:rPr>
                <w:sz w:val="16"/>
              </w:rPr>
              <w:t>WMS-PK-005</w:t>
            </w:r>
          </w:p>
        </w:tc>
        <w:tc>
          <w:tcPr>
            <w:tcW w:w="1872" w:type="dxa"/>
            <w:vAlign w:val="center"/>
          </w:tcPr>
          <w:p w14:paraId="456BDDB6" w14:textId="77777777" w:rsidR="005A0175" w:rsidRDefault="002F1498">
            <w:r>
              <w:rPr>
                <w:sz w:val="16"/>
              </w:rPr>
              <w:t>Short Picking</w:t>
            </w:r>
          </w:p>
        </w:tc>
        <w:tc>
          <w:tcPr>
            <w:tcW w:w="6192" w:type="dxa"/>
            <w:vAlign w:val="center"/>
          </w:tcPr>
          <w:p w14:paraId="562574F2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부족수량 및 원인 기록, 대체·보류·부분출고</w:t>
            </w:r>
          </w:p>
        </w:tc>
      </w:tr>
      <w:tr w:rsidR="005A0175" w14:paraId="50C846BE" w14:textId="77777777">
        <w:trPr>
          <w:jc w:val="center"/>
        </w:trPr>
        <w:tc>
          <w:tcPr>
            <w:tcW w:w="1296" w:type="dxa"/>
            <w:vAlign w:val="center"/>
          </w:tcPr>
          <w:p w14:paraId="1B7E04BF" w14:textId="77777777" w:rsidR="005A0175" w:rsidRDefault="002F1498">
            <w:r>
              <w:rPr>
                <w:sz w:val="16"/>
              </w:rPr>
              <w:t>WMS-PK-006</w:t>
            </w:r>
          </w:p>
        </w:tc>
        <w:tc>
          <w:tcPr>
            <w:tcW w:w="1872" w:type="dxa"/>
            <w:vAlign w:val="center"/>
          </w:tcPr>
          <w:p w14:paraId="4C88D0E7" w14:textId="77777777" w:rsidR="005A0175" w:rsidRDefault="002F1498">
            <w:r>
              <w:rPr>
                <w:sz w:val="16"/>
              </w:rPr>
              <w:t>분류작업</w:t>
            </w:r>
          </w:p>
        </w:tc>
        <w:tc>
          <w:tcPr>
            <w:tcW w:w="6192" w:type="dxa"/>
            <w:vAlign w:val="center"/>
          </w:tcPr>
          <w:p w14:paraId="37C30CA1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주문·화주·배송처 단위 분류지시 및 확인</w:t>
            </w:r>
          </w:p>
        </w:tc>
      </w:tr>
      <w:tr w:rsidR="005A0175" w14:paraId="206F9887" w14:textId="77777777">
        <w:trPr>
          <w:jc w:val="center"/>
        </w:trPr>
        <w:tc>
          <w:tcPr>
            <w:tcW w:w="1296" w:type="dxa"/>
            <w:vAlign w:val="center"/>
          </w:tcPr>
          <w:p w14:paraId="2E4EC117" w14:textId="77777777" w:rsidR="005A0175" w:rsidRDefault="002F1498">
            <w:r>
              <w:rPr>
                <w:sz w:val="16"/>
              </w:rPr>
              <w:t>WMS-PK-007</w:t>
            </w:r>
          </w:p>
        </w:tc>
        <w:tc>
          <w:tcPr>
            <w:tcW w:w="1872" w:type="dxa"/>
            <w:vAlign w:val="center"/>
          </w:tcPr>
          <w:p w14:paraId="1E524F92" w14:textId="77777777" w:rsidR="005A0175" w:rsidRDefault="002F1498">
            <w:r>
              <w:rPr>
                <w:sz w:val="16"/>
              </w:rPr>
              <w:t>혼잡도 관리</w:t>
            </w:r>
          </w:p>
        </w:tc>
        <w:tc>
          <w:tcPr>
            <w:tcW w:w="6192" w:type="dxa"/>
            <w:vAlign w:val="center"/>
          </w:tcPr>
          <w:p w14:paraId="56C36110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동일 통로 작업 집중 방지</w:t>
            </w:r>
          </w:p>
        </w:tc>
      </w:tr>
      <w:tr w:rsidR="005A0175" w14:paraId="289C192D" w14:textId="77777777">
        <w:trPr>
          <w:jc w:val="center"/>
        </w:trPr>
        <w:tc>
          <w:tcPr>
            <w:tcW w:w="1296" w:type="dxa"/>
            <w:vAlign w:val="center"/>
          </w:tcPr>
          <w:p w14:paraId="743B343A" w14:textId="77777777" w:rsidR="005A0175" w:rsidRDefault="002F1498">
            <w:r>
              <w:rPr>
                <w:sz w:val="16"/>
              </w:rPr>
              <w:t>WMS-PK-008</w:t>
            </w:r>
          </w:p>
        </w:tc>
        <w:tc>
          <w:tcPr>
            <w:tcW w:w="1872" w:type="dxa"/>
            <w:vAlign w:val="center"/>
          </w:tcPr>
          <w:p w14:paraId="1E4F9653" w14:textId="77777777" w:rsidR="005A0175" w:rsidRDefault="002F1498">
            <w:r>
              <w:rPr>
                <w:sz w:val="16"/>
              </w:rPr>
              <w:t>작업실적</w:t>
            </w:r>
          </w:p>
        </w:tc>
        <w:tc>
          <w:tcPr>
            <w:tcW w:w="6192" w:type="dxa"/>
            <w:vAlign w:val="center"/>
          </w:tcPr>
          <w:p w14:paraId="6E46AE5D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작업자별 이동시간, 피킹건수, 오류건수, 대기시간 기록</w:t>
            </w:r>
          </w:p>
        </w:tc>
      </w:tr>
    </w:tbl>
    <w:p w14:paraId="077EA2B3" w14:textId="77777777" w:rsidR="005A0175" w:rsidRDefault="005A0175">
      <w:pPr>
        <w:rPr>
          <w:lang w:eastAsia="ko-KR"/>
        </w:rPr>
      </w:pPr>
    </w:p>
    <w:p w14:paraId="20346E38" w14:textId="77777777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t>4. 검수·포장·라벨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296"/>
        <w:gridCol w:w="1872"/>
        <w:gridCol w:w="6192"/>
      </w:tblGrid>
      <w:tr w:rsidR="005A0175" w14:paraId="2384F38B" w14:textId="77777777">
        <w:trPr>
          <w:jc w:val="center"/>
        </w:trPr>
        <w:tc>
          <w:tcPr>
            <w:tcW w:w="1296" w:type="dxa"/>
            <w:shd w:val="clear" w:color="auto" w:fill="E8EEF5"/>
            <w:vAlign w:val="center"/>
          </w:tcPr>
          <w:p w14:paraId="16750EDF" w14:textId="77777777" w:rsidR="005A0175" w:rsidRDefault="002F1498">
            <w:r>
              <w:rPr>
                <w:b/>
                <w:color w:val="0B2545"/>
                <w:sz w:val="16"/>
              </w:rPr>
              <w:t>ID</w:t>
            </w:r>
          </w:p>
        </w:tc>
        <w:tc>
          <w:tcPr>
            <w:tcW w:w="1872" w:type="dxa"/>
            <w:shd w:val="clear" w:color="auto" w:fill="E8EEF5"/>
            <w:vAlign w:val="center"/>
          </w:tcPr>
          <w:p w14:paraId="23C84127" w14:textId="77777777" w:rsidR="005A0175" w:rsidRDefault="002F1498">
            <w:r>
              <w:rPr>
                <w:b/>
                <w:color w:val="0B2545"/>
                <w:sz w:val="16"/>
              </w:rPr>
              <w:t>요구사항</w:t>
            </w:r>
          </w:p>
        </w:tc>
        <w:tc>
          <w:tcPr>
            <w:tcW w:w="6192" w:type="dxa"/>
            <w:shd w:val="clear" w:color="auto" w:fill="E8EEF5"/>
            <w:vAlign w:val="center"/>
          </w:tcPr>
          <w:p w14:paraId="54783B3A" w14:textId="77777777" w:rsidR="005A0175" w:rsidRDefault="002F1498">
            <w:r>
              <w:rPr>
                <w:b/>
                <w:color w:val="0B2545"/>
                <w:sz w:val="16"/>
              </w:rPr>
              <w:t>상세규격 및 검수기준</w:t>
            </w:r>
          </w:p>
        </w:tc>
      </w:tr>
      <w:tr w:rsidR="005A0175" w14:paraId="76A9928E" w14:textId="77777777">
        <w:trPr>
          <w:jc w:val="center"/>
        </w:trPr>
        <w:tc>
          <w:tcPr>
            <w:tcW w:w="1296" w:type="dxa"/>
            <w:vAlign w:val="center"/>
          </w:tcPr>
          <w:p w14:paraId="3E7FDC4F" w14:textId="77777777" w:rsidR="005A0175" w:rsidRDefault="002F1498">
            <w:r>
              <w:rPr>
                <w:sz w:val="16"/>
              </w:rPr>
              <w:t>WMS-PA-001</w:t>
            </w:r>
          </w:p>
        </w:tc>
        <w:tc>
          <w:tcPr>
            <w:tcW w:w="1872" w:type="dxa"/>
            <w:vAlign w:val="center"/>
          </w:tcPr>
          <w:p w14:paraId="4A33A11C" w14:textId="77777777" w:rsidR="005A0175" w:rsidRDefault="002F1498">
            <w:r>
              <w:rPr>
                <w:sz w:val="16"/>
              </w:rPr>
              <w:t>출고검수</w:t>
            </w:r>
          </w:p>
        </w:tc>
        <w:tc>
          <w:tcPr>
            <w:tcW w:w="6192" w:type="dxa"/>
            <w:vAlign w:val="center"/>
          </w:tcPr>
          <w:p w14:paraId="39B883EB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주문정보와 피킹상품 바코드 대조</w:t>
            </w:r>
          </w:p>
        </w:tc>
      </w:tr>
      <w:tr w:rsidR="005A0175" w14:paraId="67F7A508" w14:textId="77777777">
        <w:trPr>
          <w:jc w:val="center"/>
        </w:trPr>
        <w:tc>
          <w:tcPr>
            <w:tcW w:w="1296" w:type="dxa"/>
            <w:vAlign w:val="center"/>
          </w:tcPr>
          <w:p w14:paraId="626836AA" w14:textId="77777777" w:rsidR="005A0175" w:rsidRDefault="002F1498">
            <w:r>
              <w:rPr>
                <w:sz w:val="16"/>
              </w:rPr>
              <w:t>WMS-PA-002</w:t>
            </w:r>
          </w:p>
        </w:tc>
        <w:tc>
          <w:tcPr>
            <w:tcW w:w="1872" w:type="dxa"/>
            <w:vAlign w:val="center"/>
          </w:tcPr>
          <w:p w14:paraId="5305F2F2" w14:textId="77777777" w:rsidR="005A0175" w:rsidRDefault="002F1498">
            <w:r>
              <w:rPr>
                <w:sz w:val="16"/>
              </w:rPr>
              <w:t>오류처리</w:t>
            </w:r>
          </w:p>
        </w:tc>
        <w:tc>
          <w:tcPr>
            <w:tcW w:w="6192" w:type="dxa"/>
            <w:vAlign w:val="center"/>
          </w:tcPr>
          <w:p w14:paraId="264609EE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오품목, 수량차이, LOT 오류, 유통기한 오류 등록 및 재작업</w:t>
            </w:r>
          </w:p>
        </w:tc>
      </w:tr>
      <w:tr w:rsidR="005A0175" w14:paraId="33A672F8" w14:textId="77777777">
        <w:trPr>
          <w:jc w:val="center"/>
        </w:trPr>
        <w:tc>
          <w:tcPr>
            <w:tcW w:w="1296" w:type="dxa"/>
            <w:vAlign w:val="center"/>
          </w:tcPr>
          <w:p w14:paraId="22831F3E" w14:textId="77777777" w:rsidR="005A0175" w:rsidRDefault="002F1498">
            <w:r>
              <w:rPr>
                <w:sz w:val="16"/>
              </w:rPr>
              <w:t>WMS-PA-003</w:t>
            </w:r>
          </w:p>
        </w:tc>
        <w:tc>
          <w:tcPr>
            <w:tcW w:w="1872" w:type="dxa"/>
            <w:vAlign w:val="center"/>
          </w:tcPr>
          <w:p w14:paraId="1B524041" w14:textId="77777777" w:rsidR="005A0175" w:rsidRDefault="002F1498">
            <w:r>
              <w:rPr>
                <w:sz w:val="16"/>
              </w:rPr>
              <w:t>포장지시</w:t>
            </w:r>
          </w:p>
        </w:tc>
        <w:tc>
          <w:tcPr>
            <w:tcW w:w="6192" w:type="dxa"/>
            <w:vAlign w:val="center"/>
          </w:tcPr>
          <w:p w14:paraId="3D77AFF7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주문 및 상품속성별 포장장소·방법 안내</w:t>
            </w:r>
          </w:p>
        </w:tc>
      </w:tr>
      <w:tr w:rsidR="005A0175" w14:paraId="21DBDFB4" w14:textId="77777777">
        <w:trPr>
          <w:jc w:val="center"/>
        </w:trPr>
        <w:tc>
          <w:tcPr>
            <w:tcW w:w="1296" w:type="dxa"/>
            <w:vAlign w:val="center"/>
          </w:tcPr>
          <w:p w14:paraId="13955E93" w14:textId="77777777" w:rsidR="005A0175" w:rsidRDefault="002F1498">
            <w:r>
              <w:rPr>
                <w:sz w:val="16"/>
              </w:rPr>
              <w:t>WMS-PA-004</w:t>
            </w:r>
          </w:p>
        </w:tc>
        <w:tc>
          <w:tcPr>
            <w:tcW w:w="1872" w:type="dxa"/>
            <w:vAlign w:val="center"/>
          </w:tcPr>
          <w:p w14:paraId="6459F602" w14:textId="77777777" w:rsidR="005A0175" w:rsidRDefault="002F1498">
            <w:r>
              <w:rPr>
                <w:sz w:val="16"/>
              </w:rPr>
              <w:t>포장실적</w:t>
            </w:r>
          </w:p>
        </w:tc>
        <w:tc>
          <w:tcPr>
            <w:tcW w:w="6192" w:type="dxa"/>
            <w:vAlign w:val="center"/>
          </w:tcPr>
          <w:p w14:paraId="6A3F84F0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포장자, 포장시간, 포장재, 박스수, 중량 기록</w:t>
            </w:r>
          </w:p>
        </w:tc>
      </w:tr>
      <w:tr w:rsidR="005A0175" w14:paraId="351179C7" w14:textId="77777777">
        <w:trPr>
          <w:jc w:val="center"/>
        </w:trPr>
        <w:tc>
          <w:tcPr>
            <w:tcW w:w="1296" w:type="dxa"/>
            <w:vAlign w:val="center"/>
          </w:tcPr>
          <w:p w14:paraId="0B21C12E" w14:textId="77777777" w:rsidR="005A0175" w:rsidRDefault="002F1498">
            <w:r>
              <w:rPr>
                <w:sz w:val="16"/>
              </w:rPr>
              <w:t>WMS-PA-005</w:t>
            </w:r>
          </w:p>
        </w:tc>
        <w:tc>
          <w:tcPr>
            <w:tcW w:w="1872" w:type="dxa"/>
            <w:vAlign w:val="center"/>
          </w:tcPr>
          <w:p w14:paraId="28FCAB73" w14:textId="77777777" w:rsidR="005A0175" w:rsidRDefault="002F1498">
            <w:r>
              <w:rPr>
                <w:sz w:val="16"/>
              </w:rPr>
              <w:t>포장자재 재고</w:t>
            </w:r>
          </w:p>
        </w:tc>
        <w:tc>
          <w:tcPr>
            <w:tcW w:w="6192" w:type="dxa"/>
            <w:vAlign w:val="center"/>
          </w:tcPr>
          <w:p w14:paraId="004A14ED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박스·완충재·라벨 입출고와 사용량 관리</w:t>
            </w:r>
          </w:p>
        </w:tc>
      </w:tr>
      <w:tr w:rsidR="005A0175" w14:paraId="15F070BC" w14:textId="77777777">
        <w:trPr>
          <w:jc w:val="center"/>
        </w:trPr>
        <w:tc>
          <w:tcPr>
            <w:tcW w:w="1296" w:type="dxa"/>
            <w:vAlign w:val="center"/>
          </w:tcPr>
          <w:p w14:paraId="7A798B2D" w14:textId="77777777" w:rsidR="005A0175" w:rsidRDefault="002F1498">
            <w:r>
              <w:rPr>
                <w:sz w:val="16"/>
              </w:rPr>
              <w:t>WMS-PA-006</w:t>
            </w:r>
          </w:p>
        </w:tc>
        <w:tc>
          <w:tcPr>
            <w:tcW w:w="1872" w:type="dxa"/>
            <w:vAlign w:val="center"/>
          </w:tcPr>
          <w:p w14:paraId="23DD3B4E" w14:textId="77777777" w:rsidR="005A0175" w:rsidRDefault="002F1498">
            <w:r>
              <w:rPr>
                <w:sz w:val="16"/>
              </w:rPr>
              <w:t>배송라벨 발행</w:t>
            </w:r>
          </w:p>
        </w:tc>
        <w:tc>
          <w:tcPr>
            <w:tcW w:w="6192" w:type="dxa"/>
            <w:vAlign w:val="center"/>
          </w:tcPr>
          <w:p w14:paraId="7938DFD9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택배사·화주별 라벨 생성 및 출력</w:t>
            </w:r>
          </w:p>
        </w:tc>
      </w:tr>
      <w:tr w:rsidR="005A0175" w14:paraId="20A9594A" w14:textId="77777777">
        <w:trPr>
          <w:jc w:val="center"/>
        </w:trPr>
        <w:tc>
          <w:tcPr>
            <w:tcW w:w="1296" w:type="dxa"/>
            <w:vAlign w:val="center"/>
          </w:tcPr>
          <w:p w14:paraId="44219B29" w14:textId="77777777" w:rsidR="005A0175" w:rsidRDefault="002F1498">
            <w:r>
              <w:rPr>
                <w:sz w:val="16"/>
              </w:rPr>
              <w:t>WMS-PA-007</w:t>
            </w:r>
          </w:p>
        </w:tc>
        <w:tc>
          <w:tcPr>
            <w:tcW w:w="1872" w:type="dxa"/>
            <w:vAlign w:val="center"/>
          </w:tcPr>
          <w:p w14:paraId="584A5CF1" w14:textId="77777777" w:rsidR="005A0175" w:rsidRDefault="002F1498">
            <w:r>
              <w:rPr>
                <w:sz w:val="16"/>
              </w:rPr>
              <w:t>라벨 재검증</w:t>
            </w:r>
          </w:p>
        </w:tc>
        <w:tc>
          <w:tcPr>
            <w:tcW w:w="6192" w:type="dxa"/>
            <w:vAlign w:val="center"/>
          </w:tcPr>
          <w:p w14:paraId="37DC7CB7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발행라벨과 주문·박스정보 재스캔으로 오부착 차단</w:t>
            </w:r>
          </w:p>
        </w:tc>
      </w:tr>
      <w:tr w:rsidR="005A0175" w14:paraId="765DBEF5" w14:textId="77777777">
        <w:trPr>
          <w:jc w:val="center"/>
        </w:trPr>
        <w:tc>
          <w:tcPr>
            <w:tcW w:w="1296" w:type="dxa"/>
            <w:vAlign w:val="center"/>
          </w:tcPr>
          <w:p w14:paraId="1BD33970" w14:textId="77777777" w:rsidR="005A0175" w:rsidRDefault="002F1498">
            <w:r>
              <w:rPr>
                <w:sz w:val="16"/>
              </w:rPr>
              <w:t>WMS-PA-008</w:t>
            </w:r>
          </w:p>
        </w:tc>
        <w:tc>
          <w:tcPr>
            <w:tcW w:w="1872" w:type="dxa"/>
            <w:vAlign w:val="center"/>
          </w:tcPr>
          <w:p w14:paraId="114F3117" w14:textId="77777777" w:rsidR="005A0175" w:rsidRDefault="002F1498">
            <w:r>
              <w:rPr>
                <w:sz w:val="16"/>
              </w:rPr>
              <w:t>출고확정</w:t>
            </w:r>
          </w:p>
        </w:tc>
        <w:tc>
          <w:tcPr>
            <w:tcW w:w="6192" w:type="dxa"/>
            <w:vAlign w:val="center"/>
          </w:tcPr>
          <w:p w14:paraId="261B0A10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검수와 라벨검증 완료 주문만 출고확정</w:t>
            </w:r>
          </w:p>
        </w:tc>
      </w:tr>
    </w:tbl>
    <w:p w14:paraId="0573B139" w14:textId="77777777" w:rsidR="005A0175" w:rsidRDefault="005A0175">
      <w:pPr>
        <w:rPr>
          <w:lang w:eastAsia="ko-KR"/>
        </w:rPr>
      </w:pPr>
    </w:p>
    <w:p w14:paraId="426280B1" w14:textId="77777777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t>5. 운송관리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296"/>
        <w:gridCol w:w="1872"/>
        <w:gridCol w:w="6192"/>
      </w:tblGrid>
      <w:tr w:rsidR="005A0175" w14:paraId="3E321169" w14:textId="77777777">
        <w:trPr>
          <w:jc w:val="center"/>
        </w:trPr>
        <w:tc>
          <w:tcPr>
            <w:tcW w:w="1296" w:type="dxa"/>
            <w:shd w:val="clear" w:color="auto" w:fill="E8EEF5"/>
            <w:vAlign w:val="center"/>
          </w:tcPr>
          <w:p w14:paraId="57EFEDDA" w14:textId="77777777" w:rsidR="005A0175" w:rsidRDefault="002F1498">
            <w:r>
              <w:rPr>
                <w:b/>
                <w:color w:val="0B2545"/>
                <w:sz w:val="16"/>
              </w:rPr>
              <w:t>ID</w:t>
            </w:r>
          </w:p>
        </w:tc>
        <w:tc>
          <w:tcPr>
            <w:tcW w:w="1872" w:type="dxa"/>
            <w:shd w:val="clear" w:color="auto" w:fill="E8EEF5"/>
            <w:vAlign w:val="center"/>
          </w:tcPr>
          <w:p w14:paraId="2A849F16" w14:textId="77777777" w:rsidR="005A0175" w:rsidRDefault="002F1498">
            <w:r>
              <w:rPr>
                <w:b/>
                <w:color w:val="0B2545"/>
                <w:sz w:val="16"/>
              </w:rPr>
              <w:t>요구사항</w:t>
            </w:r>
          </w:p>
        </w:tc>
        <w:tc>
          <w:tcPr>
            <w:tcW w:w="6192" w:type="dxa"/>
            <w:shd w:val="clear" w:color="auto" w:fill="E8EEF5"/>
            <w:vAlign w:val="center"/>
          </w:tcPr>
          <w:p w14:paraId="3CD7CF22" w14:textId="77777777" w:rsidR="005A0175" w:rsidRDefault="002F1498">
            <w:r>
              <w:rPr>
                <w:b/>
                <w:color w:val="0B2545"/>
                <w:sz w:val="16"/>
              </w:rPr>
              <w:t>상세규격 및 검수기준</w:t>
            </w:r>
          </w:p>
        </w:tc>
      </w:tr>
      <w:tr w:rsidR="005A0175" w14:paraId="14FD494A" w14:textId="77777777">
        <w:trPr>
          <w:jc w:val="center"/>
        </w:trPr>
        <w:tc>
          <w:tcPr>
            <w:tcW w:w="1296" w:type="dxa"/>
            <w:vAlign w:val="center"/>
          </w:tcPr>
          <w:p w14:paraId="21D2BC9E" w14:textId="77777777" w:rsidR="005A0175" w:rsidRDefault="002F1498">
            <w:r>
              <w:rPr>
                <w:sz w:val="16"/>
              </w:rPr>
              <w:t>WMS-TR-001</w:t>
            </w:r>
          </w:p>
        </w:tc>
        <w:tc>
          <w:tcPr>
            <w:tcW w:w="1872" w:type="dxa"/>
            <w:vAlign w:val="center"/>
          </w:tcPr>
          <w:p w14:paraId="2C9ABA37" w14:textId="77777777" w:rsidR="005A0175" w:rsidRDefault="002F1498">
            <w:r>
              <w:rPr>
                <w:sz w:val="16"/>
              </w:rPr>
              <w:t>차량 입차</w:t>
            </w:r>
          </w:p>
        </w:tc>
        <w:tc>
          <w:tcPr>
            <w:tcW w:w="6192" w:type="dxa"/>
            <w:vAlign w:val="center"/>
          </w:tcPr>
          <w:p w14:paraId="46E68807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차량번호, 운송사, 기사, 입차시간, 도크 등록</w:t>
            </w:r>
          </w:p>
        </w:tc>
      </w:tr>
      <w:tr w:rsidR="005A0175" w14:paraId="1831859E" w14:textId="77777777">
        <w:trPr>
          <w:jc w:val="center"/>
        </w:trPr>
        <w:tc>
          <w:tcPr>
            <w:tcW w:w="1296" w:type="dxa"/>
            <w:vAlign w:val="center"/>
          </w:tcPr>
          <w:p w14:paraId="53F16011" w14:textId="77777777" w:rsidR="005A0175" w:rsidRDefault="002F1498">
            <w:r>
              <w:rPr>
                <w:sz w:val="16"/>
              </w:rPr>
              <w:t>WMS-TR-002</w:t>
            </w:r>
          </w:p>
        </w:tc>
        <w:tc>
          <w:tcPr>
            <w:tcW w:w="1872" w:type="dxa"/>
            <w:vAlign w:val="center"/>
          </w:tcPr>
          <w:p w14:paraId="6DFF5140" w14:textId="77777777" w:rsidR="005A0175" w:rsidRDefault="002F1498">
            <w:r>
              <w:rPr>
                <w:sz w:val="16"/>
              </w:rPr>
              <w:t>차량·도크 배정</w:t>
            </w:r>
          </w:p>
        </w:tc>
        <w:tc>
          <w:tcPr>
            <w:tcW w:w="6192" w:type="dxa"/>
            <w:vAlign w:val="center"/>
          </w:tcPr>
          <w:p w14:paraId="76DD05B9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운송계획에 따른 차량과 도크 배정</w:t>
            </w:r>
          </w:p>
        </w:tc>
      </w:tr>
      <w:tr w:rsidR="005A0175" w14:paraId="042D0603" w14:textId="77777777">
        <w:trPr>
          <w:jc w:val="center"/>
        </w:trPr>
        <w:tc>
          <w:tcPr>
            <w:tcW w:w="1296" w:type="dxa"/>
            <w:vAlign w:val="center"/>
          </w:tcPr>
          <w:p w14:paraId="3EDFB82B" w14:textId="77777777" w:rsidR="005A0175" w:rsidRDefault="002F1498">
            <w:r>
              <w:rPr>
                <w:sz w:val="16"/>
              </w:rPr>
              <w:t>WMS-TR-003</w:t>
            </w:r>
          </w:p>
        </w:tc>
        <w:tc>
          <w:tcPr>
            <w:tcW w:w="1872" w:type="dxa"/>
            <w:vAlign w:val="center"/>
          </w:tcPr>
          <w:p w14:paraId="27A9252F" w14:textId="77777777" w:rsidR="005A0175" w:rsidRDefault="002F1498">
            <w:r>
              <w:rPr>
                <w:sz w:val="16"/>
              </w:rPr>
              <w:t>상차순서</w:t>
            </w:r>
          </w:p>
        </w:tc>
        <w:tc>
          <w:tcPr>
            <w:tcW w:w="6192" w:type="dxa"/>
            <w:vAlign w:val="center"/>
          </w:tcPr>
          <w:p w14:paraId="1F045491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배송 역순 또는 운송계획 기반 상차순서 산출</w:t>
            </w:r>
          </w:p>
        </w:tc>
      </w:tr>
      <w:tr w:rsidR="005A0175" w14:paraId="7B52A251" w14:textId="77777777">
        <w:trPr>
          <w:jc w:val="center"/>
        </w:trPr>
        <w:tc>
          <w:tcPr>
            <w:tcW w:w="1296" w:type="dxa"/>
            <w:vAlign w:val="center"/>
          </w:tcPr>
          <w:p w14:paraId="4E4C5191" w14:textId="77777777" w:rsidR="005A0175" w:rsidRDefault="002F1498">
            <w:r>
              <w:rPr>
                <w:sz w:val="16"/>
              </w:rPr>
              <w:t>WMS-TR-004</w:t>
            </w:r>
          </w:p>
        </w:tc>
        <w:tc>
          <w:tcPr>
            <w:tcW w:w="1872" w:type="dxa"/>
            <w:vAlign w:val="center"/>
          </w:tcPr>
          <w:p w14:paraId="60E21585" w14:textId="77777777" w:rsidR="005A0175" w:rsidRDefault="002F1498">
            <w:r>
              <w:rPr>
                <w:sz w:val="16"/>
              </w:rPr>
              <w:t>운송계획</w:t>
            </w:r>
          </w:p>
        </w:tc>
        <w:tc>
          <w:tcPr>
            <w:tcW w:w="6192" w:type="dxa"/>
            <w:vAlign w:val="center"/>
          </w:tcPr>
          <w:p w14:paraId="5C607418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거래처·차량·운송사·배송지역별 운송계획 작성</w:t>
            </w:r>
          </w:p>
        </w:tc>
      </w:tr>
      <w:tr w:rsidR="005A0175" w14:paraId="099F4145" w14:textId="77777777">
        <w:trPr>
          <w:jc w:val="center"/>
        </w:trPr>
        <w:tc>
          <w:tcPr>
            <w:tcW w:w="1296" w:type="dxa"/>
            <w:vAlign w:val="center"/>
          </w:tcPr>
          <w:p w14:paraId="2C2A0952" w14:textId="77777777" w:rsidR="005A0175" w:rsidRDefault="002F1498">
            <w:r>
              <w:rPr>
                <w:sz w:val="16"/>
              </w:rPr>
              <w:t>WMS-TR-005</w:t>
            </w:r>
          </w:p>
        </w:tc>
        <w:tc>
          <w:tcPr>
            <w:tcW w:w="1872" w:type="dxa"/>
            <w:vAlign w:val="center"/>
          </w:tcPr>
          <w:p w14:paraId="63B4470F" w14:textId="77777777" w:rsidR="005A0175" w:rsidRDefault="002F1498">
            <w:r>
              <w:rPr>
                <w:sz w:val="16"/>
              </w:rPr>
              <w:t>POD</w:t>
            </w:r>
          </w:p>
        </w:tc>
        <w:tc>
          <w:tcPr>
            <w:tcW w:w="6192" w:type="dxa"/>
            <w:vAlign w:val="center"/>
          </w:tcPr>
          <w:p w14:paraId="1616F41A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기사 URL 전송 및 배송완료 사진·서명·시간·위치 수집</w:t>
            </w:r>
          </w:p>
        </w:tc>
      </w:tr>
      <w:tr w:rsidR="005A0175" w14:paraId="40C8CAEC" w14:textId="77777777">
        <w:trPr>
          <w:jc w:val="center"/>
        </w:trPr>
        <w:tc>
          <w:tcPr>
            <w:tcW w:w="1296" w:type="dxa"/>
            <w:vAlign w:val="center"/>
          </w:tcPr>
          <w:p w14:paraId="3D97B3E8" w14:textId="77777777" w:rsidR="005A0175" w:rsidRDefault="002F1498">
            <w:r>
              <w:rPr>
                <w:sz w:val="16"/>
              </w:rPr>
              <w:t>WMS-TR-006</w:t>
            </w:r>
          </w:p>
        </w:tc>
        <w:tc>
          <w:tcPr>
            <w:tcW w:w="1872" w:type="dxa"/>
            <w:vAlign w:val="center"/>
          </w:tcPr>
          <w:p w14:paraId="7FDD9BD3" w14:textId="77777777" w:rsidR="005A0175" w:rsidRDefault="002F1498">
            <w:r>
              <w:rPr>
                <w:sz w:val="16"/>
              </w:rPr>
              <w:t>운송현황</w:t>
            </w:r>
          </w:p>
        </w:tc>
        <w:tc>
          <w:tcPr>
            <w:tcW w:w="6192" w:type="dxa"/>
            <w:vAlign w:val="center"/>
          </w:tcPr>
          <w:p w14:paraId="73AFF7F8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배차, 상차, 출발, 배송중, 완료 상태 조회</w:t>
            </w:r>
          </w:p>
        </w:tc>
      </w:tr>
      <w:tr w:rsidR="005A0175" w14:paraId="2E4303E1" w14:textId="77777777">
        <w:trPr>
          <w:jc w:val="center"/>
        </w:trPr>
        <w:tc>
          <w:tcPr>
            <w:tcW w:w="1296" w:type="dxa"/>
            <w:vAlign w:val="center"/>
          </w:tcPr>
          <w:p w14:paraId="721D93E0" w14:textId="77777777" w:rsidR="005A0175" w:rsidRDefault="002F1498">
            <w:r>
              <w:rPr>
                <w:sz w:val="16"/>
              </w:rPr>
              <w:t>WMS-TR-007</w:t>
            </w:r>
          </w:p>
        </w:tc>
        <w:tc>
          <w:tcPr>
            <w:tcW w:w="1872" w:type="dxa"/>
            <w:vAlign w:val="center"/>
          </w:tcPr>
          <w:p w14:paraId="73BEF7E6" w14:textId="77777777" w:rsidR="005A0175" w:rsidRDefault="002F1498">
            <w:r>
              <w:rPr>
                <w:sz w:val="16"/>
              </w:rPr>
              <w:t>운송정산</w:t>
            </w:r>
          </w:p>
        </w:tc>
        <w:tc>
          <w:tcPr>
            <w:tcW w:w="6192" w:type="dxa"/>
            <w:vAlign w:val="center"/>
          </w:tcPr>
          <w:p w14:paraId="003938C1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운송사·차량·거리·구간별 운송비 계산</w:t>
            </w:r>
          </w:p>
        </w:tc>
      </w:tr>
    </w:tbl>
    <w:p w14:paraId="5BF89851" w14:textId="77777777" w:rsidR="005A0175" w:rsidRDefault="005A0175">
      <w:pPr>
        <w:rPr>
          <w:lang w:eastAsia="ko-KR"/>
        </w:rPr>
      </w:pPr>
    </w:p>
    <w:p w14:paraId="6AF851E3" w14:textId="77777777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lastRenderedPageBreak/>
        <w:t>6. 정산 및 기준정보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296"/>
        <w:gridCol w:w="1872"/>
        <w:gridCol w:w="6192"/>
      </w:tblGrid>
      <w:tr w:rsidR="005A0175" w14:paraId="60E7862B" w14:textId="77777777">
        <w:trPr>
          <w:jc w:val="center"/>
        </w:trPr>
        <w:tc>
          <w:tcPr>
            <w:tcW w:w="1296" w:type="dxa"/>
            <w:shd w:val="clear" w:color="auto" w:fill="E8EEF5"/>
            <w:vAlign w:val="center"/>
          </w:tcPr>
          <w:p w14:paraId="536A51F9" w14:textId="77777777" w:rsidR="005A0175" w:rsidRDefault="002F1498">
            <w:r>
              <w:rPr>
                <w:b/>
                <w:color w:val="0B2545"/>
                <w:sz w:val="16"/>
              </w:rPr>
              <w:t>ID</w:t>
            </w:r>
          </w:p>
        </w:tc>
        <w:tc>
          <w:tcPr>
            <w:tcW w:w="1872" w:type="dxa"/>
            <w:shd w:val="clear" w:color="auto" w:fill="E8EEF5"/>
            <w:vAlign w:val="center"/>
          </w:tcPr>
          <w:p w14:paraId="30D79580" w14:textId="77777777" w:rsidR="005A0175" w:rsidRDefault="002F1498">
            <w:r>
              <w:rPr>
                <w:b/>
                <w:color w:val="0B2545"/>
                <w:sz w:val="16"/>
              </w:rPr>
              <w:t>요구사항</w:t>
            </w:r>
          </w:p>
        </w:tc>
        <w:tc>
          <w:tcPr>
            <w:tcW w:w="6192" w:type="dxa"/>
            <w:shd w:val="clear" w:color="auto" w:fill="E8EEF5"/>
            <w:vAlign w:val="center"/>
          </w:tcPr>
          <w:p w14:paraId="598F1362" w14:textId="77777777" w:rsidR="005A0175" w:rsidRDefault="002F1498">
            <w:r>
              <w:rPr>
                <w:b/>
                <w:color w:val="0B2545"/>
                <w:sz w:val="16"/>
              </w:rPr>
              <w:t>상세규격 및 검수기준</w:t>
            </w:r>
          </w:p>
        </w:tc>
      </w:tr>
      <w:tr w:rsidR="005A0175" w14:paraId="3C588AF6" w14:textId="77777777">
        <w:trPr>
          <w:jc w:val="center"/>
        </w:trPr>
        <w:tc>
          <w:tcPr>
            <w:tcW w:w="1296" w:type="dxa"/>
            <w:vAlign w:val="center"/>
          </w:tcPr>
          <w:p w14:paraId="2D130B38" w14:textId="77777777" w:rsidR="005A0175" w:rsidRDefault="002F1498">
            <w:r>
              <w:rPr>
                <w:sz w:val="16"/>
              </w:rPr>
              <w:t>WMS-ST-001</w:t>
            </w:r>
          </w:p>
        </w:tc>
        <w:tc>
          <w:tcPr>
            <w:tcW w:w="1872" w:type="dxa"/>
            <w:vAlign w:val="center"/>
          </w:tcPr>
          <w:p w14:paraId="4EA236E3" w14:textId="77777777" w:rsidR="005A0175" w:rsidRDefault="002F1498">
            <w:r>
              <w:rPr>
                <w:sz w:val="16"/>
              </w:rPr>
              <w:t>화주별 요율</w:t>
            </w:r>
          </w:p>
        </w:tc>
        <w:tc>
          <w:tcPr>
            <w:tcW w:w="6192" w:type="dxa"/>
            <w:vAlign w:val="center"/>
          </w:tcPr>
          <w:p w14:paraId="4020909C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입고, 하역, 보관, 피킹, 포장, 출고, 운송 요율 설정</w:t>
            </w:r>
          </w:p>
        </w:tc>
      </w:tr>
      <w:tr w:rsidR="005A0175" w14:paraId="05FD24DD" w14:textId="77777777">
        <w:trPr>
          <w:jc w:val="center"/>
        </w:trPr>
        <w:tc>
          <w:tcPr>
            <w:tcW w:w="1296" w:type="dxa"/>
            <w:vAlign w:val="center"/>
          </w:tcPr>
          <w:p w14:paraId="2BD7D47D" w14:textId="77777777" w:rsidR="005A0175" w:rsidRDefault="002F1498">
            <w:r>
              <w:rPr>
                <w:sz w:val="16"/>
              </w:rPr>
              <w:t>WMS-ST-002</w:t>
            </w:r>
          </w:p>
        </w:tc>
        <w:tc>
          <w:tcPr>
            <w:tcW w:w="1872" w:type="dxa"/>
            <w:vAlign w:val="center"/>
          </w:tcPr>
          <w:p w14:paraId="11FF8014" w14:textId="77777777" w:rsidR="005A0175" w:rsidRDefault="002F1498">
            <w:r>
              <w:rPr>
                <w:sz w:val="16"/>
              </w:rPr>
              <w:t>보관료</w:t>
            </w:r>
          </w:p>
        </w:tc>
        <w:tc>
          <w:tcPr>
            <w:tcW w:w="6192" w:type="dxa"/>
            <w:vAlign w:val="center"/>
          </w:tcPr>
          <w:p w14:paraId="11E12961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일별·월별·PLT·CBM·수량·중량 기준 보관료 계산</w:t>
            </w:r>
          </w:p>
        </w:tc>
      </w:tr>
      <w:tr w:rsidR="005A0175" w14:paraId="2D50CB99" w14:textId="77777777">
        <w:trPr>
          <w:jc w:val="center"/>
        </w:trPr>
        <w:tc>
          <w:tcPr>
            <w:tcW w:w="1296" w:type="dxa"/>
            <w:vAlign w:val="center"/>
          </w:tcPr>
          <w:p w14:paraId="5B7BF5B8" w14:textId="77777777" w:rsidR="005A0175" w:rsidRDefault="002F1498">
            <w:r>
              <w:rPr>
                <w:sz w:val="16"/>
              </w:rPr>
              <w:t>WMS-ST-003</w:t>
            </w:r>
          </w:p>
        </w:tc>
        <w:tc>
          <w:tcPr>
            <w:tcW w:w="1872" w:type="dxa"/>
            <w:vAlign w:val="center"/>
          </w:tcPr>
          <w:p w14:paraId="3D8E7FF7" w14:textId="77777777" w:rsidR="005A0175" w:rsidRDefault="002F1498">
            <w:r>
              <w:rPr>
                <w:sz w:val="16"/>
              </w:rPr>
              <w:t>정산서</w:t>
            </w:r>
          </w:p>
        </w:tc>
        <w:tc>
          <w:tcPr>
            <w:tcW w:w="6192" w:type="dxa"/>
            <w:vAlign w:val="center"/>
          </w:tcPr>
          <w:p w14:paraId="1ED004B1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화주별 정산서 자동 생성 및 PDF·엑셀 출력</w:t>
            </w:r>
          </w:p>
        </w:tc>
      </w:tr>
      <w:tr w:rsidR="005A0175" w14:paraId="278C142D" w14:textId="77777777">
        <w:trPr>
          <w:jc w:val="center"/>
        </w:trPr>
        <w:tc>
          <w:tcPr>
            <w:tcW w:w="1296" w:type="dxa"/>
            <w:vAlign w:val="center"/>
          </w:tcPr>
          <w:p w14:paraId="0F9F897F" w14:textId="77777777" w:rsidR="005A0175" w:rsidRDefault="002F1498">
            <w:r>
              <w:rPr>
                <w:sz w:val="16"/>
              </w:rPr>
              <w:t>WMS-MD-001</w:t>
            </w:r>
          </w:p>
        </w:tc>
        <w:tc>
          <w:tcPr>
            <w:tcW w:w="1872" w:type="dxa"/>
            <w:vAlign w:val="center"/>
          </w:tcPr>
          <w:p w14:paraId="766A899A" w14:textId="77777777" w:rsidR="005A0175" w:rsidRDefault="002F1498">
            <w:r>
              <w:rPr>
                <w:sz w:val="16"/>
              </w:rPr>
              <w:t>상품관리</w:t>
            </w:r>
          </w:p>
        </w:tc>
        <w:tc>
          <w:tcPr>
            <w:tcW w:w="6192" w:type="dxa"/>
            <w:vAlign w:val="center"/>
          </w:tcPr>
          <w:p w14:paraId="702DC92F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SKU, 규격, 중량, 부피, 바코드, LOT, 유통기한 관리</w:t>
            </w:r>
          </w:p>
        </w:tc>
      </w:tr>
      <w:tr w:rsidR="005A0175" w14:paraId="7492390D" w14:textId="77777777">
        <w:trPr>
          <w:jc w:val="center"/>
        </w:trPr>
        <w:tc>
          <w:tcPr>
            <w:tcW w:w="1296" w:type="dxa"/>
            <w:vAlign w:val="center"/>
          </w:tcPr>
          <w:p w14:paraId="43EEBED1" w14:textId="77777777" w:rsidR="005A0175" w:rsidRDefault="002F1498">
            <w:r>
              <w:rPr>
                <w:sz w:val="16"/>
              </w:rPr>
              <w:t>WMS-MD-002</w:t>
            </w:r>
          </w:p>
        </w:tc>
        <w:tc>
          <w:tcPr>
            <w:tcW w:w="1872" w:type="dxa"/>
            <w:vAlign w:val="center"/>
          </w:tcPr>
          <w:p w14:paraId="391B21CE" w14:textId="77777777" w:rsidR="005A0175" w:rsidRDefault="002F1498">
            <w:r>
              <w:rPr>
                <w:sz w:val="16"/>
              </w:rPr>
              <w:t>세트상품</w:t>
            </w:r>
          </w:p>
        </w:tc>
        <w:tc>
          <w:tcPr>
            <w:tcW w:w="6192" w:type="dxa"/>
            <w:vAlign w:val="center"/>
          </w:tcPr>
          <w:p w14:paraId="60ECB96B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세트 구성과 입출고 시 분해·합산 처리</w:t>
            </w:r>
          </w:p>
        </w:tc>
      </w:tr>
      <w:tr w:rsidR="005A0175" w14:paraId="68C0AD60" w14:textId="77777777">
        <w:trPr>
          <w:jc w:val="center"/>
        </w:trPr>
        <w:tc>
          <w:tcPr>
            <w:tcW w:w="1296" w:type="dxa"/>
            <w:vAlign w:val="center"/>
          </w:tcPr>
          <w:p w14:paraId="28A3993E" w14:textId="77777777" w:rsidR="005A0175" w:rsidRDefault="002F1498">
            <w:r>
              <w:rPr>
                <w:sz w:val="16"/>
              </w:rPr>
              <w:t>WMS-MD-003</w:t>
            </w:r>
          </w:p>
        </w:tc>
        <w:tc>
          <w:tcPr>
            <w:tcW w:w="1872" w:type="dxa"/>
            <w:vAlign w:val="center"/>
          </w:tcPr>
          <w:p w14:paraId="273A9A32" w14:textId="77777777" w:rsidR="005A0175" w:rsidRDefault="002F1498">
            <w:r>
              <w:rPr>
                <w:sz w:val="16"/>
              </w:rPr>
              <w:t>거래처관리</w:t>
            </w:r>
          </w:p>
        </w:tc>
        <w:tc>
          <w:tcPr>
            <w:tcW w:w="6192" w:type="dxa"/>
            <w:vAlign w:val="center"/>
          </w:tcPr>
          <w:p w14:paraId="0E3A2C43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화주·납품처·운송사·담당자·계약정보 관리</w:t>
            </w:r>
          </w:p>
        </w:tc>
      </w:tr>
      <w:tr w:rsidR="005A0175" w14:paraId="1EC37213" w14:textId="77777777">
        <w:trPr>
          <w:jc w:val="center"/>
        </w:trPr>
        <w:tc>
          <w:tcPr>
            <w:tcW w:w="1296" w:type="dxa"/>
            <w:vAlign w:val="center"/>
          </w:tcPr>
          <w:p w14:paraId="42C82E11" w14:textId="77777777" w:rsidR="005A0175" w:rsidRDefault="002F1498">
            <w:r>
              <w:rPr>
                <w:sz w:val="16"/>
              </w:rPr>
              <w:t>WMS-MD-004</w:t>
            </w:r>
          </w:p>
        </w:tc>
        <w:tc>
          <w:tcPr>
            <w:tcW w:w="1872" w:type="dxa"/>
            <w:vAlign w:val="center"/>
          </w:tcPr>
          <w:p w14:paraId="149C1520" w14:textId="77777777" w:rsidR="005A0175" w:rsidRDefault="002F1498">
            <w:r>
              <w:rPr>
                <w:sz w:val="16"/>
              </w:rPr>
              <w:t>사용자·권한</w:t>
            </w:r>
          </w:p>
        </w:tc>
        <w:tc>
          <w:tcPr>
            <w:tcW w:w="6192" w:type="dxa"/>
            <w:vAlign w:val="center"/>
          </w:tcPr>
          <w:p w14:paraId="42E32306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역할별 메뉴·화주·창고·업무 접근권한 설정</w:t>
            </w:r>
          </w:p>
        </w:tc>
      </w:tr>
      <w:tr w:rsidR="005A0175" w14:paraId="0873F66E" w14:textId="77777777">
        <w:trPr>
          <w:jc w:val="center"/>
        </w:trPr>
        <w:tc>
          <w:tcPr>
            <w:tcW w:w="1296" w:type="dxa"/>
            <w:vAlign w:val="center"/>
          </w:tcPr>
          <w:p w14:paraId="4AFC1506" w14:textId="77777777" w:rsidR="005A0175" w:rsidRDefault="002F1498">
            <w:r>
              <w:rPr>
                <w:sz w:val="16"/>
              </w:rPr>
              <w:t>WMS-MD-005</w:t>
            </w:r>
          </w:p>
        </w:tc>
        <w:tc>
          <w:tcPr>
            <w:tcW w:w="1872" w:type="dxa"/>
            <w:vAlign w:val="center"/>
          </w:tcPr>
          <w:p w14:paraId="43BF6404" w14:textId="77777777" w:rsidR="005A0175" w:rsidRDefault="002F1498">
            <w:r>
              <w:rPr>
                <w:sz w:val="16"/>
              </w:rPr>
              <w:t>감사로그</w:t>
            </w:r>
          </w:p>
        </w:tc>
        <w:tc>
          <w:tcPr>
            <w:tcW w:w="6192" w:type="dxa"/>
            <w:vAlign w:val="center"/>
          </w:tcPr>
          <w:p w14:paraId="206CC951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등록·수정·삭제·승인·출력·다운로드 이력 기록</w:t>
            </w:r>
          </w:p>
        </w:tc>
      </w:tr>
      <w:tr w:rsidR="005A0175" w14:paraId="672E97E9" w14:textId="77777777">
        <w:trPr>
          <w:jc w:val="center"/>
        </w:trPr>
        <w:tc>
          <w:tcPr>
            <w:tcW w:w="1296" w:type="dxa"/>
            <w:vAlign w:val="center"/>
          </w:tcPr>
          <w:p w14:paraId="63C190CE" w14:textId="77777777" w:rsidR="005A0175" w:rsidRDefault="002F1498">
            <w:r>
              <w:rPr>
                <w:sz w:val="16"/>
              </w:rPr>
              <w:t>WMS-MD-006</w:t>
            </w:r>
          </w:p>
        </w:tc>
        <w:tc>
          <w:tcPr>
            <w:tcW w:w="1872" w:type="dxa"/>
            <w:vAlign w:val="center"/>
          </w:tcPr>
          <w:p w14:paraId="13DD2D8B" w14:textId="77777777" w:rsidR="005A0175" w:rsidRDefault="002F1498">
            <w:r>
              <w:rPr>
                <w:sz w:val="16"/>
              </w:rPr>
              <w:t>로케이션</w:t>
            </w:r>
          </w:p>
        </w:tc>
        <w:tc>
          <w:tcPr>
            <w:tcW w:w="6192" w:type="dxa"/>
            <w:vAlign w:val="center"/>
          </w:tcPr>
          <w:p w14:paraId="2728E6E5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창고, 층, 구역, 랙, 셀 코드 및 바코드·QR 발행</w:t>
            </w:r>
          </w:p>
        </w:tc>
      </w:tr>
    </w:tbl>
    <w:p w14:paraId="0186B2BF" w14:textId="77777777" w:rsidR="005A0175" w:rsidRDefault="005A0175">
      <w:pPr>
        <w:rPr>
          <w:lang w:eastAsia="ko-KR"/>
        </w:rPr>
      </w:pPr>
    </w:p>
    <w:p w14:paraId="2783E87C" w14:textId="77777777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t>7. 화주 포털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296"/>
        <w:gridCol w:w="1872"/>
        <w:gridCol w:w="6192"/>
      </w:tblGrid>
      <w:tr w:rsidR="005A0175" w14:paraId="544653F9" w14:textId="77777777">
        <w:trPr>
          <w:jc w:val="center"/>
        </w:trPr>
        <w:tc>
          <w:tcPr>
            <w:tcW w:w="1296" w:type="dxa"/>
            <w:shd w:val="clear" w:color="auto" w:fill="E8EEF5"/>
            <w:vAlign w:val="center"/>
          </w:tcPr>
          <w:p w14:paraId="0A7A9F23" w14:textId="77777777" w:rsidR="005A0175" w:rsidRDefault="002F1498">
            <w:r>
              <w:rPr>
                <w:b/>
                <w:color w:val="0B2545"/>
                <w:sz w:val="16"/>
              </w:rPr>
              <w:t>ID</w:t>
            </w:r>
          </w:p>
        </w:tc>
        <w:tc>
          <w:tcPr>
            <w:tcW w:w="1872" w:type="dxa"/>
            <w:shd w:val="clear" w:color="auto" w:fill="E8EEF5"/>
            <w:vAlign w:val="center"/>
          </w:tcPr>
          <w:p w14:paraId="1D37C8A3" w14:textId="77777777" w:rsidR="005A0175" w:rsidRDefault="002F1498">
            <w:r>
              <w:rPr>
                <w:b/>
                <w:color w:val="0B2545"/>
                <w:sz w:val="16"/>
              </w:rPr>
              <w:t>요구사항</w:t>
            </w:r>
          </w:p>
        </w:tc>
        <w:tc>
          <w:tcPr>
            <w:tcW w:w="6192" w:type="dxa"/>
            <w:shd w:val="clear" w:color="auto" w:fill="E8EEF5"/>
            <w:vAlign w:val="center"/>
          </w:tcPr>
          <w:p w14:paraId="0018D8EB" w14:textId="77777777" w:rsidR="005A0175" w:rsidRDefault="002F1498">
            <w:r>
              <w:rPr>
                <w:b/>
                <w:color w:val="0B2545"/>
                <w:sz w:val="16"/>
              </w:rPr>
              <w:t>상세규격 및 검수기준</w:t>
            </w:r>
          </w:p>
        </w:tc>
      </w:tr>
      <w:tr w:rsidR="005A0175" w14:paraId="58ABCF28" w14:textId="77777777">
        <w:trPr>
          <w:jc w:val="center"/>
        </w:trPr>
        <w:tc>
          <w:tcPr>
            <w:tcW w:w="1296" w:type="dxa"/>
            <w:vAlign w:val="center"/>
          </w:tcPr>
          <w:p w14:paraId="29105A2E" w14:textId="77777777" w:rsidR="005A0175" w:rsidRDefault="002F1498">
            <w:r>
              <w:rPr>
                <w:sz w:val="16"/>
              </w:rPr>
              <w:t>PRT-001</w:t>
            </w:r>
          </w:p>
        </w:tc>
        <w:tc>
          <w:tcPr>
            <w:tcW w:w="1872" w:type="dxa"/>
            <w:vAlign w:val="center"/>
          </w:tcPr>
          <w:p w14:paraId="736050A1" w14:textId="77777777" w:rsidR="005A0175" w:rsidRDefault="002F1498">
            <w:r>
              <w:rPr>
                <w:sz w:val="16"/>
              </w:rPr>
              <w:t>화주별 분리</w:t>
            </w:r>
          </w:p>
        </w:tc>
        <w:tc>
          <w:tcPr>
            <w:tcW w:w="6192" w:type="dxa"/>
            <w:vAlign w:val="center"/>
          </w:tcPr>
          <w:p w14:paraId="510219FD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화주는 자신의 데이터만 조회·등록</w:t>
            </w:r>
          </w:p>
        </w:tc>
      </w:tr>
      <w:tr w:rsidR="005A0175" w14:paraId="5069D437" w14:textId="77777777">
        <w:trPr>
          <w:jc w:val="center"/>
        </w:trPr>
        <w:tc>
          <w:tcPr>
            <w:tcW w:w="1296" w:type="dxa"/>
            <w:vAlign w:val="center"/>
          </w:tcPr>
          <w:p w14:paraId="52371FFA" w14:textId="77777777" w:rsidR="005A0175" w:rsidRDefault="002F1498">
            <w:r>
              <w:rPr>
                <w:sz w:val="16"/>
              </w:rPr>
              <w:t>PRT-002</w:t>
            </w:r>
          </w:p>
        </w:tc>
        <w:tc>
          <w:tcPr>
            <w:tcW w:w="1872" w:type="dxa"/>
            <w:vAlign w:val="center"/>
          </w:tcPr>
          <w:p w14:paraId="27D2899F" w14:textId="77777777" w:rsidR="005A0175" w:rsidRDefault="002F1498">
            <w:r>
              <w:rPr>
                <w:sz w:val="16"/>
              </w:rPr>
              <w:t>입고등록</w:t>
            </w:r>
          </w:p>
        </w:tc>
        <w:tc>
          <w:tcPr>
            <w:tcW w:w="6192" w:type="dxa"/>
            <w:vAlign w:val="center"/>
          </w:tcPr>
          <w:p w14:paraId="52F65D65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입고예정과 첨부문서 등록</w:t>
            </w:r>
          </w:p>
        </w:tc>
      </w:tr>
      <w:tr w:rsidR="005A0175" w14:paraId="1D4D2F0E" w14:textId="77777777">
        <w:trPr>
          <w:jc w:val="center"/>
        </w:trPr>
        <w:tc>
          <w:tcPr>
            <w:tcW w:w="1296" w:type="dxa"/>
            <w:vAlign w:val="center"/>
          </w:tcPr>
          <w:p w14:paraId="06FF2ABC" w14:textId="77777777" w:rsidR="005A0175" w:rsidRDefault="002F1498">
            <w:r>
              <w:rPr>
                <w:sz w:val="16"/>
              </w:rPr>
              <w:t>PRT-003</w:t>
            </w:r>
          </w:p>
        </w:tc>
        <w:tc>
          <w:tcPr>
            <w:tcW w:w="1872" w:type="dxa"/>
            <w:vAlign w:val="center"/>
          </w:tcPr>
          <w:p w14:paraId="06171F3B" w14:textId="77777777" w:rsidR="005A0175" w:rsidRDefault="002F1498">
            <w:r>
              <w:rPr>
                <w:sz w:val="16"/>
              </w:rPr>
              <w:t>재고조회</w:t>
            </w:r>
          </w:p>
        </w:tc>
        <w:tc>
          <w:tcPr>
            <w:tcW w:w="6192" w:type="dxa"/>
            <w:vAlign w:val="center"/>
          </w:tcPr>
          <w:p w14:paraId="4015BF00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가용, 보류, 통관대기, 출고예정 재고 조회</w:t>
            </w:r>
          </w:p>
        </w:tc>
      </w:tr>
      <w:tr w:rsidR="005A0175" w14:paraId="0AA2AF55" w14:textId="77777777">
        <w:trPr>
          <w:jc w:val="center"/>
        </w:trPr>
        <w:tc>
          <w:tcPr>
            <w:tcW w:w="1296" w:type="dxa"/>
            <w:vAlign w:val="center"/>
          </w:tcPr>
          <w:p w14:paraId="3512ED93" w14:textId="77777777" w:rsidR="005A0175" w:rsidRDefault="002F1498">
            <w:r>
              <w:rPr>
                <w:sz w:val="16"/>
              </w:rPr>
              <w:t>PRT-004</w:t>
            </w:r>
          </w:p>
        </w:tc>
        <w:tc>
          <w:tcPr>
            <w:tcW w:w="1872" w:type="dxa"/>
            <w:vAlign w:val="center"/>
          </w:tcPr>
          <w:p w14:paraId="3230F0CD" w14:textId="77777777" w:rsidR="005A0175" w:rsidRDefault="002F1498">
            <w:r>
              <w:rPr>
                <w:sz w:val="16"/>
              </w:rPr>
              <w:t>출고요청</w:t>
            </w:r>
          </w:p>
        </w:tc>
        <w:tc>
          <w:tcPr>
            <w:tcW w:w="6192" w:type="dxa"/>
            <w:vAlign w:val="center"/>
          </w:tcPr>
          <w:p w14:paraId="1A92BE7E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출고주문 등록, 엑셀업로드, 수정·취소</w:t>
            </w:r>
          </w:p>
        </w:tc>
      </w:tr>
      <w:tr w:rsidR="005A0175" w14:paraId="33ED44D7" w14:textId="77777777">
        <w:trPr>
          <w:jc w:val="center"/>
        </w:trPr>
        <w:tc>
          <w:tcPr>
            <w:tcW w:w="1296" w:type="dxa"/>
            <w:vAlign w:val="center"/>
          </w:tcPr>
          <w:p w14:paraId="1E2D1544" w14:textId="77777777" w:rsidR="005A0175" w:rsidRDefault="002F1498">
            <w:r>
              <w:rPr>
                <w:sz w:val="16"/>
              </w:rPr>
              <w:t>PRT-005</w:t>
            </w:r>
          </w:p>
        </w:tc>
        <w:tc>
          <w:tcPr>
            <w:tcW w:w="1872" w:type="dxa"/>
            <w:vAlign w:val="center"/>
          </w:tcPr>
          <w:p w14:paraId="42958CD2" w14:textId="77777777" w:rsidR="005A0175" w:rsidRDefault="002F1498">
            <w:r>
              <w:rPr>
                <w:sz w:val="16"/>
              </w:rPr>
              <w:t>배송조회</w:t>
            </w:r>
          </w:p>
        </w:tc>
        <w:tc>
          <w:tcPr>
            <w:tcW w:w="6192" w:type="dxa"/>
            <w:vAlign w:val="center"/>
          </w:tcPr>
          <w:p w14:paraId="7E483A30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운송상태, 운송장, POD 조회</w:t>
            </w:r>
          </w:p>
        </w:tc>
      </w:tr>
      <w:tr w:rsidR="005A0175" w14:paraId="0F1949B3" w14:textId="77777777">
        <w:trPr>
          <w:jc w:val="center"/>
        </w:trPr>
        <w:tc>
          <w:tcPr>
            <w:tcW w:w="1296" w:type="dxa"/>
            <w:vAlign w:val="center"/>
          </w:tcPr>
          <w:p w14:paraId="3076BA42" w14:textId="77777777" w:rsidR="005A0175" w:rsidRDefault="002F1498">
            <w:r>
              <w:rPr>
                <w:sz w:val="16"/>
              </w:rPr>
              <w:t>PRT-006</w:t>
            </w:r>
          </w:p>
        </w:tc>
        <w:tc>
          <w:tcPr>
            <w:tcW w:w="1872" w:type="dxa"/>
            <w:vAlign w:val="center"/>
          </w:tcPr>
          <w:p w14:paraId="55D43AC2" w14:textId="77777777" w:rsidR="005A0175" w:rsidRDefault="002F1498">
            <w:r>
              <w:rPr>
                <w:sz w:val="16"/>
              </w:rPr>
              <w:t>정산조회</w:t>
            </w:r>
          </w:p>
        </w:tc>
        <w:tc>
          <w:tcPr>
            <w:tcW w:w="6192" w:type="dxa"/>
            <w:vAlign w:val="center"/>
          </w:tcPr>
          <w:p w14:paraId="49DF1AF0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월별 정산서와 상세 산출내역 조회</w:t>
            </w:r>
          </w:p>
        </w:tc>
      </w:tr>
      <w:tr w:rsidR="005A0175" w14:paraId="7836B840" w14:textId="77777777">
        <w:trPr>
          <w:jc w:val="center"/>
        </w:trPr>
        <w:tc>
          <w:tcPr>
            <w:tcW w:w="1296" w:type="dxa"/>
            <w:vAlign w:val="center"/>
          </w:tcPr>
          <w:p w14:paraId="582D09B4" w14:textId="77777777" w:rsidR="005A0175" w:rsidRDefault="002F1498">
            <w:r>
              <w:rPr>
                <w:sz w:val="16"/>
              </w:rPr>
              <w:t>PRT-007</w:t>
            </w:r>
          </w:p>
        </w:tc>
        <w:tc>
          <w:tcPr>
            <w:tcW w:w="1872" w:type="dxa"/>
            <w:vAlign w:val="center"/>
          </w:tcPr>
          <w:p w14:paraId="52DA28A3" w14:textId="77777777" w:rsidR="005A0175" w:rsidRDefault="002F1498">
            <w:r>
              <w:rPr>
                <w:sz w:val="16"/>
              </w:rPr>
              <w:t>알림</w:t>
            </w:r>
          </w:p>
        </w:tc>
        <w:tc>
          <w:tcPr>
            <w:tcW w:w="6192" w:type="dxa"/>
            <w:vAlign w:val="center"/>
          </w:tcPr>
          <w:p w14:paraId="1655E4C9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입고완료, 재고부족, 출고완료, 배송완료 알림</w:t>
            </w:r>
          </w:p>
        </w:tc>
      </w:tr>
    </w:tbl>
    <w:p w14:paraId="66476928" w14:textId="77777777" w:rsidR="005A0175" w:rsidRDefault="005A0175">
      <w:pPr>
        <w:rPr>
          <w:lang w:eastAsia="ko-KR"/>
        </w:rPr>
      </w:pPr>
    </w:p>
    <w:p w14:paraId="5C9A11C0" w14:textId="77777777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t>8. PDA 및 모바일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296"/>
        <w:gridCol w:w="1872"/>
        <w:gridCol w:w="6192"/>
      </w:tblGrid>
      <w:tr w:rsidR="005A0175" w14:paraId="7D42369F" w14:textId="77777777">
        <w:trPr>
          <w:jc w:val="center"/>
        </w:trPr>
        <w:tc>
          <w:tcPr>
            <w:tcW w:w="1296" w:type="dxa"/>
            <w:shd w:val="clear" w:color="auto" w:fill="E8EEF5"/>
            <w:vAlign w:val="center"/>
          </w:tcPr>
          <w:p w14:paraId="1DA7D402" w14:textId="77777777" w:rsidR="005A0175" w:rsidRDefault="002F1498">
            <w:r>
              <w:rPr>
                <w:b/>
                <w:color w:val="0B2545"/>
                <w:sz w:val="16"/>
              </w:rPr>
              <w:t>ID</w:t>
            </w:r>
          </w:p>
        </w:tc>
        <w:tc>
          <w:tcPr>
            <w:tcW w:w="1872" w:type="dxa"/>
            <w:shd w:val="clear" w:color="auto" w:fill="E8EEF5"/>
            <w:vAlign w:val="center"/>
          </w:tcPr>
          <w:p w14:paraId="4A7D21B9" w14:textId="77777777" w:rsidR="005A0175" w:rsidRDefault="002F1498">
            <w:r>
              <w:rPr>
                <w:b/>
                <w:color w:val="0B2545"/>
                <w:sz w:val="16"/>
              </w:rPr>
              <w:t>요구사항</w:t>
            </w:r>
          </w:p>
        </w:tc>
        <w:tc>
          <w:tcPr>
            <w:tcW w:w="6192" w:type="dxa"/>
            <w:shd w:val="clear" w:color="auto" w:fill="E8EEF5"/>
            <w:vAlign w:val="center"/>
          </w:tcPr>
          <w:p w14:paraId="3D839D9C" w14:textId="77777777" w:rsidR="005A0175" w:rsidRDefault="002F1498">
            <w:r>
              <w:rPr>
                <w:b/>
                <w:color w:val="0B2545"/>
                <w:sz w:val="16"/>
              </w:rPr>
              <w:t>상세규격 및 검수기준</w:t>
            </w:r>
          </w:p>
        </w:tc>
      </w:tr>
      <w:tr w:rsidR="005A0175" w14:paraId="6EF621E7" w14:textId="77777777">
        <w:trPr>
          <w:jc w:val="center"/>
        </w:trPr>
        <w:tc>
          <w:tcPr>
            <w:tcW w:w="1296" w:type="dxa"/>
            <w:vAlign w:val="center"/>
          </w:tcPr>
          <w:p w14:paraId="70366081" w14:textId="77777777" w:rsidR="005A0175" w:rsidRDefault="002F1498">
            <w:r>
              <w:rPr>
                <w:sz w:val="16"/>
              </w:rPr>
              <w:t>MOB-001</w:t>
            </w:r>
          </w:p>
        </w:tc>
        <w:tc>
          <w:tcPr>
            <w:tcW w:w="1872" w:type="dxa"/>
            <w:vAlign w:val="center"/>
          </w:tcPr>
          <w:p w14:paraId="712120AF" w14:textId="77777777" w:rsidR="005A0175" w:rsidRDefault="002F1498">
            <w:r>
              <w:rPr>
                <w:sz w:val="16"/>
              </w:rPr>
              <w:t>PDA 호환</w:t>
            </w:r>
          </w:p>
        </w:tc>
        <w:tc>
          <w:tcPr>
            <w:tcW w:w="6192" w:type="dxa"/>
            <w:vAlign w:val="center"/>
          </w:tcPr>
          <w:p w14:paraId="1EEFC21A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납품 산업용 Android PDA에서 정상 작동</w:t>
            </w:r>
          </w:p>
        </w:tc>
      </w:tr>
      <w:tr w:rsidR="005A0175" w14:paraId="368EAAD3" w14:textId="77777777">
        <w:trPr>
          <w:jc w:val="center"/>
        </w:trPr>
        <w:tc>
          <w:tcPr>
            <w:tcW w:w="1296" w:type="dxa"/>
            <w:vAlign w:val="center"/>
          </w:tcPr>
          <w:p w14:paraId="737F9F8A" w14:textId="77777777" w:rsidR="005A0175" w:rsidRDefault="002F1498">
            <w:r>
              <w:rPr>
                <w:sz w:val="16"/>
              </w:rPr>
              <w:t>MOB-002</w:t>
            </w:r>
          </w:p>
        </w:tc>
        <w:tc>
          <w:tcPr>
            <w:tcW w:w="1872" w:type="dxa"/>
            <w:vAlign w:val="center"/>
          </w:tcPr>
          <w:p w14:paraId="02185E75" w14:textId="77777777" w:rsidR="005A0175" w:rsidRDefault="002F1498">
            <w:r>
              <w:rPr>
                <w:sz w:val="16"/>
              </w:rPr>
              <w:t>바코드 스캔</w:t>
            </w:r>
          </w:p>
        </w:tc>
        <w:tc>
          <w:tcPr>
            <w:tcW w:w="6192" w:type="dxa"/>
            <w:vAlign w:val="center"/>
          </w:tcPr>
          <w:p w14:paraId="7BEC6293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1D·2D 바코드 연속 스캔</w:t>
            </w:r>
          </w:p>
        </w:tc>
      </w:tr>
      <w:tr w:rsidR="005A0175" w14:paraId="3DC39414" w14:textId="77777777">
        <w:trPr>
          <w:jc w:val="center"/>
        </w:trPr>
        <w:tc>
          <w:tcPr>
            <w:tcW w:w="1296" w:type="dxa"/>
            <w:vAlign w:val="center"/>
          </w:tcPr>
          <w:p w14:paraId="1A3C3027" w14:textId="77777777" w:rsidR="005A0175" w:rsidRDefault="002F1498">
            <w:r>
              <w:rPr>
                <w:sz w:val="16"/>
              </w:rPr>
              <w:t>MOB-003</w:t>
            </w:r>
          </w:p>
        </w:tc>
        <w:tc>
          <w:tcPr>
            <w:tcW w:w="1872" w:type="dxa"/>
            <w:vAlign w:val="center"/>
          </w:tcPr>
          <w:p w14:paraId="1210174C" w14:textId="77777777" w:rsidR="005A0175" w:rsidRDefault="002F1498">
            <w:r>
              <w:rPr>
                <w:sz w:val="16"/>
              </w:rPr>
              <w:t>작업목록</w:t>
            </w:r>
          </w:p>
        </w:tc>
        <w:tc>
          <w:tcPr>
            <w:tcW w:w="6192" w:type="dxa"/>
            <w:vAlign w:val="center"/>
          </w:tcPr>
          <w:p w14:paraId="0E5A6AE5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입고·적치·재고조사·피킹·포장·출고 작업 제공</w:t>
            </w:r>
          </w:p>
        </w:tc>
      </w:tr>
      <w:tr w:rsidR="005A0175" w14:paraId="0D7AA45B" w14:textId="77777777">
        <w:trPr>
          <w:jc w:val="center"/>
        </w:trPr>
        <w:tc>
          <w:tcPr>
            <w:tcW w:w="1296" w:type="dxa"/>
            <w:vAlign w:val="center"/>
          </w:tcPr>
          <w:p w14:paraId="1314A8A6" w14:textId="77777777" w:rsidR="005A0175" w:rsidRDefault="002F1498">
            <w:r>
              <w:rPr>
                <w:sz w:val="16"/>
              </w:rPr>
              <w:t>MOB-004</w:t>
            </w:r>
          </w:p>
        </w:tc>
        <w:tc>
          <w:tcPr>
            <w:tcW w:w="1872" w:type="dxa"/>
            <w:vAlign w:val="center"/>
          </w:tcPr>
          <w:p w14:paraId="1A969291" w14:textId="77777777" w:rsidR="005A0175" w:rsidRDefault="002F1498">
            <w:r>
              <w:rPr>
                <w:sz w:val="16"/>
              </w:rPr>
              <w:t>실시간 반영</w:t>
            </w:r>
          </w:p>
        </w:tc>
        <w:tc>
          <w:tcPr>
            <w:tcW w:w="6192" w:type="dxa"/>
            <w:vAlign w:val="center"/>
          </w:tcPr>
          <w:p w14:paraId="1D81893D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PDA 처리결과 WMS 실시간 반영</w:t>
            </w:r>
          </w:p>
        </w:tc>
      </w:tr>
      <w:tr w:rsidR="005A0175" w14:paraId="4F0A6BC7" w14:textId="77777777">
        <w:trPr>
          <w:jc w:val="center"/>
        </w:trPr>
        <w:tc>
          <w:tcPr>
            <w:tcW w:w="1296" w:type="dxa"/>
            <w:vAlign w:val="center"/>
          </w:tcPr>
          <w:p w14:paraId="34FFFD91" w14:textId="77777777" w:rsidR="005A0175" w:rsidRDefault="002F1498">
            <w:r>
              <w:rPr>
                <w:sz w:val="16"/>
              </w:rPr>
              <w:t>MOB-005</w:t>
            </w:r>
          </w:p>
        </w:tc>
        <w:tc>
          <w:tcPr>
            <w:tcW w:w="1872" w:type="dxa"/>
            <w:vAlign w:val="center"/>
          </w:tcPr>
          <w:p w14:paraId="5BAF7A97" w14:textId="77777777" w:rsidR="005A0175" w:rsidRDefault="002F1498">
            <w:r>
              <w:rPr>
                <w:sz w:val="16"/>
              </w:rPr>
              <w:t>오류방지</w:t>
            </w:r>
          </w:p>
        </w:tc>
        <w:tc>
          <w:tcPr>
            <w:tcW w:w="6192" w:type="dxa"/>
            <w:vAlign w:val="center"/>
          </w:tcPr>
          <w:p w14:paraId="75FEE7AA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잘못된 품목·LOT·로케이션 스캔 시 경고 및 차단</w:t>
            </w:r>
          </w:p>
        </w:tc>
      </w:tr>
      <w:tr w:rsidR="005A0175" w14:paraId="61F4E484" w14:textId="77777777">
        <w:trPr>
          <w:jc w:val="center"/>
        </w:trPr>
        <w:tc>
          <w:tcPr>
            <w:tcW w:w="1296" w:type="dxa"/>
            <w:vAlign w:val="center"/>
          </w:tcPr>
          <w:p w14:paraId="5DD5976B" w14:textId="77777777" w:rsidR="005A0175" w:rsidRDefault="002F1498">
            <w:r>
              <w:rPr>
                <w:sz w:val="16"/>
              </w:rPr>
              <w:t>MOB-006</w:t>
            </w:r>
          </w:p>
        </w:tc>
        <w:tc>
          <w:tcPr>
            <w:tcW w:w="1872" w:type="dxa"/>
            <w:vAlign w:val="center"/>
          </w:tcPr>
          <w:p w14:paraId="661ED3D0" w14:textId="77777777" w:rsidR="005A0175" w:rsidRDefault="002F1498">
            <w:r>
              <w:rPr>
                <w:sz w:val="16"/>
              </w:rPr>
              <w:t>통신복구</w:t>
            </w:r>
          </w:p>
        </w:tc>
        <w:tc>
          <w:tcPr>
            <w:tcW w:w="6192" w:type="dxa"/>
            <w:vAlign w:val="center"/>
          </w:tcPr>
          <w:p w14:paraId="47B0BAA3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통신단절 후 안전 재전송 및 중복처리 방지</w:t>
            </w:r>
          </w:p>
        </w:tc>
      </w:tr>
    </w:tbl>
    <w:p w14:paraId="0AEF8BF9" w14:textId="77777777" w:rsidR="005A0175" w:rsidRDefault="005A0175">
      <w:pPr>
        <w:rPr>
          <w:lang w:eastAsia="ko-KR"/>
        </w:rPr>
      </w:pPr>
    </w:p>
    <w:p w14:paraId="22D99824" w14:textId="77777777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t>9. AI 기능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296"/>
        <w:gridCol w:w="1872"/>
        <w:gridCol w:w="6192"/>
      </w:tblGrid>
      <w:tr w:rsidR="005A0175" w14:paraId="28C4723F" w14:textId="77777777">
        <w:trPr>
          <w:jc w:val="center"/>
        </w:trPr>
        <w:tc>
          <w:tcPr>
            <w:tcW w:w="1296" w:type="dxa"/>
            <w:shd w:val="clear" w:color="auto" w:fill="E8EEF5"/>
            <w:vAlign w:val="center"/>
          </w:tcPr>
          <w:p w14:paraId="10AE57E6" w14:textId="77777777" w:rsidR="005A0175" w:rsidRDefault="002F1498">
            <w:r>
              <w:rPr>
                <w:b/>
                <w:color w:val="0B2545"/>
                <w:sz w:val="16"/>
              </w:rPr>
              <w:t>ID</w:t>
            </w:r>
          </w:p>
        </w:tc>
        <w:tc>
          <w:tcPr>
            <w:tcW w:w="1872" w:type="dxa"/>
            <w:shd w:val="clear" w:color="auto" w:fill="E8EEF5"/>
            <w:vAlign w:val="center"/>
          </w:tcPr>
          <w:p w14:paraId="0B6EDC96" w14:textId="77777777" w:rsidR="005A0175" w:rsidRDefault="002F1498">
            <w:r>
              <w:rPr>
                <w:b/>
                <w:color w:val="0B2545"/>
                <w:sz w:val="16"/>
              </w:rPr>
              <w:t>요구사항</w:t>
            </w:r>
          </w:p>
        </w:tc>
        <w:tc>
          <w:tcPr>
            <w:tcW w:w="6192" w:type="dxa"/>
            <w:shd w:val="clear" w:color="auto" w:fill="E8EEF5"/>
            <w:vAlign w:val="center"/>
          </w:tcPr>
          <w:p w14:paraId="37112BA7" w14:textId="77777777" w:rsidR="005A0175" w:rsidRDefault="002F1498">
            <w:r>
              <w:rPr>
                <w:b/>
                <w:color w:val="0B2545"/>
                <w:sz w:val="16"/>
              </w:rPr>
              <w:t>상세규격 및 검수기준</w:t>
            </w:r>
          </w:p>
        </w:tc>
      </w:tr>
      <w:tr w:rsidR="005A0175" w14:paraId="4418CD85" w14:textId="77777777">
        <w:trPr>
          <w:jc w:val="center"/>
        </w:trPr>
        <w:tc>
          <w:tcPr>
            <w:tcW w:w="1296" w:type="dxa"/>
            <w:vAlign w:val="center"/>
          </w:tcPr>
          <w:p w14:paraId="135FA6CB" w14:textId="77777777" w:rsidR="005A0175" w:rsidRDefault="002F1498">
            <w:r>
              <w:rPr>
                <w:sz w:val="16"/>
              </w:rPr>
              <w:t>AI-001</w:t>
            </w:r>
          </w:p>
        </w:tc>
        <w:tc>
          <w:tcPr>
            <w:tcW w:w="1872" w:type="dxa"/>
            <w:vAlign w:val="center"/>
          </w:tcPr>
          <w:p w14:paraId="578E6D4C" w14:textId="77777777" w:rsidR="005A0175" w:rsidRDefault="002F1498">
            <w:r>
              <w:rPr>
                <w:sz w:val="16"/>
              </w:rPr>
              <w:t>적치추천</w:t>
            </w:r>
          </w:p>
        </w:tc>
        <w:tc>
          <w:tcPr>
            <w:tcW w:w="6192" w:type="dxa"/>
            <w:vAlign w:val="center"/>
          </w:tcPr>
          <w:p w14:paraId="0E03D541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입출고이력, 회전율, 보관조건, 로케이션 가용률 반영</w:t>
            </w:r>
          </w:p>
        </w:tc>
      </w:tr>
      <w:tr w:rsidR="005A0175" w14:paraId="172BC2F8" w14:textId="77777777">
        <w:trPr>
          <w:jc w:val="center"/>
        </w:trPr>
        <w:tc>
          <w:tcPr>
            <w:tcW w:w="1296" w:type="dxa"/>
            <w:vAlign w:val="center"/>
          </w:tcPr>
          <w:p w14:paraId="069135EC" w14:textId="77777777" w:rsidR="005A0175" w:rsidRDefault="002F1498">
            <w:r>
              <w:rPr>
                <w:sz w:val="16"/>
              </w:rPr>
              <w:t>AI-002</w:t>
            </w:r>
          </w:p>
        </w:tc>
        <w:tc>
          <w:tcPr>
            <w:tcW w:w="1872" w:type="dxa"/>
            <w:vAlign w:val="center"/>
          </w:tcPr>
          <w:p w14:paraId="0BCE409B" w14:textId="77777777" w:rsidR="005A0175" w:rsidRDefault="002F1498">
            <w:r>
              <w:rPr>
                <w:sz w:val="16"/>
              </w:rPr>
              <w:t>피킹경로 최적화</w:t>
            </w:r>
          </w:p>
        </w:tc>
        <w:tc>
          <w:tcPr>
            <w:tcW w:w="6192" w:type="dxa"/>
            <w:vAlign w:val="center"/>
          </w:tcPr>
          <w:p w14:paraId="029131AF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이동거리와 예상시간을 기준경로와 비교 제시</w:t>
            </w:r>
          </w:p>
        </w:tc>
      </w:tr>
      <w:tr w:rsidR="005A0175" w14:paraId="763787A7" w14:textId="77777777">
        <w:trPr>
          <w:jc w:val="center"/>
        </w:trPr>
        <w:tc>
          <w:tcPr>
            <w:tcW w:w="1296" w:type="dxa"/>
            <w:vAlign w:val="center"/>
          </w:tcPr>
          <w:p w14:paraId="04E36703" w14:textId="77777777" w:rsidR="005A0175" w:rsidRDefault="002F1498">
            <w:r>
              <w:rPr>
                <w:sz w:val="16"/>
              </w:rPr>
              <w:t>AI-003</w:t>
            </w:r>
          </w:p>
        </w:tc>
        <w:tc>
          <w:tcPr>
            <w:tcW w:w="1872" w:type="dxa"/>
            <w:vAlign w:val="center"/>
          </w:tcPr>
          <w:p w14:paraId="22F38A13" w14:textId="77777777" w:rsidR="005A0175" w:rsidRDefault="002F1498">
            <w:r>
              <w:rPr>
                <w:sz w:val="16"/>
              </w:rPr>
              <w:t>물동량 예측</w:t>
            </w:r>
          </w:p>
        </w:tc>
        <w:tc>
          <w:tcPr>
            <w:tcW w:w="6192" w:type="dxa"/>
            <w:vAlign w:val="center"/>
          </w:tcPr>
          <w:p w14:paraId="7404C647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화주·품목·기간별 입출고 물동량 예측</w:t>
            </w:r>
          </w:p>
        </w:tc>
      </w:tr>
      <w:tr w:rsidR="005A0175" w14:paraId="05AEBA0F" w14:textId="77777777">
        <w:trPr>
          <w:jc w:val="center"/>
        </w:trPr>
        <w:tc>
          <w:tcPr>
            <w:tcW w:w="1296" w:type="dxa"/>
            <w:vAlign w:val="center"/>
          </w:tcPr>
          <w:p w14:paraId="4B5C073B" w14:textId="77777777" w:rsidR="005A0175" w:rsidRDefault="002F1498">
            <w:r>
              <w:rPr>
                <w:sz w:val="16"/>
              </w:rPr>
              <w:t>AI-004</w:t>
            </w:r>
          </w:p>
        </w:tc>
        <w:tc>
          <w:tcPr>
            <w:tcW w:w="1872" w:type="dxa"/>
            <w:vAlign w:val="center"/>
          </w:tcPr>
          <w:p w14:paraId="248E3C20" w14:textId="77777777" w:rsidR="005A0175" w:rsidRDefault="002F1498">
            <w:r>
              <w:rPr>
                <w:sz w:val="16"/>
              </w:rPr>
              <w:t>재고예측</w:t>
            </w:r>
          </w:p>
        </w:tc>
        <w:tc>
          <w:tcPr>
            <w:tcW w:w="6192" w:type="dxa"/>
            <w:vAlign w:val="center"/>
          </w:tcPr>
          <w:p w14:paraId="7FA55B5B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재고소진, 보충필요, 장기재고 예측</w:t>
            </w:r>
          </w:p>
        </w:tc>
      </w:tr>
      <w:tr w:rsidR="005A0175" w14:paraId="74309AF9" w14:textId="77777777">
        <w:trPr>
          <w:jc w:val="center"/>
        </w:trPr>
        <w:tc>
          <w:tcPr>
            <w:tcW w:w="1296" w:type="dxa"/>
            <w:vAlign w:val="center"/>
          </w:tcPr>
          <w:p w14:paraId="1B2478A4" w14:textId="77777777" w:rsidR="005A0175" w:rsidRDefault="002F1498">
            <w:r>
              <w:rPr>
                <w:sz w:val="16"/>
              </w:rPr>
              <w:t>AI-005</w:t>
            </w:r>
          </w:p>
        </w:tc>
        <w:tc>
          <w:tcPr>
            <w:tcW w:w="1872" w:type="dxa"/>
            <w:vAlign w:val="center"/>
          </w:tcPr>
          <w:p w14:paraId="6134DEFA" w14:textId="77777777" w:rsidR="005A0175" w:rsidRDefault="002F1498">
            <w:r>
              <w:rPr>
                <w:sz w:val="16"/>
              </w:rPr>
              <w:t>오류·지연 분석</w:t>
            </w:r>
          </w:p>
        </w:tc>
        <w:tc>
          <w:tcPr>
            <w:tcW w:w="6192" w:type="dxa"/>
            <w:vAlign w:val="center"/>
          </w:tcPr>
          <w:p w14:paraId="445B0DE3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Short Picking, 검수오류, 출고지연 원인 분석</w:t>
            </w:r>
          </w:p>
        </w:tc>
      </w:tr>
      <w:tr w:rsidR="005A0175" w14:paraId="1CAFDA80" w14:textId="77777777">
        <w:trPr>
          <w:jc w:val="center"/>
        </w:trPr>
        <w:tc>
          <w:tcPr>
            <w:tcW w:w="1296" w:type="dxa"/>
            <w:vAlign w:val="center"/>
          </w:tcPr>
          <w:p w14:paraId="07B636AD" w14:textId="77777777" w:rsidR="005A0175" w:rsidRDefault="002F1498">
            <w:r>
              <w:rPr>
                <w:sz w:val="16"/>
              </w:rPr>
              <w:t>AI-006</w:t>
            </w:r>
          </w:p>
        </w:tc>
        <w:tc>
          <w:tcPr>
            <w:tcW w:w="1872" w:type="dxa"/>
            <w:vAlign w:val="center"/>
          </w:tcPr>
          <w:p w14:paraId="745C33D5" w14:textId="77777777" w:rsidR="005A0175" w:rsidRDefault="002F1498">
            <w:r>
              <w:rPr>
                <w:sz w:val="16"/>
              </w:rPr>
              <w:t>자연어 조회</w:t>
            </w:r>
          </w:p>
        </w:tc>
        <w:tc>
          <w:tcPr>
            <w:tcW w:w="6192" w:type="dxa"/>
            <w:vAlign w:val="center"/>
          </w:tcPr>
          <w:p w14:paraId="103D59EF" w14:textId="77777777" w:rsidR="005A0175" w:rsidRDefault="002F1498">
            <w:r>
              <w:rPr>
                <w:sz w:val="16"/>
              </w:rPr>
              <w:t>내부망형 Text-to-SQL로 승인 DB View만 조회</w:t>
            </w:r>
          </w:p>
        </w:tc>
      </w:tr>
      <w:tr w:rsidR="005A0175" w14:paraId="3E802777" w14:textId="77777777">
        <w:trPr>
          <w:jc w:val="center"/>
        </w:trPr>
        <w:tc>
          <w:tcPr>
            <w:tcW w:w="1296" w:type="dxa"/>
            <w:vAlign w:val="center"/>
          </w:tcPr>
          <w:p w14:paraId="215E2E94" w14:textId="77777777" w:rsidR="005A0175" w:rsidRDefault="002F1498">
            <w:r>
              <w:rPr>
                <w:sz w:val="16"/>
              </w:rPr>
              <w:t>AI-007</w:t>
            </w:r>
          </w:p>
        </w:tc>
        <w:tc>
          <w:tcPr>
            <w:tcW w:w="1872" w:type="dxa"/>
            <w:vAlign w:val="center"/>
          </w:tcPr>
          <w:p w14:paraId="352DA195" w14:textId="77777777" w:rsidR="005A0175" w:rsidRDefault="002F1498">
            <w:r>
              <w:rPr>
                <w:sz w:val="16"/>
              </w:rPr>
              <w:t>접근통제</w:t>
            </w:r>
          </w:p>
        </w:tc>
        <w:tc>
          <w:tcPr>
            <w:tcW w:w="6192" w:type="dxa"/>
            <w:vAlign w:val="center"/>
          </w:tcPr>
          <w:p w14:paraId="329CA559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권한 범위 초과 SQL·데이터 조회 차단</w:t>
            </w:r>
          </w:p>
        </w:tc>
      </w:tr>
      <w:tr w:rsidR="005A0175" w14:paraId="3C8EC29E" w14:textId="77777777">
        <w:trPr>
          <w:jc w:val="center"/>
        </w:trPr>
        <w:tc>
          <w:tcPr>
            <w:tcW w:w="1296" w:type="dxa"/>
            <w:vAlign w:val="center"/>
          </w:tcPr>
          <w:p w14:paraId="5576DBCB" w14:textId="77777777" w:rsidR="005A0175" w:rsidRDefault="002F1498">
            <w:r>
              <w:rPr>
                <w:sz w:val="16"/>
              </w:rPr>
              <w:lastRenderedPageBreak/>
              <w:t>AI-008</w:t>
            </w:r>
          </w:p>
        </w:tc>
        <w:tc>
          <w:tcPr>
            <w:tcW w:w="1872" w:type="dxa"/>
            <w:vAlign w:val="center"/>
          </w:tcPr>
          <w:p w14:paraId="4BDAD33C" w14:textId="77777777" w:rsidR="005A0175" w:rsidRDefault="002F1498">
            <w:r>
              <w:rPr>
                <w:sz w:val="16"/>
              </w:rPr>
              <w:t>SQL 안전성</w:t>
            </w:r>
          </w:p>
        </w:tc>
        <w:tc>
          <w:tcPr>
            <w:tcW w:w="6192" w:type="dxa"/>
            <w:vAlign w:val="center"/>
          </w:tcPr>
          <w:p w14:paraId="24E6927E" w14:textId="77777777" w:rsidR="005A0175" w:rsidRDefault="002F1498">
            <w:r>
              <w:rPr>
                <w:sz w:val="16"/>
              </w:rPr>
              <w:t>SELECT 이외 INSERT·UPDATE·DELETE·DDL 생성 금지</w:t>
            </w:r>
          </w:p>
        </w:tc>
      </w:tr>
      <w:tr w:rsidR="005A0175" w14:paraId="3364281D" w14:textId="77777777">
        <w:trPr>
          <w:jc w:val="center"/>
        </w:trPr>
        <w:tc>
          <w:tcPr>
            <w:tcW w:w="1296" w:type="dxa"/>
            <w:vAlign w:val="center"/>
          </w:tcPr>
          <w:p w14:paraId="4BCCEEE1" w14:textId="77777777" w:rsidR="005A0175" w:rsidRDefault="002F1498">
            <w:r>
              <w:rPr>
                <w:sz w:val="16"/>
              </w:rPr>
              <w:t>AI-009</w:t>
            </w:r>
          </w:p>
        </w:tc>
        <w:tc>
          <w:tcPr>
            <w:tcW w:w="1872" w:type="dxa"/>
            <w:vAlign w:val="center"/>
          </w:tcPr>
          <w:p w14:paraId="0FF51285" w14:textId="77777777" w:rsidR="005A0175" w:rsidRDefault="002F1498">
            <w:r>
              <w:rPr>
                <w:sz w:val="16"/>
              </w:rPr>
              <w:t>결과근거</w:t>
            </w:r>
          </w:p>
        </w:tc>
        <w:tc>
          <w:tcPr>
            <w:tcW w:w="6192" w:type="dxa"/>
            <w:vAlign w:val="center"/>
          </w:tcPr>
          <w:p w14:paraId="47D4378E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추천·예측 입력변수, 실행일시, 모델버전 기록</w:t>
            </w:r>
          </w:p>
        </w:tc>
      </w:tr>
      <w:tr w:rsidR="005A0175" w14:paraId="62A29C3F" w14:textId="77777777">
        <w:trPr>
          <w:jc w:val="center"/>
        </w:trPr>
        <w:tc>
          <w:tcPr>
            <w:tcW w:w="1296" w:type="dxa"/>
            <w:vAlign w:val="center"/>
          </w:tcPr>
          <w:p w14:paraId="2463BF19" w14:textId="77777777" w:rsidR="005A0175" w:rsidRDefault="002F1498">
            <w:r>
              <w:rPr>
                <w:sz w:val="16"/>
              </w:rPr>
              <w:t>AI-010</w:t>
            </w:r>
          </w:p>
        </w:tc>
        <w:tc>
          <w:tcPr>
            <w:tcW w:w="1872" w:type="dxa"/>
            <w:vAlign w:val="center"/>
          </w:tcPr>
          <w:p w14:paraId="21A6DE67" w14:textId="77777777" w:rsidR="005A0175" w:rsidRDefault="002F1498">
            <w:r>
              <w:rPr>
                <w:sz w:val="16"/>
              </w:rPr>
              <w:t>모델버전</w:t>
            </w:r>
          </w:p>
        </w:tc>
        <w:tc>
          <w:tcPr>
            <w:tcW w:w="6192" w:type="dxa"/>
            <w:vAlign w:val="center"/>
          </w:tcPr>
          <w:p w14:paraId="19AED15D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모델배포·변경·롤백 이력 관리</w:t>
            </w:r>
          </w:p>
        </w:tc>
      </w:tr>
      <w:tr w:rsidR="005A0175" w14:paraId="257DA570" w14:textId="77777777">
        <w:trPr>
          <w:jc w:val="center"/>
        </w:trPr>
        <w:tc>
          <w:tcPr>
            <w:tcW w:w="1296" w:type="dxa"/>
            <w:vAlign w:val="center"/>
          </w:tcPr>
          <w:p w14:paraId="13511753" w14:textId="77777777" w:rsidR="005A0175" w:rsidRDefault="002F1498">
            <w:r>
              <w:rPr>
                <w:sz w:val="16"/>
              </w:rPr>
              <w:t>AI-011</w:t>
            </w:r>
          </w:p>
        </w:tc>
        <w:tc>
          <w:tcPr>
            <w:tcW w:w="1872" w:type="dxa"/>
            <w:vAlign w:val="center"/>
          </w:tcPr>
          <w:p w14:paraId="28F876FD" w14:textId="77777777" w:rsidR="005A0175" w:rsidRDefault="002F1498">
            <w:r>
              <w:rPr>
                <w:sz w:val="16"/>
              </w:rPr>
              <w:t>.NET 실행</w:t>
            </w:r>
          </w:p>
        </w:tc>
        <w:tc>
          <w:tcPr>
            <w:tcW w:w="6192" w:type="dxa"/>
            <w:vAlign w:val="center"/>
          </w:tcPr>
          <w:p w14:paraId="5EF9855A" w14:textId="77777777" w:rsidR="005A0175" w:rsidRDefault="002F1498">
            <w:pPr>
              <w:rPr>
                <w:lang w:eastAsia="ko-KR"/>
              </w:rPr>
            </w:pPr>
            <w:r>
              <w:rPr>
                <w:sz w:val="16"/>
                <w:lang w:eastAsia="ko-KR"/>
              </w:rPr>
              <w:t>운영 AI 모듈은 Python Runtime 없이 .NET 환경에서 실행</w:t>
            </w:r>
          </w:p>
        </w:tc>
      </w:tr>
    </w:tbl>
    <w:p w14:paraId="26B0A781" w14:textId="77777777" w:rsidR="005A0175" w:rsidRDefault="002F1498">
      <w:pPr>
        <w:pStyle w:val="1"/>
        <w:rPr>
          <w:lang w:eastAsia="ko-KR"/>
        </w:rPr>
      </w:pPr>
      <w:r>
        <w:rPr>
          <w:rFonts w:ascii="맑은 고딕" w:eastAsia="맑은 고딕" w:hAnsi="맑은 고딕"/>
          <w:color w:val="2E74B5"/>
          <w:sz w:val="32"/>
          <w:lang w:eastAsia="ko-KR"/>
        </w:rPr>
        <w:t>Ⅶ. CSV 및 GMP·HACCP 문서관리 요구사항</w:t>
      </w:r>
    </w:p>
    <w:p w14:paraId="6216C399" w14:textId="77777777" w:rsidR="005A0175" w:rsidRDefault="002F1498">
      <w:pPr>
        <w:spacing w:after="120" w:line="269" w:lineRule="auto"/>
        <w:rPr>
          <w:lang w:eastAsia="ko-KR"/>
        </w:rPr>
      </w:pPr>
      <w:r>
        <w:rPr>
          <w:lang w:eastAsia="ko-KR"/>
        </w:rPr>
        <w:t>CSV 문서목록에는 8종의 절차서와 VMP, URS, FDS, DDS, DQ, IQ, OQ, PQ 및 최종요약보고서가 포함된다.</w:t>
      </w:r>
    </w:p>
    <w:p w14:paraId="1E5AA637" w14:textId="77777777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t>1. CSV 절차서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728"/>
        <w:gridCol w:w="3168"/>
        <w:gridCol w:w="4464"/>
      </w:tblGrid>
      <w:tr w:rsidR="005A0175" w14:paraId="32E4973F" w14:textId="77777777">
        <w:trPr>
          <w:jc w:val="center"/>
        </w:trPr>
        <w:tc>
          <w:tcPr>
            <w:tcW w:w="1728" w:type="dxa"/>
            <w:shd w:val="clear" w:color="auto" w:fill="E8EEF5"/>
            <w:vAlign w:val="center"/>
          </w:tcPr>
          <w:p w14:paraId="16A75976" w14:textId="77777777" w:rsidR="005A0175" w:rsidRDefault="002F1498">
            <w:r>
              <w:rPr>
                <w:b/>
                <w:color w:val="0B2545"/>
                <w:sz w:val="17"/>
              </w:rPr>
              <w:t>문서번호</w:t>
            </w:r>
          </w:p>
        </w:tc>
        <w:tc>
          <w:tcPr>
            <w:tcW w:w="3168" w:type="dxa"/>
            <w:shd w:val="clear" w:color="auto" w:fill="E8EEF5"/>
            <w:vAlign w:val="center"/>
          </w:tcPr>
          <w:p w14:paraId="2D1FB04D" w14:textId="77777777" w:rsidR="005A0175" w:rsidRDefault="002F1498">
            <w:r>
              <w:rPr>
                <w:b/>
                <w:color w:val="0B2545"/>
                <w:sz w:val="17"/>
              </w:rPr>
              <w:t>문서명</w:t>
            </w:r>
          </w:p>
        </w:tc>
        <w:tc>
          <w:tcPr>
            <w:tcW w:w="4464" w:type="dxa"/>
            <w:shd w:val="clear" w:color="auto" w:fill="E8EEF5"/>
            <w:vAlign w:val="center"/>
          </w:tcPr>
          <w:p w14:paraId="33BB48CC" w14:textId="77777777" w:rsidR="005A0175" w:rsidRDefault="002F1498">
            <w:r>
              <w:rPr>
                <w:b/>
                <w:color w:val="0B2545"/>
                <w:sz w:val="17"/>
              </w:rPr>
              <w:t>주요 요구내용</w:t>
            </w:r>
          </w:p>
        </w:tc>
      </w:tr>
      <w:tr w:rsidR="005A0175" w14:paraId="07FCE153" w14:textId="77777777">
        <w:trPr>
          <w:jc w:val="center"/>
        </w:trPr>
        <w:tc>
          <w:tcPr>
            <w:tcW w:w="1728" w:type="dxa"/>
            <w:vAlign w:val="center"/>
          </w:tcPr>
          <w:p w14:paraId="068B1D43" w14:textId="77777777" w:rsidR="005A0175" w:rsidRDefault="002F1498">
            <w:r>
              <w:rPr>
                <w:sz w:val="17"/>
              </w:rPr>
              <w:t>IS-SOP-0062</w:t>
            </w:r>
          </w:p>
        </w:tc>
        <w:tc>
          <w:tcPr>
            <w:tcW w:w="3168" w:type="dxa"/>
            <w:vAlign w:val="center"/>
          </w:tcPr>
          <w:p w14:paraId="21EE50DC" w14:textId="77777777" w:rsidR="005A0175" w:rsidRDefault="002F1498">
            <w:r>
              <w:rPr>
                <w:sz w:val="17"/>
              </w:rPr>
              <w:t>CSV 절차서</w:t>
            </w:r>
          </w:p>
        </w:tc>
        <w:tc>
          <w:tcPr>
            <w:tcW w:w="4464" w:type="dxa"/>
            <w:vAlign w:val="center"/>
          </w:tcPr>
          <w:p w14:paraId="4EA0C044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CSV 생명주기, 역할, 문서체계, 승인절차</w:t>
            </w:r>
          </w:p>
        </w:tc>
      </w:tr>
      <w:tr w:rsidR="005A0175" w14:paraId="5913575A" w14:textId="77777777">
        <w:trPr>
          <w:jc w:val="center"/>
        </w:trPr>
        <w:tc>
          <w:tcPr>
            <w:tcW w:w="1728" w:type="dxa"/>
            <w:vAlign w:val="center"/>
          </w:tcPr>
          <w:p w14:paraId="0B5CE0DB" w14:textId="77777777" w:rsidR="005A0175" w:rsidRDefault="002F1498">
            <w:r>
              <w:rPr>
                <w:sz w:val="17"/>
              </w:rPr>
              <w:t>IS-SOP-0063</w:t>
            </w:r>
          </w:p>
        </w:tc>
        <w:tc>
          <w:tcPr>
            <w:tcW w:w="3168" w:type="dxa"/>
            <w:vAlign w:val="center"/>
          </w:tcPr>
          <w:p w14:paraId="052AF1C7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시스템 경계범위 정의 절차서</w:t>
            </w:r>
          </w:p>
        </w:tc>
        <w:tc>
          <w:tcPr>
            <w:tcW w:w="4464" w:type="dxa"/>
            <w:vAlign w:val="center"/>
          </w:tcPr>
          <w:p w14:paraId="5B8A05F4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시스템 구성요소, 인터페이스, 제외범위</w:t>
            </w:r>
          </w:p>
        </w:tc>
      </w:tr>
      <w:tr w:rsidR="005A0175" w14:paraId="6C8F5061" w14:textId="77777777">
        <w:trPr>
          <w:jc w:val="center"/>
        </w:trPr>
        <w:tc>
          <w:tcPr>
            <w:tcW w:w="1728" w:type="dxa"/>
            <w:vAlign w:val="center"/>
          </w:tcPr>
          <w:p w14:paraId="560AFF3F" w14:textId="77777777" w:rsidR="005A0175" w:rsidRDefault="002F1498">
            <w:r>
              <w:rPr>
                <w:sz w:val="17"/>
              </w:rPr>
              <w:t>IS-SOP-0064</w:t>
            </w:r>
          </w:p>
        </w:tc>
        <w:tc>
          <w:tcPr>
            <w:tcW w:w="3168" w:type="dxa"/>
            <w:vAlign w:val="center"/>
          </w:tcPr>
          <w:p w14:paraId="7EEEEEC5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시스템 영향성 분석 절차서</w:t>
            </w:r>
          </w:p>
        </w:tc>
        <w:tc>
          <w:tcPr>
            <w:tcW w:w="4464" w:type="dxa"/>
            <w:vAlign w:val="center"/>
          </w:tcPr>
          <w:p w14:paraId="2F4B086F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품질·식품안전·업무 영향 평가</w:t>
            </w:r>
          </w:p>
        </w:tc>
      </w:tr>
      <w:tr w:rsidR="005A0175" w14:paraId="03A0B55B" w14:textId="77777777">
        <w:trPr>
          <w:jc w:val="center"/>
        </w:trPr>
        <w:tc>
          <w:tcPr>
            <w:tcW w:w="1728" w:type="dxa"/>
            <w:vAlign w:val="center"/>
          </w:tcPr>
          <w:p w14:paraId="510B9312" w14:textId="77777777" w:rsidR="005A0175" w:rsidRDefault="002F1498">
            <w:r>
              <w:rPr>
                <w:sz w:val="17"/>
              </w:rPr>
              <w:t>IS-SOP-0065</w:t>
            </w:r>
          </w:p>
        </w:tc>
        <w:tc>
          <w:tcPr>
            <w:tcW w:w="3168" w:type="dxa"/>
            <w:vAlign w:val="center"/>
          </w:tcPr>
          <w:p w14:paraId="441600DE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CSV 위험분석 절차서</w:t>
            </w:r>
          </w:p>
        </w:tc>
        <w:tc>
          <w:tcPr>
            <w:tcW w:w="4464" w:type="dxa"/>
            <w:vAlign w:val="center"/>
          </w:tcPr>
          <w:p w14:paraId="1B2C0AA2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기능별 위험도 및 시험 우선순위</w:t>
            </w:r>
          </w:p>
        </w:tc>
      </w:tr>
      <w:tr w:rsidR="005A0175" w14:paraId="6FB2B885" w14:textId="77777777">
        <w:trPr>
          <w:jc w:val="center"/>
        </w:trPr>
        <w:tc>
          <w:tcPr>
            <w:tcW w:w="1728" w:type="dxa"/>
            <w:vAlign w:val="center"/>
          </w:tcPr>
          <w:p w14:paraId="475A28FE" w14:textId="77777777" w:rsidR="005A0175" w:rsidRDefault="002F1498">
            <w:r>
              <w:rPr>
                <w:sz w:val="17"/>
              </w:rPr>
              <w:t>IS-SOP-0066</w:t>
            </w:r>
          </w:p>
        </w:tc>
        <w:tc>
          <w:tcPr>
            <w:tcW w:w="3168" w:type="dxa"/>
            <w:vAlign w:val="center"/>
          </w:tcPr>
          <w:p w14:paraId="68E3764E" w14:textId="77777777" w:rsidR="005A0175" w:rsidRDefault="002F1498">
            <w:r>
              <w:rPr>
                <w:sz w:val="17"/>
              </w:rPr>
              <w:t>백업 및 복구 절차서</w:t>
            </w:r>
          </w:p>
        </w:tc>
        <w:tc>
          <w:tcPr>
            <w:tcW w:w="4464" w:type="dxa"/>
            <w:vAlign w:val="center"/>
          </w:tcPr>
          <w:p w14:paraId="793E8CF6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백업주기, 보관, 복구시험, 책임자</w:t>
            </w:r>
          </w:p>
        </w:tc>
      </w:tr>
      <w:tr w:rsidR="005A0175" w14:paraId="79EE7FD1" w14:textId="77777777">
        <w:trPr>
          <w:jc w:val="center"/>
        </w:trPr>
        <w:tc>
          <w:tcPr>
            <w:tcW w:w="1728" w:type="dxa"/>
            <w:vAlign w:val="center"/>
          </w:tcPr>
          <w:p w14:paraId="365DA999" w14:textId="77777777" w:rsidR="005A0175" w:rsidRDefault="002F1498">
            <w:r>
              <w:rPr>
                <w:sz w:val="17"/>
              </w:rPr>
              <w:t>IS-SOP-0067</w:t>
            </w:r>
          </w:p>
        </w:tc>
        <w:tc>
          <w:tcPr>
            <w:tcW w:w="3168" w:type="dxa"/>
            <w:vAlign w:val="center"/>
          </w:tcPr>
          <w:p w14:paraId="42401FFC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CSV 변경관리 절차서</w:t>
            </w:r>
          </w:p>
        </w:tc>
        <w:tc>
          <w:tcPr>
            <w:tcW w:w="4464" w:type="dxa"/>
            <w:vAlign w:val="center"/>
          </w:tcPr>
          <w:p w14:paraId="3117D260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변경신청, 영향평가, 재시험, 승인</w:t>
            </w:r>
          </w:p>
        </w:tc>
      </w:tr>
      <w:tr w:rsidR="005A0175" w14:paraId="796358EE" w14:textId="77777777">
        <w:trPr>
          <w:jc w:val="center"/>
        </w:trPr>
        <w:tc>
          <w:tcPr>
            <w:tcW w:w="1728" w:type="dxa"/>
            <w:vAlign w:val="center"/>
          </w:tcPr>
          <w:p w14:paraId="4DAA780D" w14:textId="77777777" w:rsidR="005A0175" w:rsidRDefault="002F1498">
            <w:r>
              <w:rPr>
                <w:sz w:val="17"/>
              </w:rPr>
              <w:t>IS-SOP-0068</w:t>
            </w:r>
          </w:p>
        </w:tc>
        <w:tc>
          <w:tcPr>
            <w:tcW w:w="3168" w:type="dxa"/>
            <w:vAlign w:val="center"/>
          </w:tcPr>
          <w:p w14:paraId="1FCC5FC5" w14:textId="77777777" w:rsidR="005A0175" w:rsidRDefault="002F1498">
            <w:r>
              <w:rPr>
                <w:sz w:val="17"/>
              </w:rPr>
              <w:t>시스템관리 절차서</w:t>
            </w:r>
          </w:p>
        </w:tc>
        <w:tc>
          <w:tcPr>
            <w:tcW w:w="4464" w:type="dxa"/>
            <w:vAlign w:val="center"/>
          </w:tcPr>
          <w:p w14:paraId="7E82C242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운영, 장애, 패치, 모니터링, 점검</w:t>
            </w:r>
          </w:p>
        </w:tc>
      </w:tr>
      <w:tr w:rsidR="005A0175" w14:paraId="03B36A64" w14:textId="77777777">
        <w:trPr>
          <w:jc w:val="center"/>
        </w:trPr>
        <w:tc>
          <w:tcPr>
            <w:tcW w:w="1728" w:type="dxa"/>
            <w:vAlign w:val="center"/>
          </w:tcPr>
          <w:p w14:paraId="7357A582" w14:textId="77777777" w:rsidR="005A0175" w:rsidRDefault="002F1498">
            <w:r>
              <w:rPr>
                <w:sz w:val="17"/>
              </w:rPr>
              <w:t>IS-SOP-0069</w:t>
            </w:r>
          </w:p>
        </w:tc>
        <w:tc>
          <w:tcPr>
            <w:tcW w:w="3168" w:type="dxa"/>
            <w:vAlign w:val="center"/>
          </w:tcPr>
          <w:p w14:paraId="04756098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시스템 접근관리 절차서</w:t>
            </w:r>
          </w:p>
        </w:tc>
        <w:tc>
          <w:tcPr>
            <w:tcW w:w="4464" w:type="dxa"/>
            <w:vAlign w:val="center"/>
          </w:tcPr>
          <w:p w14:paraId="26075E25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계정, 권한, 잠금, 퇴직자, 정기검토</w:t>
            </w:r>
          </w:p>
        </w:tc>
      </w:tr>
    </w:tbl>
    <w:p w14:paraId="1505339B" w14:textId="77777777" w:rsidR="005A0175" w:rsidRDefault="005A0175">
      <w:pPr>
        <w:rPr>
          <w:lang w:eastAsia="ko-KR"/>
        </w:rPr>
      </w:pPr>
    </w:p>
    <w:p w14:paraId="03997A68" w14:textId="77777777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t>2. 밸리데이션 산출물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728"/>
        <w:gridCol w:w="2304"/>
        <w:gridCol w:w="5328"/>
      </w:tblGrid>
      <w:tr w:rsidR="005A0175" w14:paraId="15589E79" w14:textId="77777777">
        <w:trPr>
          <w:jc w:val="center"/>
        </w:trPr>
        <w:tc>
          <w:tcPr>
            <w:tcW w:w="1728" w:type="dxa"/>
            <w:shd w:val="clear" w:color="auto" w:fill="E8EEF5"/>
            <w:vAlign w:val="center"/>
          </w:tcPr>
          <w:p w14:paraId="31F9AAFE" w14:textId="77777777" w:rsidR="005A0175" w:rsidRDefault="002F1498">
            <w:r>
              <w:rPr>
                <w:b/>
                <w:color w:val="0B2545"/>
                <w:sz w:val="17"/>
              </w:rPr>
              <w:t>단계</w:t>
            </w:r>
          </w:p>
        </w:tc>
        <w:tc>
          <w:tcPr>
            <w:tcW w:w="2304" w:type="dxa"/>
            <w:shd w:val="clear" w:color="auto" w:fill="E8EEF5"/>
            <w:vAlign w:val="center"/>
          </w:tcPr>
          <w:p w14:paraId="5221A97D" w14:textId="77777777" w:rsidR="005A0175" w:rsidRDefault="002F1498">
            <w:r>
              <w:rPr>
                <w:b/>
                <w:color w:val="0B2545"/>
                <w:sz w:val="17"/>
              </w:rPr>
              <w:t>문서번호</w:t>
            </w:r>
          </w:p>
        </w:tc>
        <w:tc>
          <w:tcPr>
            <w:tcW w:w="5328" w:type="dxa"/>
            <w:shd w:val="clear" w:color="auto" w:fill="E8EEF5"/>
            <w:vAlign w:val="center"/>
          </w:tcPr>
          <w:p w14:paraId="70700ABB" w14:textId="77777777" w:rsidR="005A0175" w:rsidRDefault="002F1498">
            <w:r>
              <w:rPr>
                <w:b/>
                <w:color w:val="0B2545"/>
                <w:sz w:val="17"/>
              </w:rPr>
              <w:t>필수 산출물</w:t>
            </w:r>
          </w:p>
        </w:tc>
      </w:tr>
      <w:tr w:rsidR="005A0175" w14:paraId="46C7C214" w14:textId="77777777">
        <w:trPr>
          <w:jc w:val="center"/>
        </w:trPr>
        <w:tc>
          <w:tcPr>
            <w:tcW w:w="1728" w:type="dxa"/>
            <w:vAlign w:val="center"/>
          </w:tcPr>
          <w:p w14:paraId="03C44939" w14:textId="77777777" w:rsidR="005A0175" w:rsidRDefault="002F1498">
            <w:r>
              <w:rPr>
                <w:sz w:val="17"/>
              </w:rPr>
              <w:t>계획</w:t>
            </w:r>
          </w:p>
        </w:tc>
        <w:tc>
          <w:tcPr>
            <w:tcW w:w="2304" w:type="dxa"/>
            <w:vAlign w:val="center"/>
          </w:tcPr>
          <w:p w14:paraId="1C39CB34" w14:textId="77777777" w:rsidR="005A0175" w:rsidRDefault="002F1498">
            <w:r>
              <w:rPr>
                <w:sz w:val="17"/>
              </w:rPr>
              <w:t>IS-MVMP-001</w:t>
            </w:r>
          </w:p>
        </w:tc>
        <w:tc>
          <w:tcPr>
            <w:tcW w:w="5328" w:type="dxa"/>
            <w:vAlign w:val="center"/>
          </w:tcPr>
          <w:p w14:paraId="703545E8" w14:textId="77777777" w:rsidR="005A0175" w:rsidRDefault="002F1498">
            <w:r>
              <w:rPr>
                <w:sz w:val="17"/>
              </w:rPr>
              <w:t>Validation Master Plan</w:t>
            </w:r>
          </w:p>
        </w:tc>
      </w:tr>
      <w:tr w:rsidR="005A0175" w14:paraId="292A581B" w14:textId="77777777">
        <w:trPr>
          <w:jc w:val="center"/>
        </w:trPr>
        <w:tc>
          <w:tcPr>
            <w:tcW w:w="1728" w:type="dxa"/>
            <w:vAlign w:val="center"/>
          </w:tcPr>
          <w:p w14:paraId="786D4936" w14:textId="77777777" w:rsidR="005A0175" w:rsidRDefault="002F1498">
            <w:r>
              <w:rPr>
                <w:sz w:val="17"/>
              </w:rPr>
              <w:t>요구사항</w:t>
            </w:r>
          </w:p>
        </w:tc>
        <w:tc>
          <w:tcPr>
            <w:tcW w:w="2304" w:type="dxa"/>
            <w:vAlign w:val="center"/>
          </w:tcPr>
          <w:p w14:paraId="139E958E" w14:textId="77777777" w:rsidR="005A0175" w:rsidRDefault="002F1498">
            <w:r>
              <w:rPr>
                <w:sz w:val="17"/>
              </w:rPr>
              <w:t>IS-MURS-001</w:t>
            </w:r>
          </w:p>
        </w:tc>
        <w:tc>
          <w:tcPr>
            <w:tcW w:w="5328" w:type="dxa"/>
            <w:vAlign w:val="center"/>
          </w:tcPr>
          <w:p w14:paraId="45DC22A8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사용자요구규격서 URS</w:t>
            </w:r>
          </w:p>
        </w:tc>
      </w:tr>
      <w:tr w:rsidR="005A0175" w14:paraId="34C4AF96" w14:textId="77777777">
        <w:trPr>
          <w:jc w:val="center"/>
        </w:trPr>
        <w:tc>
          <w:tcPr>
            <w:tcW w:w="1728" w:type="dxa"/>
            <w:vAlign w:val="center"/>
          </w:tcPr>
          <w:p w14:paraId="5882CBD0" w14:textId="77777777" w:rsidR="005A0175" w:rsidRDefault="002F1498">
            <w:r>
              <w:rPr>
                <w:sz w:val="17"/>
              </w:rPr>
              <w:t>범위정의</w:t>
            </w:r>
          </w:p>
        </w:tc>
        <w:tc>
          <w:tcPr>
            <w:tcW w:w="2304" w:type="dxa"/>
            <w:vAlign w:val="center"/>
          </w:tcPr>
          <w:p w14:paraId="2CD1D9C2" w14:textId="77777777" w:rsidR="005A0175" w:rsidRDefault="002F1498">
            <w:r>
              <w:rPr>
                <w:sz w:val="17"/>
              </w:rPr>
              <w:t>IS-MBAD-001</w:t>
            </w:r>
          </w:p>
        </w:tc>
        <w:tc>
          <w:tcPr>
            <w:tcW w:w="5328" w:type="dxa"/>
            <w:vAlign w:val="center"/>
          </w:tcPr>
          <w:p w14:paraId="099BB03C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시스템 경계범위 정의보고서</w:t>
            </w:r>
          </w:p>
        </w:tc>
      </w:tr>
      <w:tr w:rsidR="005A0175" w14:paraId="1F7FD254" w14:textId="77777777">
        <w:trPr>
          <w:jc w:val="center"/>
        </w:trPr>
        <w:tc>
          <w:tcPr>
            <w:tcW w:w="1728" w:type="dxa"/>
            <w:vAlign w:val="center"/>
          </w:tcPr>
          <w:p w14:paraId="7890D366" w14:textId="77777777" w:rsidR="005A0175" w:rsidRDefault="002F1498">
            <w:r>
              <w:rPr>
                <w:sz w:val="17"/>
              </w:rPr>
              <w:t>영향평가</w:t>
            </w:r>
          </w:p>
        </w:tc>
        <w:tc>
          <w:tcPr>
            <w:tcW w:w="2304" w:type="dxa"/>
            <w:vAlign w:val="center"/>
          </w:tcPr>
          <w:p w14:paraId="670ADBF3" w14:textId="77777777" w:rsidR="005A0175" w:rsidRDefault="002F1498">
            <w:r>
              <w:rPr>
                <w:sz w:val="17"/>
              </w:rPr>
              <w:t>IS-MIA-001</w:t>
            </w:r>
          </w:p>
        </w:tc>
        <w:tc>
          <w:tcPr>
            <w:tcW w:w="5328" w:type="dxa"/>
            <w:vAlign w:val="center"/>
          </w:tcPr>
          <w:p w14:paraId="26A4E8B3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시스템 영향성 평가보고서</w:t>
            </w:r>
          </w:p>
        </w:tc>
      </w:tr>
      <w:tr w:rsidR="005A0175" w14:paraId="3E6CB4E9" w14:textId="77777777">
        <w:trPr>
          <w:jc w:val="center"/>
        </w:trPr>
        <w:tc>
          <w:tcPr>
            <w:tcW w:w="1728" w:type="dxa"/>
            <w:vAlign w:val="center"/>
          </w:tcPr>
          <w:p w14:paraId="05B495F2" w14:textId="77777777" w:rsidR="005A0175" w:rsidRDefault="002F1498">
            <w:r>
              <w:rPr>
                <w:sz w:val="17"/>
              </w:rPr>
              <w:t>계획</w:t>
            </w:r>
          </w:p>
        </w:tc>
        <w:tc>
          <w:tcPr>
            <w:tcW w:w="2304" w:type="dxa"/>
            <w:vAlign w:val="center"/>
          </w:tcPr>
          <w:p w14:paraId="7BE90594" w14:textId="77777777" w:rsidR="005A0175" w:rsidRDefault="002F1498">
            <w:r>
              <w:rPr>
                <w:sz w:val="17"/>
              </w:rPr>
              <w:t>IS-MVP-001</w:t>
            </w:r>
          </w:p>
        </w:tc>
        <w:tc>
          <w:tcPr>
            <w:tcW w:w="5328" w:type="dxa"/>
            <w:vAlign w:val="center"/>
          </w:tcPr>
          <w:p w14:paraId="35880676" w14:textId="77777777" w:rsidR="005A0175" w:rsidRDefault="002F1498">
            <w:r>
              <w:rPr>
                <w:sz w:val="17"/>
              </w:rPr>
              <w:t>Validation Plan</w:t>
            </w:r>
          </w:p>
        </w:tc>
      </w:tr>
      <w:tr w:rsidR="005A0175" w14:paraId="5EA6FA7B" w14:textId="77777777">
        <w:trPr>
          <w:jc w:val="center"/>
        </w:trPr>
        <w:tc>
          <w:tcPr>
            <w:tcW w:w="1728" w:type="dxa"/>
            <w:vAlign w:val="center"/>
          </w:tcPr>
          <w:p w14:paraId="6B651287" w14:textId="77777777" w:rsidR="005A0175" w:rsidRDefault="002F1498">
            <w:r>
              <w:rPr>
                <w:sz w:val="17"/>
              </w:rPr>
              <w:t>기능설계</w:t>
            </w:r>
          </w:p>
        </w:tc>
        <w:tc>
          <w:tcPr>
            <w:tcW w:w="2304" w:type="dxa"/>
            <w:vAlign w:val="center"/>
          </w:tcPr>
          <w:p w14:paraId="1F84B49D" w14:textId="77777777" w:rsidR="005A0175" w:rsidRDefault="002F1498">
            <w:r>
              <w:rPr>
                <w:sz w:val="17"/>
              </w:rPr>
              <w:t>IS-MFDS-001</w:t>
            </w:r>
          </w:p>
        </w:tc>
        <w:tc>
          <w:tcPr>
            <w:tcW w:w="5328" w:type="dxa"/>
            <w:vAlign w:val="center"/>
          </w:tcPr>
          <w:p w14:paraId="4111B058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기능설계사양서 FDS</w:t>
            </w:r>
          </w:p>
        </w:tc>
      </w:tr>
      <w:tr w:rsidR="005A0175" w14:paraId="5A301C03" w14:textId="77777777">
        <w:trPr>
          <w:jc w:val="center"/>
        </w:trPr>
        <w:tc>
          <w:tcPr>
            <w:tcW w:w="1728" w:type="dxa"/>
            <w:vAlign w:val="center"/>
          </w:tcPr>
          <w:p w14:paraId="46E42AB5" w14:textId="77777777" w:rsidR="005A0175" w:rsidRDefault="002F1498">
            <w:r>
              <w:rPr>
                <w:sz w:val="17"/>
              </w:rPr>
              <w:t>상세설계</w:t>
            </w:r>
          </w:p>
        </w:tc>
        <w:tc>
          <w:tcPr>
            <w:tcW w:w="2304" w:type="dxa"/>
            <w:vAlign w:val="center"/>
          </w:tcPr>
          <w:p w14:paraId="3A473C6B" w14:textId="77777777" w:rsidR="005A0175" w:rsidRDefault="002F1498">
            <w:r>
              <w:rPr>
                <w:sz w:val="17"/>
              </w:rPr>
              <w:t>IS-MDDS-001</w:t>
            </w:r>
          </w:p>
        </w:tc>
        <w:tc>
          <w:tcPr>
            <w:tcW w:w="5328" w:type="dxa"/>
            <w:vAlign w:val="center"/>
          </w:tcPr>
          <w:p w14:paraId="59E5A677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상세설계사양서 DDS</w:t>
            </w:r>
          </w:p>
        </w:tc>
      </w:tr>
      <w:tr w:rsidR="005A0175" w14:paraId="1D0FB2CB" w14:textId="77777777">
        <w:trPr>
          <w:jc w:val="center"/>
        </w:trPr>
        <w:tc>
          <w:tcPr>
            <w:tcW w:w="1728" w:type="dxa"/>
            <w:vAlign w:val="center"/>
          </w:tcPr>
          <w:p w14:paraId="02AF97CE" w14:textId="77777777" w:rsidR="005A0175" w:rsidRDefault="002F1498">
            <w:r>
              <w:rPr>
                <w:sz w:val="17"/>
              </w:rPr>
              <w:t>설계적격성</w:t>
            </w:r>
          </w:p>
        </w:tc>
        <w:tc>
          <w:tcPr>
            <w:tcW w:w="2304" w:type="dxa"/>
            <w:vAlign w:val="center"/>
          </w:tcPr>
          <w:p w14:paraId="255F5EDA" w14:textId="77777777" w:rsidR="005A0175" w:rsidRDefault="002F1498">
            <w:r>
              <w:rPr>
                <w:sz w:val="17"/>
              </w:rPr>
              <w:t>IS-MDQ-001/002</w:t>
            </w:r>
          </w:p>
        </w:tc>
        <w:tc>
          <w:tcPr>
            <w:tcW w:w="5328" w:type="dxa"/>
            <w:vAlign w:val="center"/>
          </w:tcPr>
          <w:p w14:paraId="56C6A0B2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DQ 실시계획서·평가보고서</w:t>
            </w:r>
          </w:p>
        </w:tc>
      </w:tr>
      <w:tr w:rsidR="005A0175" w14:paraId="0DC5FD67" w14:textId="77777777">
        <w:trPr>
          <w:jc w:val="center"/>
        </w:trPr>
        <w:tc>
          <w:tcPr>
            <w:tcW w:w="1728" w:type="dxa"/>
            <w:vAlign w:val="center"/>
          </w:tcPr>
          <w:p w14:paraId="7E4ADF52" w14:textId="77777777" w:rsidR="005A0175" w:rsidRDefault="002F1498">
            <w:r>
              <w:rPr>
                <w:sz w:val="17"/>
              </w:rPr>
              <w:t>설치적격성</w:t>
            </w:r>
          </w:p>
        </w:tc>
        <w:tc>
          <w:tcPr>
            <w:tcW w:w="2304" w:type="dxa"/>
            <w:vAlign w:val="center"/>
          </w:tcPr>
          <w:p w14:paraId="19665B3B" w14:textId="77777777" w:rsidR="005A0175" w:rsidRDefault="002F1498">
            <w:r>
              <w:rPr>
                <w:sz w:val="17"/>
              </w:rPr>
              <w:t>IS-MIQ-001/002</w:t>
            </w:r>
          </w:p>
        </w:tc>
        <w:tc>
          <w:tcPr>
            <w:tcW w:w="5328" w:type="dxa"/>
            <w:vAlign w:val="center"/>
          </w:tcPr>
          <w:p w14:paraId="06C6A574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IQ 실시계획서·실시보고서</w:t>
            </w:r>
          </w:p>
        </w:tc>
      </w:tr>
      <w:tr w:rsidR="005A0175" w14:paraId="4F278D0B" w14:textId="77777777">
        <w:trPr>
          <w:jc w:val="center"/>
        </w:trPr>
        <w:tc>
          <w:tcPr>
            <w:tcW w:w="1728" w:type="dxa"/>
            <w:vAlign w:val="center"/>
          </w:tcPr>
          <w:p w14:paraId="7F971CF9" w14:textId="77777777" w:rsidR="005A0175" w:rsidRDefault="002F1498">
            <w:r>
              <w:rPr>
                <w:sz w:val="17"/>
              </w:rPr>
              <w:t>운전적격성</w:t>
            </w:r>
          </w:p>
        </w:tc>
        <w:tc>
          <w:tcPr>
            <w:tcW w:w="2304" w:type="dxa"/>
            <w:vAlign w:val="center"/>
          </w:tcPr>
          <w:p w14:paraId="633F8460" w14:textId="77777777" w:rsidR="005A0175" w:rsidRDefault="002F1498">
            <w:r>
              <w:rPr>
                <w:sz w:val="17"/>
              </w:rPr>
              <w:t>IS-MOQ-001/002</w:t>
            </w:r>
          </w:p>
        </w:tc>
        <w:tc>
          <w:tcPr>
            <w:tcW w:w="5328" w:type="dxa"/>
            <w:vAlign w:val="center"/>
          </w:tcPr>
          <w:p w14:paraId="16C643E6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OQ 실시계획서·실시보고서</w:t>
            </w:r>
          </w:p>
        </w:tc>
      </w:tr>
      <w:tr w:rsidR="005A0175" w14:paraId="78425A78" w14:textId="77777777">
        <w:trPr>
          <w:jc w:val="center"/>
        </w:trPr>
        <w:tc>
          <w:tcPr>
            <w:tcW w:w="1728" w:type="dxa"/>
            <w:vAlign w:val="center"/>
          </w:tcPr>
          <w:p w14:paraId="3B5ACB91" w14:textId="77777777" w:rsidR="005A0175" w:rsidRDefault="002F1498">
            <w:r>
              <w:rPr>
                <w:sz w:val="17"/>
              </w:rPr>
              <w:t>성능적격성</w:t>
            </w:r>
          </w:p>
        </w:tc>
        <w:tc>
          <w:tcPr>
            <w:tcW w:w="2304" w:type="dxa"/>
            <w:vAlign w:val="center"/>
          </w:tcPr>
          <w:p w14:paraId="25405B16" w14:textId="77777777" w:rsidR="005A0175" w:rsidRDefault="002F1498">
            <w:r>
              <w:rPr>
                <w:sz w:val="17"/>
              </w:rPr>
              <w:t>IS-MPQ-001/002</w:t>
            </w:r>
          </w:p>
        </w:tc>
        <w:tc>
          <w:tcPr>
            <w:tcW w:w="5328" w:type="dxa"/>
            <w:vAlign w:val="center"/>
          </w:tcPr>
          <w:p w14:paraId="30F31390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PQ 실시계획서·실시보고서</w:t>
            </w:r>
          </w:p>
        </w:tc>
      </w:tr>
      <w:tr w:rsidR="005A0175" w14:paraId="2400A9A1" w14:textId="77777777">
        <w:trPr>
          <w:jc w:val="center"/>
        </w:trPr>
        <w:tc>
          <w:tcPr>
            <w:tcW w:w="1728" w:type="dxa"/>
            <w:vAlign w:val="center"/>
          </w:tcPr>
          <w:p w14:paraId="2495A1A9" w14:textId="77777777" w:rsidR="005A0175" w:rsidRDefault="002F1498">
            <w:r>
              <w:rPr>
                <w:sz w:val="17"/>
              </w:rPr>
              <w:t>종료</w:t>
            </w:r>
          </w:p>
        </w:tc>
        <w:tc>
          <w:tcPr>
            <w:tcW w:w="2304" w:type="dxa"/>
            <w:vAlign w:val="center"/>
          </w:tcPr>
          <w:p w14:paraId="1B6791CF" w14:textId="77777777" w:rsidR="005A0175" w:rsidRDefault="002F1498">
            <w:r>
              <w:rPr>
                <w:sz w:val="17"/>
              </w:rPr>
              <w:t>IS-MFSR-001</w:t>
            </w:r>
          </w:p>
        </w:tc>
        <w:tc>
          <w:tcPr>
            <w:tcW w:w="5328" w:type="dxa"/>
            <w:vAlign w:val="center"/>
          </w:tcPr>
          <w:p w14:paraId="6F517BA0" w14:textId="77777777" w:rsidR="005A0175" w:rsidRDefault="002F1498">
            <w:r>
              <w:rPr>
                <w:sz w:val="17"/>
              </w:rPr>
              <w:t>최종요약보고서</w:t>
            </w:r>
          </w:p>
        </w:tc>
      </w:tr>
    </w:tbl>
    <w:p w14:paraId="48784CBF" w14:textId="77777777" w:rsidR="005A0175" w:rsidRDefault="005A0175"/>
    <w:p w14:paraId="4A250B43" w14:textId="77777777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t>3. 추가 필수 CSV 산출물</w:t>
      </w:r>
    </w:p>
    <w:p w14:paraId="0A2DD4F2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CSV 수행계획 및 문서작성 일정, As-Is 분석서, To-Be 업무설계서, 요구사항 추적표 RTM</w:t>
      </w:r>
    </w:p>
    <w:p w14:paraId="1B4F05F5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기능요구사항 구축범위 보고서, 인터페이스 구성계획서, 화면정의서, 데이터베이스 정의서</w:t>
      </w:r>
    </w:p>
    <w:p w14:paraId="41A44AC4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lastRenderedPageBreak/>
        <w:t>테이블·컬럼·코드 정의서, 프로세스 정의서, 데이터 이관계획서 및 결과보고서, 테스트 데이터 목록</w:t>
      </w:r>
    </w:p>
    <w:p w14:paraId="56D514F9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결함관리대장, 변경관리대장, 권한매트릭스, 백업·복구 시험결과서, 보안점검 결과서</w:t>
      </w:r>
    </w:p>
    <w:p w14:paraId="47927125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교육계획서·교육결과서, 운영자·사용자 매뉴얼, 프로젝트 수행계획서, 인력운영계획서, 일정계획서, 월간보고서 및 회의록, 검수산출물 목록</w:t>
      </w:r>
    </w:p>
    <w:p w14:paraId="580B665E" w14:textId="77777777" w:rsidR="005A0175" w:rsidRDefault="002F1498">
      <w:pPr>
        <w:pStyle w:val="21"/>
        <w:rPr>
          <w:lang w:eastAsia="ko-KR"/>
        </w:rPr>
      </w:pPr>
      <w:r>
        <w:rPr>
          <w:rFonts w:ascii="맑은 고딕" w:eastAsia="맑은 고딕" w:hAnsi="맑은 고딕"/>
          <w:color w:val="2E74B5"/>
          <w:lang w:eastAsia="ko-KR"/>
        </w:rPr>
        <w:t>4. 요구사항 추적성</w:t>
      </w:r>
    </w:p>
    <w:p w14:paraId="4862FA64" w14:textId="77777777" w:rsidR="005A0175" w:rsidRDefault="002F1498">
      <w:pPr>
        <w:spacing w:after="120" w:line="269" w:lineRule="auto"/>
        <w:rPr>
          <w:lang w:eastAsia="ko-KR"/>
        </w:rPr>
      </w:pPr>
      <w:r>
        <w:rPr>
          <w:lang w:eastAsia="ko-KR"/>
        </w:rPr>
        <w:t>모든 요구사항은 RFP 요구사항 ID → URS → FDS → DDS → 위험평가 → 시험항목 → 시험결과 → 결함조치 → 최종승인으로 연결되어야 한다. 요구사항 추적표에서 누락된 항목이 없어야 하며, 미충족 항목은 최종검수 전에 조치되어야 한다.</w:t>
      </w:r>
    </w:p>
    <w:p w14:paraId="182CAACB" w14:textId="77777777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t>5. 문서관리 솔루션 기능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440"/>
        <w:gridCol w:w="7920"/>
      </w:tblGrid>
      <w:tr w:rsidR="005A0175" w14:paraId="454E1389" w14:textId="77777777">
        <w:trPr>
          <w:jc w:val="center"/>
        </w:trPr>
        <w:tc>
          <w:tcPr>
            <w:tcW w:w="1440" w:type="dxa"/>
            <w:shd w:val="clear" w:color="auto" w:fill="E8EEF5"/>
            <w:vAlign w:val="center"/>
          </w:tcPr>
          <w:p w14:paraId="04A0E6C5" w14:textId="77777777" w:rsidR="005A0175" w:rsidRDefault="002F1498">
            <w:r>
              <w:rPr>
                <w:b/>
                <w:color w:val="0B2545"/>
                <w:sz w:val="17"/>
              </w:rPr>
              <w:t>ID</w:t>
            </w:r>
          </w:p>
        </w:tc>
        <w:tc>
          <w:tcPr>
            <w:tcW w:w="7920" w:type="dxa"/>
            <w:shd w:val="clear" w:color="auto" w:fill="E8EEF5"/>
            <w:vAlign w:val="center"/>
          </w:tcPr>
          <w:p w14:paraId="2BC1CFCF" w14:textId="77777777" w:rsidR="005A0175" w:rsidRDefault="002F1498">
            <w:r>
              <w:rPr>
                <w:b/>
                <w:color w:val="0B2545"/>
                <w:sz w:val="17"/>
              </w:rPr>
              <w:t>요구사항</w:t>
            </w:r>
          </w:p>
        </w:tc>
      </w:tr>
      <w:tr w:rsidR="005A0175" w14:paraId="46FFA9DA" w14:textId="77777777">
        <w:trPr>
          <w:jc w:val="center"/>
        </w:trPr>
        <w:tc>
          <w:tcPr>
            <w:tcW w:w="1440" w:type="dxa"/>
            <w:vAlign w:val="center"/>
          </w:tcPr>
          <w:p w14:paraId="5F5058B7" w14:textId="77777777" w:rsidR="005A0175" w:rsidRDefault="002F1498">
            <w:r>
              <w:rPr>
                <w:sz w:val="17"/>
              </w:rPr>
              <w:t>DMS-001</w:t>
            </w:r>
          </w:p>
        </w:tc>
        <w:tc>
          <w:tcPr>
            <w:tcW w:w="7920" w:type="dxa"/>
            <w:vAlign w:val="center"/>
          </w:tcPr>
          <w:p w14:paraId="28685E8A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문서번호 자동·수동 부여 및 문서분류</w:t>
            </w:r>
          </w:p>
        </w:tc>
      </w:tr>
      <w:tr w:rsidR="005A0175" w14:paraId="53EBEE4F" w14:textId="77777777">
        <w:trPr>
          <w:jc w:val="center"/>
        </w:trPr>
        <w:tc>
          <w:tcPr>
            <w:tcW w:w="1440" w:type="dxa"/>
            <w:vAlign w:val="center"/>
          </w:tcPr>
          <w:p w14:paraId="5923E23E" w14:textId="77777777" w:rsidR="005A0175" w:rsidRDefault="002F1498">
            <w:r>
              <w:rPr>
                <w:sz w:val="17"/>
              </w:rPr>
              <w:t>DMS-002</w:t>
            </w:r>
          </w:p>
        </w:tc>
        <w:tc>
          <w:tcPr>
            <w:tcW w:w="7920" w:type="dxa"/>
            <w:vAlign w:val="center"/>
          </w:tcPr>
          <w:p w14:paraId="50AB3A64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작성·검토·승인 단계별 워크플로</w:t>
            </w:r>
          </w:p>
        </w:tc>
      </w:tr>
      <w:tr w:rsidR="005A0175" w14:paraId="350D0D11" w14:textId="77777777">
        <w:trPr>
          <w:jc w:val="center"/>
        </w:trPr>
        <w:tc>
          <w:tcPr>
            <w:tcW w:w="1440" w:type="dxa"/>
            <w:vAlign w:val="center"/>
          </w:tcPr>
          <w:p w14:paraId="1D2240B1" w14:textId="77777777" w:rsidR="005A0175" w:rsidRDefault="002F1498">
            <w:r>
              <w:rPr>
                <w:sz w:val="17"/>
              </w:rPr>
              <w:t>DMS-003</w:t>
            </w:r>
          </w:p>
        </w:tc>
        <w:tc>
          <w:tcPr>
            <w:tcW w:w="7920" w:type="dxa"/>
            <w:vAlign w:val="center"/>
          </w:tcPr>
          <w:p w14:paraId="461880AB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개정번호, 개정사유, 개정 전후 비교</w:t>
            </w:r>
          </w:p>
        </w:tc>
      </w:tr>
      <w:tr w:rsidR="005A0175" w14:paraId="597C311C" w14:textId="77777777">
        <w:trPr>
          <w:jc w:val="center"/>
        </w:trPr>
        <w:tc>
          <w:tcPr>
            <w:tcW w:w="1440" w:type="dxa"/>
            <w:vAlign w:val="center"/>
          </w:tcPr>
          <w:p w14:paraId="50BB230F" w14:textId="77777777" w:rsidR="005A0175" w:rsidRDefault="002F1498">
            <w:r>
              <w:rPr>
                <w:sz w:val="17"/>
              </w:rPr>
              <w:t>DMS-004</w:t>
            </w:r>
          </w:p>
        </w:tc>
        <w:tc>
          <w:tcPr>
            <w:tcW w:w="7920" w:type="dxa"/>
            <w:vAlign w:val="center"/>
          </w:tcPr>
          <w:p w14:paraId="363CE724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시행예정·시행·폐기·보관 상태관리</w:t>
            </w:r>
          </w:p>
        </w:tc>
      </w:tr>
      <w:tr w:rsidR="005A0175" w14:paraId="63A8B8A7" w14:textId="77777777">
        <w:trPr>
          <w:jc w:val="center"/>
        </w:trPr>
        <w:tc>
          <w:tcPr>
            <w:tcW w:w="1440" w:type="dxa"/>
            <w:vAlign w:val="center"/>
          </w:tcPr>
          <w:p w14:paraId="0C74E1A2" w14:textId="77777777" w:rsidR="005A0175" w:rsidRDefault="002F1498">
            <w:r>
              <w:rPr>
                <w:sz w:val="17"/>
              </w:rPr>
              <w:t>DMS-005</w:t>
            </w:r>
          </w:p>
        </w:tc>
        <w:tc>
          <w:tcPr>
            <w:tcW w:w="7920" w:type="dxa"/>
            <w:vAlign w:val="center"/>
          </w:tcPr>
          <w:p w14:paraId="7B00AAE3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권한별 조회·수정·승인·출력 통제</w:t>
            </w:r>
          </w:p>
        </w:tc>
      </w:tr>
      <w:tr w:rsidR="005A0175" w14:paraId="7DE11F05" w14:textId="77777777">
        <w:trPr>
          <w:jc w:val="center"/>
        </w:trPr>
        <w:tc>
          <w:tcPr>
            <w:tcW w:w="1440" w:type="dxa"/>
            <w:vAlign w:val="center"/>
          </w:tcPr>
          <w:p w14:paraId="5AC0D7FA" w14:textId="77777777" w:rsidR="005A0175" w:rsidRDefault="002F1498">
            <w:r>
              <w:rPr>
                <w:sz w:val="17"/>
              </w:rPr>
              <w:t>DMS-006</w:t>
            </w:r>
          </w:p>
        </w:tc>
        <w:tc>
          <w:tcPr>
            <w:tcW w:w="7920" w:type="dxa"/>
            <w:vAlign w:val="center"/>
          </w:tcPr>
          <w:p w14:paraId="332A6E95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문서 열람확인 및 배포대상 관리</w:t>
            </w:r>
          </w:p>
        </w:tc>
      </w:tr>
      <w:tr w:rsidR="005A0175" w14:paraId="1B680210" w14:textId="77777777">
        <w:trPr>
          <w:jc w:val="center"/>
        </w:trPr>
        <w:tc>
          <w:tcPr>
            <w:tcW w:w="1440" w:type="dxa"/>
            <w:vAlign w:val="center"/>
          </w:tcPr>
          <w:p w14:paraId="406FFB4D" w14:textId="77777777" w:rsidR="005A0175" w:rsidRDefault="002F1498">
            <w:r>
              <w:rPr>
                <w:sz w:val="17"/>
              </w:rPr>
              <w:t>DMS-007</w:t>
            </w:r>
          </w:p>
        </w:tc>
        <w:tc>
          <w:tcPr>
            <w:tcW w:w="7920" w:type="dxa"/>
            <w:vAlign w:val="center"/>
          </w:tcPr>
          <w:p w14:paraId="230895D0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감사추적과 사용자 활동로그</w:t>
            </w:r>
          </w:p>
        </w:tc>
      </w:tr>
      <w:tr w:rsidR="005A0175" w14:paraId="78878145" w14:textId="77777777">
        <w:trPr>
          <w:jc w:val="center"/>
        </w:trPr>
        <w:tc>
          <w:tcPr>
            <w:tcW w:w="1440" w:type="dxa"/>
            <w:vAlign w:val="center"/>
          </w:tcPr>
          <w:p w14:paraId="0023EDD1" w14:textId="77777777" w:rsidR="005A0175" w:rsidRDefault="002F1498">
            <w:r>
              <w:rPr>
                <w:sz w:val="17"/>
              </w:rPr>
              <w:t>DMS-008</w:t>
            </w:r>
          </w:p>
        </w:tc>
        <w:tc>
          <w:tcPr>
            <w:tcW w:w="7920" w:type="dxa"/>
            <w:vAlign w:val="center"/>
          </w:tcPr>
          <w:p w14:paraId="7D6721C5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첨부파일 원본 및 PDF 변환본 관리</w:t>
            </w:r>
          </w:p>
        </w:tc>
      </w:tr>
      <w:tr w:rsidR="005A0175" w14:paraId="747E2229" w14:textId="77777777">
        <w:trPr>
          <w:jc w:val="center"/>
        </w:trPr>
        <w:tc>
          <w:tcPr>
            <w:tcW w:w="1440" w:type="dxa"/>
            <w:vAlign w:val="center"/>
          </w:tcPr>
          <w:p w14:paraId="0177224A" w14:textId="77777777" w:rsidR="005A0175" w:rsidRDefault="002F1498">
            <w:r>
              <w:rPr>
                <w:sz w:val="17"/>
              </w:rPr>
              <w:t>DMS-009</w:t>
            </w:r>
          </w:p>
        </w:tc>
        <w:tc>
          <w:tcPr>
            <w:tcW w:w="7920" w:type="dxa"/>
            <w:vAlign w:val="center"/>
          </w:tcPr>
          <w:p w14:paraId="526B2BDA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만료·정기검토·재승인 알림</w:t>
            </w:r>
          </w:p>
        </w:tc>
      </w:tr>
      <w:tr w:rsidR="005A0175" w14:paraId="5DDD2BB8" w14:textId="77777777">
        <w:trPr>
          <w:jc w:val="center"/>
        </w:trPr>
        <w:tc>
          <w:tcPr>
            <w:tcW w:w="1440" w:type="dxa"/>
            <w:vAlign w:val="center"/>
          </w:tcPr>
          <w:p w14:paraId="25F16DA4" w14:textId="77777777" w:rsidR="005A0175" w:rsidRDefault="002F1498">
            <w:r>
              <w:rPr>
                <w:sz w:val="17"/>
              </w:rPr>
              <w:t>DMS-010</w:t>
            </w:r>
          </w:p>
        </w:tc>
        <w:tc>
          <w:tcPr>
            <w:tcW w:w="7920" w:type="dxa"/>
            <w:vAlign w:val="center"/>
          </w:tcPr>
          <w:p w14:paraId="3A07F20A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CSV 프로젝트별 산출물 패키지 관리</w:t>
            </w:r>
          </w:p>
        </w:tc>
      </w:tr>
      <w:tr w:rsidR="005A0175" w14:paraId="3B71C4B0" w14:textId="77777777">
        <w:trPr>
          <w:jc w:val="center"/>
        </w:trPr>
        <w:tc>
          <w:tcPr>
            <w:tcW w:w="1440" w:type="dxa"/>
            <w:vAlign w:val="center"/>
          </w:tcPr>
          <w:p w14:paraId="08E313A1" w14:textId="77777777" w:rsidR="005A0175" w:rsidRDefault="002F1498">
            <w:r>
              <w:rPr>
                <w:sz w:val="17"/>
              </w:rPr>
              <w:t>DMS-011</w:t>
            </w:r>
          </w:p>
        </w:tc>
        <w:tc>
          <w:tcPr>
            <w:tcW w:w="7920" w:type="dxa"/>
            <w:vAlign w:val="center"/>
          </w:tcPr>
          <w:p w14:paraId="0A74BC8B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변경관리·일탈·결함과 관련문서 연결</w:t>
            </w:r>
          </w:p>
        </w:tc>
      </w:tr>
      <w:tr w:rsidR="005A0175" w14:paraId="2E6BFE1A" w14:textId="77777777">
        <w:trPr>
          <w:jc w:val="center"/>
        </w:trPr>
        <w:tc>
          <w:tcPr>
            <w:tcW w:w="1440" w:type="dxa"/>
            <w:vAlign w:val="center"/>
          </w:tcPr>
          <w:p w14:paraId="16936384" w14:textId="77777777" w:rsidR="005A0175" w:rsidRDefault="002F1498">
            <w:r>
              <w:rPr>
                <w:sz w:val="17"/>
              </w:rPr>
              <w:t>DMS-012</w:t>
            </w:r>
          </w:p>
        </w:tc>
        <w:tc>
          <w:tcPr>
            <w:tcW w:w="7920" w:type="dxa"/>
            <w:vAlign w:val="center"/>
          </w:tcPr>
          <w:p w14:paraId="2F5D6EAF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문서 백업·복구 및 복구시험</w:t>
            </w:r>
          </w:p>
        </w:tc>
      </w:tr>
    </w:tbl>
    <w:p w14:paraId="7FFFECB4" w14:textId="77777777" w:rsidR="005A0175" w:rsidRDefault="005A0175">
      <w:pPr>
        <w:rPr>
          <w:lang w:eastAsia="ko-KR"/>
        </w:rPr>
      </w:pPr>
    </w:p>
    <w:p w14:paraId="1828BD9D" w14:textId="77777777" w:rsidR="005A0175" w:rsidRDefault="002F1498">
      <w:pPr>
        <w:pStyle w:val="1"/>
        <w:rPr>
          <w:lang w:eastAsia="ko-KR"/>
        </w:rPr>
      </w:pPr>
      <w:r>
        <w:rPr>
          <w:rFonts w:ascii="맑은 고딕" w:eastAsia="맑은 고딕" w:hAnsi="맑은 고딕"/>
          <w:color w:val="2E74B5"/>
          <w:sz w:val="32"/>
          <w:lang w:eastAsia="ko-KR"/>
        </w:rPr>
        <w:t>Ⅷ. 보안·성능·데이터 요구사항</w:t>
      </w:r>
    </w:p>
    <w:p w14:paraId="6DFEEC33" w14:textId="77777777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t>1. 보안</w:t>
      </w:r>
    </w:p>
    <w:p w14:paraId="67B85B42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사용자별 계정 사용 및 계정공유 금지, 역할기반 접근통제, 비밀번호 암호화 저장</w:t>
      </w:r>
    </w:p>
    <w:p w14:paraId="2691E133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로그인 실패횟수 제한과 계정잠금, 관리자 권한 사용이력 기록</w:t>
      </w:r>
    </w:p>
    <w:p w14:paraId="45791C6C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개인정보·화주정보 조회 및 다운로드 로그</w:t>
      </w:r>
    </w:p>
    <w:p w14:paraId="52442C3B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외부 AI 서비스로 업무데이터 전송 금지, DB 계정 최소권한 적용</w:t>
      </w:r>
    </w:p>
    <w:p w14:paraId="1C61BAD6" w14:textId="77777777" w:rsidR="005A0175" w:rsidRDefault="002F1498">
      <w:pPr>
        <w:pStyle w:val="a0"/>
        <w:spacing w:after="60"/>
      </w:pPr>
      <w:r>
        <w:t>SQL Injection, XSS, CSRF 등에 대한 보안조치</w:t>
      </w:r>
    </w:p>
    <w:p w14:paraId="6C4970B1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소스코드 내 비밀번호·API Key 하드코딩 금지, 운영·개발·시험환경 분리</w:t>
      </w:r>
    </w:p>
    <w:p w14:paraId="211B02D2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취약점 점검 및 조치결과 제출</w:t>
      </w:r>
    </w:p>
    <w:p w14:paraId="2447F461" w14:textId="77777777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lastRenderedPageBreak/>
        <w:t>2. 데이터</w:t>
      </w:r>
    </w:p>
    <w:p w14:paraId="7776E8A7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기존 WMS, 화주, 품목, 로케이션, 재고, 입출고 이력 이관</w:t>
      </w:r>
    </w:p>
    <w:p w14:paraId="27C85072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이관 전후 건수·수량·금액 대사와 중복·누락·오류 데이터 정비</w:t>
      </w:r>
    </w:p>
    <w:p w14:paraId="4AC2EFF8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화주별 데이터 논리적 분리, 모든 일시는 서버 기준시간으로 기록</w:t>
      </w:r>
    </w:p>
    <w:p w14:paraId="337CCCAB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삭제 대신 상태변경 또는 논리삭제를 원칙으로 적용</w:t>
      </w:r>
    </w:p>
    <w:p w14:paraId="55C49236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데이터 보존기간은 발주기관 정책에 따라 설정 가능하도록 구현</w:t>
      </w:r>
    </w:p>
    <w:p w14:paraId="712A1681" w14:textId="77777777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t>3. 성능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3168"/>
        <w:gridCol w:w="6192"/>
      </w:tblGrid>
      <w:tr w:rsidR="005A0175" w14:paraId="3C818608" w14:textId="77777777">
        <w:trPr>
          <w:jc w:val="center"/>
        </w:trPr>
        <w:tc>
          <w:tcPr>
            <w:tcW w:w="3168" w:type="dxa"/>
            <w:shd w:val="clear" w:color="auto" w:fill="E8EEF5"/>
            <w:vAlign w:val="center"/>
          </w:tcPr>
          <w:p w14:paraId="76AE3A7C" w14:textId="77777777" w:rsidR="005A0175" w:rsidRDefault="002F1498">
            <w:r>
              <w:rPr>
                <w:b/>
                <w:color w:val="0B2545"/>
                <w:sz w:val="17"/>
              </w:rPr>
              <w:t>항목</w:t>
            </w:r>
          </w:p>
        </w:tc>
        <w:tc>
          <w:tcPr>
            <w:tcW w:w="6192" w:type="dxa"/>
            <w:shd w:val="clear" w:color="auto" w:fill="E8EEF5"/>
            <w:vAlign w:val="center"/>
          </w:tcPr>
          <w:p w14:paraId="1506AF58" w14:textId="77777777" w:rsidR="005A0175" w:rsidRDefault="002F1498">
            <w:r>
              <w:rPr>
                <w:b/>
                <w:color w:val="0B2545"/>
                <w:sz w:val="17"/>
              </w:rPr>
              <w:t>목표</w:t>
            </w:r>
          </w:p>
        </w:tc>
      </w:tr>
      <w:tr w:rsidR="005A0175" w14:paraId="4F34C600" w14:textId="77777777">
        <w:trPr>
          <w:jc w:val="center"/>
        </w:trPr>
        <w:tc>
          <w:tcPr>
            <w:tcW w:w="3168" w:type="dxa"/>
            <w:vAlign w:val="center"/>
          </w:tcPr>
          <w:p w14:paraId="4FFFAA2F" w14:textId="77777777" w:rsidR="005A0175" w:rsidRDefault="002F1498">
            <w:r>
              <w:rPr>
                <w:sz w:val="17"/>
              </w:rPr>
              <w:t>일반 화면 조회</w:t>
            </w:r>
          </w:p>
        </w:tc>
        <w:tc>
          <w:tcPr>
            <w:tcW w:w="6192" w:type="dxa"/>
            <w:vAlign w:val="center"/>
          </w:tcPr>
          <w:p w14:paraId="1E30BFA4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정상부하에서 3초 이내 권고</w:t>
            </w:r>
          </w:p>
        </w:tc>
      </w:tr>
      <w:tr w:rsidR="005A0175" w14:paraId="26CA5982" w14:textId="77777777">
        <w:trPr>
          <w:jc w:val="center"/>
        </w:trPr>
        <w:tc>
          <w:tcPr>
            <w:tcW w:w="3168" w:type="dxa"/>
            <w:vAlign w:val="center"/>
          </w:tcPr>
          <w:p w14:paraId="369CDC85" w14:textId="77777777" w:rsidR="005A0175" w:rsidRDefault="002F1498">
            <w:r>
              <w:rPr>
                <w:sz w:val="17"/>
              </w:rPr>
              <w:t>저장·수정 처리</w:t>
            </w:r>
          </w:p>
        </w:tc>
        <w:tc>
          <w:tcPr>
            <w:tcW w:w="6192" w:type="dxa"/>
            <w:vAlign w:val="center"/>
          </w:tcPr>
          <w:p w14:paraId="3AC4B116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정상부하에서 3초 이내 권고</w:t>
            </w:r>
          </w:p>
        </w:tc>
      </w:tr>
      <w:tr w:rsidR="005A0175" w14:paraId="08A4FD3B" w14:textId="77777777">
        <w:trPr>
          <w:jc w:val="center"/>
        </w:trPr>
        <w:tc>
          <w:tcPr>
            <w:tcW w:w="3168" w:type="dxa"/>
            <w:vAlign w:val="center"/>
          </w:tcPr>
          <w:p w14:paraId="3BD892C3" w14:textId="77777777" w:rsidR="005A0175" w:rsidRDefault="002F1498">
            <w:r>
              <w:rPr>
                <w:sz w:val="17"/>
              </w:rPr>
              <w:t>PDA 스캔 반응</w:t>
            </w:r>
          </w:p>
        </w:tc>
        <w:tc>
          <w:tcPr>
            <w:tcW w:w="6192" w:type="dxa"/>
            <w:vAlign w:val="center"/>
          </w:tcPr>
          <w:p w14:paraId="7E832811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정상통신 환경에서 1초 내외</w:t>
            </w:r>
          </w:p>
        </w:tc>
      </w:tr>
      <w:tr w:rsidR="005A0175" w14:paraId="32B56E9F" w14:textId="77777777">
        <w:trPr>
          <w:jc w:val="center"/>
        </w:trPr>
        <w:tc>
          <w:tcPr>
            <w:tcW w:w="3168" w:type="dxa"/>
            <w:vAlign w:val="center"/>
          </w:tcPr>
          <w:p w14:paraId="3C936706" w14:textId="77777777" w:rsidR="005A0175" w:rsidRDefault="002F1498">
            <w:r>
              <w:rPr>
                <w:sz w:val="17"/>
              </w:rPr>
              <w:t>주요 배치</w:t>
            </w:r>
          </w:p>
        </w:tc>
        <w:tc>
          <w:tcPr>
            <w:tcW w:w="6192" w:type="dxa"/>
            <w:vAlign w:val="center"/>
          </w:tcPr>
          <w:p w14:paraId="7DE4198F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운영시간에 영향을 주지 않도록 수행</w:t>
            </w:r>
          </w:p>
        </w:tc>
      </w:tr>
      <w:tr w:rsidR="005A0175" w14:paraId="75ECD5B1" w14:textId="77777777">
        <w:trPr>
          <w:jc w:val="center"/>
        </w:trPr>
        <w:tc>
          <w:tcPr>
            <w:tcW w:w="3168" w:type="dxa"/>
            <w:vAlign w:val="center"/>
          </w:tcPr>
          <w:p w14:paraId="7561A459" w14:textId="77777777" w:rsidR="005A0175" w:rsidRDefault="002F1498">
            <w:r>
              <w:rPr>
                <w:sz w:val="17"/>
              </w:rPr>
              <w:t>장애복구</w:t>
            </w:r>
          </w:p>
        </w:tc>
        <w:tc>
          <w:tcPr>
            <w:tcW w:w="6192" w:type="dxa"/>
            <w:vAlign w:val="center"/>
          </w:tcPr>
          <w:p w14:paraId="3DEADB53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백업·복구 시험을 통해 확인</w:t>
            </w:r>
          </w:p>
        </w:tc>
      </w:tr>
      <w:tr w:rsidR="005A0175" w14:paraId="5D95DF61" w14:textId="77777777">
        <w:trPr>
          <w:jc w:val="center"/>
        </w:trPr>
        <w:tc>
          <w:tcPr>
            <w:tcW w:w="3168" w:type="dxa"/>
            <w:vAlign w:val="center"/>
          </w:tcPr>
          <w:p w14:paraId="19CEDFA3" w14:textId="77777777" w:rsidR="005A0175" w:rsidRDefault="002F1498">
            <w:r>
              <w:rPr>
                <w:sz w:val="17"/>
              </w:rPr>
              <w:t>동시사용자</w:t>
            </w:r>
          </w:p>
        </w:tc>
        <w:tc>
          <w:tcPr>
            <w:tcW w:w="6192" w:type="dxa"/>
            <w:vAlign w:val="center"/>
          </w:tcPr>
          <w:p w14:paraId="30663F44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제안사가 현황분석 후 산정하고 성능시험으로 검증</w:t>
            </w:r>
          </w:p>
        </w:tc>
      </w:tr>
    </w:tbl>
    <w:p w14:paraId="59A7779C" w14:textId="77777777" w:rsidR="005A0175" w:rsidRDefault="005A0175">
      <w:pPr>
        <w:rPr>
          <w:lang w:eastAsia="ko-KR"/>
        </w:rPr>
      </w:pPr>
    </w:p>
    <w:p w14:paraId="08A480AE" w14:textId="371650A0" w:rsidR="005A0175" w:rsidRDefault="002F1498">
      <w:pPr>
        <w:pStyle w:val="1"/>
        <w:rPr>
          <w:lang w:eastAsia="ko-KR"/>
        </w:rPr>
      </w:pPr>
      <w:r>
        <w:rPr>
          <w:rFonts w:ascii="맑은 고딕" w:eastAsia="맑은 고딕" w:hAnsi="맑은 고딕"/>
          <w:color w:val="2E74B5"/>
          <w:sz w:val="32"/>
          <w:lang w:eastAsia="ko-KR"/>
        </w:rPr>
        <w:t xml:space="preserve">Ⅸ. </w:t>
      </w:r>
      <w:r w:rsidR="005C7B47">
        <w:rPr>
          <w:rFonts w:ascii="맑은 고딕" w:eastAsia="맑은 고딕" w:hAnsi="맑은 고딕" w:hint="eastAsia"/>
          <w:color w:val="2E74B5"/>
          <w:sz w:val="32"/>
          <w:lang w:eastAsia="ko-KR"/>
        </w:rPr>
        <w:t>사업추진 일정</w:t>
      </w:r>
    </w:p>
    <w:p w14:paraId="29E940FE" w14:textId="77777777" w:rsidR="005A0175" w:rsidRDefault="002F1498">
      <w:pPr>
        <w:pStyle w:val="21"/>
        <w:rPr>
          <w:lang w:eastAsia="ko-KR"/>
        </w:rPr>
      </w:pPr>
      <w:r>
        <w:rPr>
          <w:rFonts w:ascii="맑은 고딕" w:eastAsia="맑은 고딕" w:hAnsi="맑은 고딕"/>
          <w:color w:val="2E74B5"/>
          <w:lang w:eastAsia="ko-KR"/>
        </w:rPr>
        <w:t>1. 소스코드 인수</w:t>
      </w:r>
    </w:p>
    <w:p w14:paraId="67958D5E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Windows Forms 관리도구 소스코드 및 Delphi 또는 VB.NET 프로젝트 파일</w:t>
      </w:r>
    </w:p>
    <w:p w14:paraId="6F5D4DB3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DB 생성·변경·초기화 스크립트, API 소스 및 Swagger 등 인터페이스 문서</w:t>
      </w:r>
    </w:p>
    <w:p w14:paraId="697AC436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빌드 및 배포 스크립트, 환경설정 예시파일, 소스관리 저장소 및 이력</w:t>
      </w:r>
    </w:p>
    <w:p w14:paraId="25C632F2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제3자 라이브러리 목록과 라이선스, 설치파일 및 배포패키지, 관리자 계정 인계서</w:t>
      </w:r>
    </w:p>
    <w:p w14:paraId="3F9D33E6" w14:textId="6DF5CD92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t xml:space="preserve">2. </w:t>
      </w:r>
      <w:r w:rsidR="00335F83">
        <w:rPr>
          <w:rFonts w:ascii="맑은 고딕" w:eastAsia="맑은 고딕" w:hAnsi="맑은 고딕" w:hint="eastAsia"/>
          <w:color w:val="2E74B5"/>
          <w:lang w:eastAsia="ko-KR"/>
        </w:rPr>
        <w:t xml:space="preserve">기술확인 </w:t>
      </w:r>
      <w:r>
        <w:rPr>
          <w:rFonts w:ascii="맑은 고딕" w:eastAsia="맑은 고딕" w:hAnsi="맑은 고딕"/>
          <w:color w:val="2E74B5"/>
        </w:rPr>
        <w:t>조건</w:t>
      </w:r>
    </w:p>
    <w:p w14:paraId="0CDCCB0F" w14:textId="09DC439E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 xml:space="preserve">난독화되지 않은 원본소스 </w:t>
      </w:r>
      <w:r w:rsidR="00335F83">
        <w:rPr>
          <w:rFonts w:hint="eastAsia"/>
          <w:lang w:eastAsia="ko-KR"/>
        </w:rPr>
        <w:t>확인</w:t>
      </w:r>
      <w:r>
        <w:rPr>
          <w:lang w:eastAsia="ko-KR"/>
        </w:rPr>
        <w:t xml:space="preserve"> 및 발주기관 환경에서 재빌드 가능한 상태</w:t>
      </w:r>
    </w:p>
    <w:p w14:paraId="0D66C363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특정 업체의 인증서버 없이 빌드·실행 가능</w:t>
      </w:r>
    </w:p>
    <w:p w14:paraId="3A6264A3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개발자 개인계정과 개인 클라우드 의존 금지</w:t>
      </w:r>
    </w:p>
    <w:p w14:paraId="6BBB997A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사용기술, 버전, 라이브러리, 개발도구 공개</w:t>
      </w:r>
    </w:p>
    <w:p w14:paraId="16FBDC7A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빌드·배포 시연을 최종검수 항목에 포함</w:t>
      </w:r>
    </w:p>
    <w:p w14:paraId="5745F13C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발주기관 또는 제3의 유지보수업체가 수정할 수 있는 권리 확보</w:t>
      </w:r>
    </w:p>
    <w:p w14:paraId="31447E7D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상용 컴포넌트는 별도 사용조건과 유지비를 명시</w:t>
      </w:r>
    </w:p>
    <w:p w14:paraId="2BB54645" w14:textId="77777777" w:rsidR="005A0175" w:rsidRDefault="002F1498">
      <w:pPr>
        <w:spacing w:after="120" w:line="269" w:lineRule="auto"/>
        <w:rPr>
          <w:lang w:eastAsia="ko-KR"/>
        </w:rPr>
      </w:pPr>
      <w:r>
        <w:rPr>
          <w:lang w:eastAsia="ko-KR"/>
        </w:rPr>
        <w:t>계약서에는 전체 소스코드, 빌드 가능성, 수정권한, 제3자 유지보수권한을 구체적으로 명시해야 한다.</w:t>
      </w:r>
    </w:p>
    <w:p w14:paraId="521D4BCF" w14:textId="77777777" w:rsidR="002428DA" w:rsidRDefault="002428DA">
      <w:pPr>
        <w:spacing w:after="120" w:line="269" w:lineRule="auto"/>
        <w:rPr>
          <w:lang w:eastAsia="ko-KR"/>
        </w:rPr>
      </w:pPr>
    </w:p>
    <w:p w14:paraId="0DB8FD50" w14:textId="77777777" w:rsidR="002428DA" w:rsidRDefault="002428DA">
      <w:pPr>
        <w:spacing w:after="120" w:line="269" w:lineRule="auto"/>
        <w:rPr>
          <w:lang w:eastAsia="ko-KR"/>
        </w:rPr>
      </w:pPr>
    </w:p>
    <w:p w14:paraId="64559C22" w14:textId="77777777" w:rsidR="005A0175" w:rsidRDefault="002F1498">
      <w:pPr>
        <w:pStyle w:val="1"/>
      </w:pPr>
      <w:r>
        <w:rPr>
          <w:rFonts w:ascii="맑은 고딕" w:eastAsia="맑은 고딕" w:hAnsi="맑은 고딕"/>
          <w:color w:val="2E74B5"/>
          <w:sz w:val="32"/>
        </w:rPr>
        <w:t>Ⅹ. 수행인력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3168"/>
        <w:gridCol w:w="6192"/>
      </w:tblGrid>
      <w:tr w:rsidR="005A0175" w14:paraId="0F2EFEA2" w14:textId="77777777">
        <w:trPr>
          <w:jc w:val="center"/>
        </w:trPr>
        <w:tc>
          <w:tcPr>
            <w:tcW w:w="3168" w:type="dxa"/>
            <w:shd w:val="clear" w:color="auto" w:fill="E8EEF5"/>
            <w:vAlign w:val="center"/>
          </w:tcPr>
          <w:p w14:paraId="4353A0BD" w14:textId="77777777" w:rsidR="005A0175" w:rsidRDefault="002F1498">
            <w:r>
              <w:rPr>
                <w:b/>
                <w:color w:val="0B2545"/>
                <w:sz w:val="17"/>
              </w:rPr>
              <w:t>역할</w:t>
            </w:r>
          </w:p>
        </w:tc>
        <w:tc>
          <w:tcPr>
            <w:tcW w:w="6192" w:type="dxa"/>
            <w:shd w:val="clear" w:color="auto" w:fill="E8EEF5"/>
            <w:vAlign w:val="center"/>
          </w:tcPr>
          <w:p w14:paraId="7A4A4B13" w14:textId="77777777" w:rsidR="005A0175" w:rsidRDefault="002F1498">
            <w:r>
              <w:rPr>
                <w:b/>
                <w:color w:val="0B2545"/>
                <w:sz w:val="17"/>
              </w:rPr>
              <w:t>최소 투입요건</w:t>
            </w:r>
          </w:p>
        </w:tc>
      </w:tr>
      <w:tr w:rsidR="005A0175" w14:paraId="1C1AB115" w14:textId="77777777">
        <w:trPr>
          <w:jc w:val="center"/>
        </w:trPr>
        <w:tc>
          <w:tcPr>
            <w:tcW w:w="3168" w:type="dxa"/>
            <w:vAlign w:val="center"/>
          </w:tcPr>
          <w:p w14:paraId="18EB4187" w14:textId="77777777" w:rsidR="005A0175" w:rsidRDefault="002F1498">
            <w:r>
              <w:rPr>
                <w:sz w:val="17"/>
              </w:rPr>
              <w:t>PM</w:t>
            </w:r>
          </w:p>
        </w:tc>
        <w:tc>
          <w:tcPr>
            <w:tcW w:w="6192" w:type="dxa"/>
            <w:vAlign w:val="center"/>
          </w:tcPr>
          <w:p w14:paraId="143DA61F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WMS·MES·ERP 등 정보시스템 구축관리 경험</w:t>
            </w:r>
          </w:p>
        </w:tc>
      </w:tr>
      <w:tr w:rsidR="005A0175" w14:paraId="45E06146" w14:textId="77777777">
        <w:trPr>
          <w:jc w:val="center"/>
        </w:trPr>
        <w:tc>
          <w:tcPr>
            <w:tcW w:w="3168" w:type="dxa"/>
            <w:vAlign w:val="center"/>
          </w:tcPr>
          <w:p w14:paraId="4708207C" w14:textId="77777777" w:rsidR="005A0175" w:rsidRDefault="002F1498">
            <w:r>
              <w:rPr>
                <w:sz w:val="17"/>
              </w:rPr>
              <w:t>WMS 분석·설계</w:t>
            </w:r>
          </w:p>
        </w:tc>
        <w:tc>
          <w:tcPr>
            <w:tcW w:w="6192" w:type="dxa"/>
            <w:vAlign w:val="center"/>
          </w:tcPr>
          <w:p w14:paraId="1DD3152F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입고·재고·피킹·출고·정산 업무 분석경험</w:t>
            </w:r>
          </w:p>
        </w:tc>
      </w:tr>
      <w:tr w:rsidR="005A0175" w14:paraId="27477605" w14:textId="77777777">
        <w:trPr>
          <w:jc w:val="center"/>
        </w:trPr>
        <w:tc>
          <w:tcPr>
            <w:tcW w:w="3168" w:type="dxa"/>
            <w:vAlign w:val="center"/>
          </w:tcPr>
          <w:p w14:paraId="4C0092EB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C#/Blazor 개발자</w:t>
            </w:r>
          </w:p>
        </w:tc>
        <w:tc>
          <w:tcPr>
            <w:tcW w:w="6192" w:type="dxa"/>
            <w:vAlign w:val="center"/>
          </w:tcPr>
          <w:p w14:paraId="4D112F11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C# 및 Blazor 프로젝트 수행경험</w:t>
            </w:r>
          </w:p>
        </w:tc>
      </w:tr>
      <w:tr w:rsidR="005A0175" w14:paraId="5B7D30A4" w14:textId="77777777">
        <w:trPr>
          <w:jc w:val="center"/>
        </w:trPr>
        <w:tc>
          <w:tcPr>
            <w:tcW w:w="3168" w:type="dxa"/>
            <w:vAlign w:val="center"/>
          </w:tcPr>
          <w:p w14:paraId="7B87654B" w14:textId="77777777" w:rsidR="005A0175" w:rsidRDefault="002F1498">
            <w:r>
              <w:rPr>
                <w:sz w:val="17"/>
              </w:rPr>
              <w:t>모바일 개발자</w:t>
            </w:r>
          </w:p>
        </w:tc>
        <w:tc>
          <w:tcPr>
            <w:tcW w:w="6192" w:type="dxa"/>
            <w:vAlign w:val="center"/>
          </w:tcPr>
          <w:p w14:paraId="1445F964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Android PDA 또는 PWA 개발경험</w:t>
            </w:r>
          </w:p>
        </w:tc>
      </w:tr>
      <w:tr w:rsidR="005A0175" w14:paraId="6B4363BC" w14:textId="77777777">
        <w:trPr>
          <w:jc w:val="center"/>
        </w:trPr>
        <w:tc>
          <w:tcPr>
            <w:tcW w:w="3168" w:type="dxa"/>
            <w:vAlign w:val="center"/>
          </w:tcPr>
          <w:p w14:paraId="6CBFF012" w14:textId="77777777" w:rsidR="005A0175" w:rsidRDefault="002F1498">
            <w:r>
              <w:rPr>
                <w:sz w:val="17"/>
              </w:rPr>
              <w:t>DB 담당자</w:t>
            </w:r>
          </w:p>
        </w:tc>
        <w:tc>
          <w:tcPr>
            <w:tcW w:w="6192" w:type="dxa"/>
            <w:vAlign w:val="center"/>
          </w:tcPr>
          <w:p w14:paraId="1A69E358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MS-SQL 설계·튜닝·백업·복구 경험</w:t>
            </w:r>
          </w:p>
        </w:tc>
      </w:tr>
      <w:tr w:rsidR="005A0175" w14:paraId="0A19A8B7" w14:textId="77777777">
        <w:trPr>
          <w:jc w:val="center"/>
        </w:trPr>
        <w:tc>
          <w:tcPr>
            <w:tcW w:w="3168" w:type="dxa"/>
            <w:vAlign w:val="center"/>
          </w:tcPr>
          <w:p w14:paraId="1356090D" w14:textId="77777777" w:rsidR="005A0175" w:rsidRDefault="002F1498">
            <w:r>
              <w:rPr>
                <w:sz w:val="17"/>
              </w:rPr>
              <w:t>AI 담당자</w:t>
            </w:r>
          </w:p>
        </w:tc>
        <w:tc>
          <w:tcPr>
            <w:tcW w:w="6192" w:type="dxa"/>
            <w:vAlign w:val="center"/>
          </w:tcPr>
          <w:p w14:paraId="66A604F9" w14:textId="77777777" w:rsidR="005A0175" w:rsidRDefault="002F1498">
            <w:r>
              <w:rPr>
                <w:sz w:val="17"/>
              </w:rPr>
              <w:t>최적화·예측·Text-to-SQL 구현경험</w:t>
            </w:r>
          </w:p>
        </w:tc>
      </w:tr>
      <w:tr w:rsidR="005A0175" w14:paraId="5F6C3F44" w14:textId="77777777">
        <w:trPr>
          <w:jc w:val="center"/>
        </w:trPr>
        <w:tc>
          <w:tcPr>
            <w:tcW w:w="3168" w:type="dxa"/>
            <w:vAlign w:val="center"/>
          </w:tcPr>
          <w:p w14:paraId="156A294F" w14:textId="77777777" w:rsidR="005A0175" w:rsidRDefault="002F1498">
            <w:r>
              <w:rPr>
                <w:sz w:val="17"/>
              </w:rPr>
              <w:t>CSV 책임자</w:t>
            </w:r>
          </w:p>
        </w:tc>
        <w:tc>
          <w:tcPr>
            <w:tcW w:w="6192" w:type="dxa"/>
            <w:vAlign w:val="center"/>
          </w:tcPr>
          <w:p w14:paraId="24BF715A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최근 CSV 프로젝트 수행경험</w:t>
            </w:r>
          </w:p>
        </w:tc>
      </w:tr>
      <w:tr w:rsidR="005A0175" w14:paraId="1AB19324" w14:textId="77777777">
        <w:trPr>
          <w:jc w:val="center"/>
        </w:trPr>
        <w:tc>
          <w:tcPr>
            <w:tcW w:w="3168" w:type="dxa"/>
            <w:vAlign w:val="center"/>
          </w:tcPr>
          <w:p w14:paraId="56C40F09" w14:textId="77777777" w:rsidR="005A0175" w:rsidRDefault="002F1498">
            <w:r>
              <w:rPr>
                <w:sz w:val="17"/>
              </w:rPr>
              <w:t>품질·테스트 담당</w:t>
            </w:r>
          </w:p>
        </w:tc>
        <w:tc>
          <w:tcPr>
            <w:tcW w:w="6192" w:type="dxa"/>
            <w:vAlign w:val="center"/>
          </w:tcPr>
          <w:p w14:paraId="3A81A55C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요구사항 추적, 결함관리, OQ·PQ 수행경험</w:t>
            </w:r>
          </w:p>
        </w:tc>
      </w:tr>
      <w:tr w:rsidR="005A0175" w14:paraId="3D39C5DE" w14:textId="77777777">
        <w:trPr>
          <w:jc w:val="center"/>
        </w:trPr>
        <w:tc>
          <w:tcPr>
            <w:tcW w:w="3168" w:type="dxa"/>
            <w:vAlign w:val="center"/>
          </w:tcPr>
          <w:p w14:paraId="296681F4" w14:textId="77777777" w:rsidR="005A0175" w:rsidRDefault="002F1498">
            <w:r>
              <w:rPr>
                <w:sz w:val="17"/>
              </w:rPr>
              <w:t>Delphi/VB.NET 담당</w:t>
            </w:r>
          </w:p>
        </w:tc>
        <w:tc>
          <w:tcPr>
            <w:tcW w:w="6192" w:type="dxa"/>
            <w:vAlign w:val="center"/>
          </w:tcPr>
          <w:p w14:paraId="5C94381E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Windows Forms 관리도구 개발·유지관리 경험</w:t>
            </w:r>
          </w:p>
        </w:tc>
      </w:tr>
    </w:tbl>
    <w:p w14:paraId="072F7F70" w14:textId="77777777" w:rsidR="005A0175" w:rsidRDefault="002F1498">
      <w:pPr>
        <w:spacing w:after="120" w:line="269" w:lineRule="auto"/>
        <w:rPr>
          <w:lang w:eastAsia="ko-KR"/>
        </w:rPr>
      </w:pPr>
      <w:r>
        <w:rPr>
          <w:lang w:eastAsia="ko-KR"/>
        </w:rPr>
        <w:t>핵심인력 변경은 발주기관의 사전승인을 받아야 하며, 동등 이상의 경력자를 투입해야 한다.</w:t>
      </w:r>
    </w:p>
    <w:p w14:paraId="4438B08C" w14:textId="77777777" w:rsidR="005A0175" w:rsidRDefault="002F1498">
      <w:pPr>
        <w:pStyle w:val="1"/>
      </w:pPr>
      <w:r>
        <w:rPr>
          <w:rFonts w:ascii="Noto Sans KR" w:eastAsia="Noto Sans KR" w:hAnsi="Noto Sans KR" w:cs="Noto Sans KR" w:hint="eastAsia"/>
          <w:color w:val="2E74B5"/>
          <w:sz w:val="32"/>
        </w:rPr>
        <w:t>Ⅺ</w:t>
      </w:r>
      <w:r>
        <w:rPr>
          <w:rFonts w:ascii="맑은 고딕" w:eastAsia="맑은 고딕" w:hAnsi="맑은 고딕"/>
          <w:color w:val="2E74B5"/>
          <w:sz w:val="32"/>
        </w:rPr>
        <w:t>. 사업추진 일정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296"/>
        <w:gridCol w:w="6192"/>
        <w:gridCol w:w="1872"/>
      </w:tblGrid>
      <w:tr w:rsidR="005A0175" w14:paraId="069B5399" w14:textId="77777777">
        <w:trPr>
          <w:jc w:val="center"/>
        </w:trPr>
        <w:tc>
          <w:tcPr>
            <w:tcW w:w="1296" w:type="dxa"/>
            <w:shd w:val="clear" w:color="auto" w:fill="E8EEF5"/>
            <w:vAlign w:val="center"/>
          </w:tcPr>
          <w:p w14:paraId="4DD9C1ED" w14:textId="77777777" w:rsidR="005A0175" w:rsidRDefault="002F1498">
            <w:r>
              <w:rPr>
                <w:b/>
                <w:color w:val="0B2545"/>
                <w:sz w:val="17"/>
              </w:rPr>
              <w:t>단계</w:t>
            </w:r>
          </w:p>
        </w:tc>
        <w:tc>
          <w:tcPr>
            <w:tcW w:w="6192" w:type="dxa"/>
            <w:shd w:val="clear" w:color="auto" w:fill="E8EEF5"/>
            <w:vAlign w:val="center"/>
          </w:tcPr>
          <w:p w14:paraId="35F17D7C" w14:textId="77777777" w:rsidR="005A0175" w:rsidRDefault="002F1498">
            <w:r>
              <w:rPr>
                <w:b/>
                <w:color w:val="0B2545"/>
                <w:sz w:val="17"/>
              </w:rPr>
              <w:t>주요내용</w:t>
            </w:r>
          </w:p>
        </w:tc>
        <w:tc>
          <w:tcPr>
            <w:tcW w:w="1872" w:type="dxa"/>
            <w:shd w:val="clear" w:color="auto" w:fill="E8EEF5"/>
            <w:vAlign w:val="center"/>
          </w:tcPr>
          <w:p w14:paraId="0C67D677" w14:textId="77777777" w:rsidR="005A0175" w:rsidRDefault="002F1498">
            <w:r>
              <w:rPr>
                <w:b/>
                <w:color w:val="0B2545"/>
                <w:sz w:val="17"/>
              </w:rPr>
              <w:t>기간</w:t>
            </w:r>
          </w:p>
        </w:tc>
      </w:tr>
      <w:tr w:rsidR="005A0175" w14:paraId="1BBC8EF0" w14:textId="77777777">
        <w:trPr>
          <w:jc w:val="center"/>
        </w:trPr>
        <w:tc>
          <w:tcPr>
            <w:tcW w:w="1296" w:type="dxa"/>
            <w:vAlign w:val="center"/>
          </w:tcPr>
          <w:p w14:paraId="0FE2C92F" w14:textId="77777777" w:rsidR="005A0175" w:rsidRDefault="002F1498">
            <w:r>
              <w:rPr>
                <w:sz w:val="17"/>
              </w:rPr>
              <w:t>1단계</w:t>
            </w:r>
          </w:p>
        </w:tc>
        <w:tc>
          <w:tcPr>
            <w:tcW w:w="6192" w:type="dxa"/>
            <w:vAlign w:val="center"/>
          </w:tcPr>
          <w:p w14:paraId="0A4CD72F" w14:textId="77777777" w:rsidR="005A0175" w:rsidRDefault="002F1498">
            <w:r>
              <w:rPr>
                <w:sz w:val="17"/>
              </w:rPr>
              <w:t>착수, 현황분석, As-Is, KPI 기준값</w:t>
            </w:r>
          </w:p>
        </w:tc>
        <w:tc>
          <w:tcPr>
            <w:tcW w:w="1872" w:type="dxa"/>
            <w:vAlign w:val="center"/>
          </w:tcPr>
          <w:p w14:paraId="40E7E803" w14:textId="77777777" w:rsidR="005A0175" w:rsidRDefault="002F1498">
            <w:r>
              <w:rPr>
                <w:sz w:val="17"/>
              </w:rPr>
              <w:t>1개월차</w:t>
            </w:r>
          </w:p>
        </w:tc>
      </w:tr>
      <w:tr w:rsidR="005A0175" w14:paraId="77B2597B" w14:textId="77777777">
        <w:trPr>
          <w:jc w:val="center"/>
        </w:trPr>
        <w:tc>
          <w:tcPr>
            <w:tcW w:w="1296" w:type="dxa"/>
            <w:vAlign w:val="center"/>
          </w:tcPr>
          <w:p w14:paraId="2BC44A7B" w14:textId="77777777" w:rsidR="005A0175" w:rsidRDefault="002F1498">
            <w:r>
              <w:rPr>
                <w:sz w:val="17"/>
              </w:rPr>
              <w:t>2단계</w:t>
            </w:r>
          </w:p>
        </w:tc>
        <w:tc>
          <w:tcPr>
            <w:tcW w:w="6192" w:type="dxa"/>
            <w:vAlign w:val="center"/>
          </w:tcPr>
          <w:p w14:paraId="246A1A7D" w14:textId="77777777" w:rsidR="005A0175" w:rsidRDefault="002F1498">
            <w:r>
              <w:rPr>
                <w:sz w:val="17"/>
              </w:rPr>
              <w:t>URS, To-Be, 데이터·인터페이스 설계</w:t>
            </w:r>
          </w:p>
        </w:tc>
        <w:tc>
          <w:tcPr>
            <w:tcW w:w="1872" w:type="dxa"/>
            <w:vAlign w:val="center"/>
          </w:tcPr>
          <w:p w14:paraId="15870408" w14:textId="77777777" w:rsidR="005A0175" w:rsidRDefault="002F1498">
            <w:r>
              <w:rPr>
                <w:sz w:val="17"/>
              </w:rPr>
              <w:t>1~2개월차</w:t>
            </w:r>
          </w:p>
        </w:tc>
      </w:tr>
      <w:tr w:rsidR="005A0175" w14:paraId="5590420F" w14:textId="77777777">
        <w:trPr>
          <w:jc w:val="center"/>
        </w:trPr>
        <w:tc>
          <w:tcPr>
            <w:tcW w:w="1296" w:type="dxa"/>
            <w:vAlign w:val="center"/>
          </w:tcPr>
          <w:p w14:paraId="101FB4D4" w14:textId="77777777" w:rsidR="005A0175" w:rsidRDefault="002F1498">
            <w:r>
              <w:rPr>
                <w:sz w:val="17"/>
              </w:rPr>
              <w:t>3단계</w:t>
            </w:r>
          </w:p>
        </w:tc>
        <w:tc>
          <w:tcPr>
            <w:tcW w:w="6192" w:type="dxa"/>
            <w:vAlign w:val="center"/>
          </w:tcPr>
          <w:p w14:paraId="2B68E748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WMS·포털·DB 개발</w:t>
            </w:r>
          </w:p>
        </w:tc>
        <w:tc>
          <w:tcPr>
            <w:tcW w:w="1872" w:type="dxa"/>
            <w:vAlign w:val="center"/>
          </w:tcPr>
          <w:p w14:paraId="727D8CD2" w14:textId="77777777" w:rsidR="005A0175" w:rsidRDefault="002F1498">
            <w:r>
              <w:rPr>
                <w:sz w:val="17"/>
              </w:rPr>
              <w:t>2~4개월차</w:t>
            </w:r>
          </w:p>
        </w:tc>
      </w:tr>
      <w:tr w:rsidR="005A0175" w14:paraId="50A556FF" w14:textId="77777777">
        <w:trPr>
          <w:jc w:val="center"/>
        </w:trPr>
        <w:tc>
          <w:tcPr>
            <w:tcW w:w="1296" w:type="dxa"/>
            <w:vAlign w:val="center"/>
          </w:tcPr>
          <w:p w14:paraId="1A431756" w14:textId="77777777" w:rsidR="005A0175" w:rsidRDefault="002F1498">
            <w:r>
              <w:rPr>
                <w:sz w:val="17"/>
              </w:rPr>
              <w:t>4단계</w:t>
            </w:r>
          </w:p>
        </w:tc>
        <w:tc>
          <w:tcPr>
            <w:tcW w:w="6192" w:type="dxa"/>
            <w:vAlign w:val="center"/>
          </w:tcPr>
          <w:p w14:paraId="1AE30893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PDA·관리도구·AI 개발</w:t>
            </w:r>
          </w:p>
        </w:tc>
        <w:tc>
          <w:tcPr>
            <w:tcW w:w="1872" w:type="dxa"/>
            <w:vAlign w:val="center"/>
          </w:tcPr>
          <w:p w14:paraId="12CCAA13" w14:textId="77777777" w:rsidR="005A0175" w:rsidRDefault="002F1498">
            <w:r>
              <w:rPr>
                <w:sz w:val="17"/>
              </w:rPr>
              <w:t>2~5개월차</w:t>
            </w:r>
          </w:p>
        </w:tc>
      </w:tr>
      <w:tr w:rsidR="005A0175" w14:paraId="08B31254" w14:textId="77777777">
        <w:trPr>
          <w:jc w:val="center"/>
        </w:trPr>
        <w:tc>
          <w:tcPr>
            <w:tcW w:w="1296" w:type="dxa"/>
            <w:vAlign w:val="center"/>
          </w:tcPr>
          <w:p w14:paraId="72074209" w14:textId="77777777" w:rsidR="005A0175" w:rsidRDefault="002F1498">
            <w:r>
              <w:rPr>
                <w:sz w:val="17"/>
              </w:rPr>
              <w:t>5단계</w:t>
            </w:r>
          </w:p>
        </w:tc>
        <w:tc>
          <w:tcPr>
            <w:tcW w:w="6192" w:type="dxa"/>
            <w:vAlign w:val="center"/>
          </w:tcPr>
          <w:p w14:paraId="1B7D4576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데이터 이관, API, H/W 연동</w:t>
            </w:r>
          </w:p>
        </w:tc>
        <w:tc>
          <w:tcPr>
            <w:tcW w:w="1872" w:type="dxa"/>
            <w:vAlign w:val="center"/>
          </w:tcPr>
          <w:p w14:paraId="2FDE92D0" w14:textId="77777777" w:rsidR="005A0175" w:rsidRDefault="002F1498">
            <w:r>
              <w:rPr>
                <w:sz w:val="17"/>
              </w:rPr>
              <w:t>4~5개월차</w:t>
            </w:r>
          </w:p>
        </w:tc>
      </w:tr>
      <w:tr w:rsidR="005A0175" w14:paraId="1097222F" w14:textId="77777777">
        <w:trPr>
          <w:jc w:val="center"/>
        </w:trPr>
        <w:tc>
          <w:tcPr>
            <w:tcW w:w="1296" w:type="dxa"/>
            <w:vAlign w:val="center"/>
          </w:tcPr>
          <w:p w14:paraId="58D2CF0B" w14:textId="77777777" w:rsidR="005A0175" w:rsidRDefault="002F1498">
            <w:r>
              <w:rPr>
                <w:sz w:val="17"/>
              </w:rPr>
              <w:t>6단계</w:t>
            </w:r>
          </w:p>
        </w:tc>
        <w:tc>
          <w:tcPr>
            <w:tcW w:w="6192" w:type="dxa"/>
            <w:vAlign w:val="center"/>
          </w:tcPr>
          <w:p w14:paraId="2A5DD17C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DQ·IQ·OQ, 통합시험</w:t>
            </w:r>
          </w:p>
        </w:tc>
        <w:tc>
          <w:tcPr>
            <w:tcW w:w="1872" w:type="dxa"/>
            <w:vAlign w:val="center"/>
          </w:tcPr>
          <w:p w14:paraId="6C3A3884" w14:textId="77777777" w:rsidR="005A0175" w:rsidRDefault="002F1498">
            <w:r>
              <w:rPr>
                <w:sz w:val="17"/>
              </w:rPr>
              <w:t>5개월차</w:t>
            </w:r>
          </w:p>
        </w:tc>
      </w:tr>
      <w:tr w:rsidR="005A0175" w14:paraId="0C34FEBA" w14:textId="77777777">
        <w:trPr>
          <w:jc w:val="center"/>
        </w:trPr>
        <w:tc>
          <w:tcPr>
            <w:tcW w:w="1296" w:type="dxa"/>
            <w:vAlign w:val="center"/>
          </w:tcPr>
          <w:p w14:paraId="11070CDD" w14:textId="77777777" w:rsidR="005A0175" w:rsidRDefault="002F1498">
            <w:r>
              <w:rPr>
                <w:sz w:val="17"/>
              </w:rPr>
              <w:t>7단계</w:t>
            </w:r>
          </w:p>
        </w:tc>
        <w:tc>
          <w:tcPr>
            <w:tcW w:w="6192" w:type="dxa"/>
            <w:vAlign w:val="center"/>
          </w:tcPr>
          <w:p w14:paraId="56853F11" w14:textId="77777777" w:rsidR="005A0175" w:rsidRDefault="002F1498">
            <w:r>
              <w:rPr>
                <w:sz w:val="17"/>
              </w:rPr>
              <w:t>시범운영, PQ, 교육</w:t>
            </w:r>
          </w:p>
        </w:tc>
        <w:tc>
          <w:tcPr>
            <w:tcW w:w="1872" w:type="dxa"/>
            <w:vAlign w:val="center"/>
          </w:tcPr>
          <w:p w14:paraId="50D165A3" w14:textId="77777777" w:rsidR="005A0175" w:rsidRDefault="002F1498">
            <w:r>
              <w:rPr>
                <w:sz w:val="17"/>
              </w:rPr>
              <w:t>5~6개월차</w:t>
            </w:r>
          </w:p>
        </w:tc>
      </w:tr>
      <w:tr w:rsidR="005A0175" w14:paraId="0E0B53F9" w14:textId="77777777">
        <w:trPr>
          <w:jc w:val="center"/>
        </w:trPr>
        <w:tc>
          <w:tcPr>
            <w:tcW w:w="1296" w:type="dxa"/>
            <w:vAlign w:val="center"/>
          </w:tcPr>
          <w:p w14:paraId="681CD73F" w14:textId="77777777" w:rsidR="005A0175" w:rsidRDefault="002F1498">
            <w:r>
              <w:rPr>
                <w:sz w:val="17"/>
              </w:rPr>
              <w:t>8단계</w:t>
            </w:r>
          </w:p>
        </w:tc>
        <w:tc>
          <w:tcPr>
            <w:tcW w:w="6192" w:type="dxa"/>
            <w:vAlign w:val="center"/>
          </w:tcPr>
          <w:p w14:paraId="357A7623" w14:textId="676A8EFC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최종검수, 소스</w:t>
            </w:r>
            <w:r w:rsidR="0066673E">
              <w:rPr>
                <w:rFonts w:hint="eastAsia"/>
                <w:sz w:val="17"/>
                <w:lang w:eastAsia="ko-KR"/>
              </w:rPr>
              <w:t>검</w:t>
            </w:r>
            <w:r>
              <w:rPr>
                <w:sz w:val="17"/>
                <w:lang w:eastAsia="ko-KR"/>
              </w:rPr>
              <w:t>수, 완료보고</w:t>
            </w:r>
          </w:p>
        </w:tc>
        <w:tc>
          <w:tcPr>
            <w:tcW w:w="1872" w:type="dxa"/>
            <w:vAlign w:val="center"/>
          </w:tcPr>
          <w:p w14:paraId="3612E5EC" w14:textId="77777777" w:rsidR="005A0175" w:rsidRDefault="002F1498">
            <w:r>
              <w:rPr>
                <w:sz w:val="17"/>
              </w:rPr>
              <w:t>6개월차</w:t>
            </w:r>
          </w:p>
        </w:tc>
      </w:tr>
    </w:tbl>
    <w:p w14:paraId="63A124A3" w14:textId="77777777" w:rsidR="005A0175" w:rsidRDefault="005A0175"/>
    <w:p w14:paraId="38076F5C" w14:textId="77777777" w:rsidR="005A0175" w:rsidRDefault="002F1498">
      <w:pPr>
        <w:pStyle w:val="1"/>
      </w:pPr>
      <w:r>
        <w:rPr>
          <w:rFonts w:ascii="맑은 고딕" w:eastAsia="맑은 고딕" w:hAnsi="맑은 고딕"/>
          <w:color w:val="2E74B5"/>
          <w:sz w:val="32"/>
        </w:rPr>
        <w:t>Ⅻ. 검수기준</w:t>
      </w:r>
    </w:p>
    <w:p w14:paraId="1047F6B7" w14:textId="77777777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t>1. 기능검수</w:t>
      </w:r>
    </w:p>
    <w:p w14:paraId="33D0793D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요구사항별 시험결과 제출</w:t>
      </w:r>
    </w:p>
    <w:p w14:paraId="5FC7D9D2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필수요구사항 미구현 시 원칙적으로 검수 불합격</w:t>
      </w:r>
    </w:p>
    <w:p w14:paraId="10FC4421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오류 요구사항 재시험 결과 제출</w:t>
      </w:r>
    </w:p>
    <w:p w14:paraId="38CE5C9D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화주포털, PDA, WMS, AI, DB 간 통합 시나리오 시험</w:t>
      </w:r>
    </w:p>
    <w:p w14:paraId="5FC3B678" w14:textId="77777777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lastRenderedPageBreak/>
        <w:t>2. CSV 검수</w:t>
      </w:r>
    </w:p>
    <w:p w14:paraId="723C05B6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URS–FDS–DDS–시험항목 간 추적성 확인</w:t>
      </w:r>
    </w:p>
    <w:p w14:paraId="03B41B72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DQ, IQ, OQ, PQ 계획서와 결과보고서 승인</w:t>
      </w:r>
    </w:p>
    <w:p w14:paraId="2F8D8F80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시험 증적에 실행자·일시·입력값·기대결과·실제결과·판정 포함</w:t>
      </w:r>
    </w:p>
    <w:p w14:paraId="64C6E5FC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실패시험은 일탈 또는 결함번호와 연결</w:t>
      </w:r>
    </w:p>
    <w:p w14:paraId="3D71CF23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백업 및 복구시험 실제 수행</w:t>
      </w:r>
    </w:p>
    <w:p w14:paraId="52243C58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사용자·권한·감사로그 시험 포함</w:t>
      </w:r>
    </w:p>
    <w:p w14:paraId="532BD283" w14:textId="77777777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t>3. 소스검수</w:t>
      </w:r>
    </w:p>
    <w:p w14:paraId="5337BD90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발주기관 PC 또는 서버에서 전체 소스 빌드</w:t>
      </w:r>
    </w:p>
    <w:p w14:paraId="1C700C37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신규 DB 생성 후 시스템 설치</w:t>
      </w:r>
    </w:p>
    <w:p w14:paraId="0FDF2176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금지기술과 미승인 외부서비스 사용 여부 점검</w:t>
      </w:r>
    </w:p>
    <w:p w14:paraId="7E1369C1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제3자 라이브러리 목록 및 사용권 증빙 확인</w:t>
      </w:r>
    </w:p>
    <w:p w14:paraId="49CD12AA" w14:textId="77777777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t>4. KPI 검수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4032"/>
        <w:gridCol w:w="2592"/>
        <w:gridCol w:w="2736"/>
      </w:tblGrid>
      <w:tr w:rsidR="005A0175" w14:paraId="47F27DBF" w14:textId="77777777">
        <w:trPr>
          <w:jc w:val="center"/>
        </w:trPr>
        <w:tc>
          <w:tcPr>
            <w:tcW w:w="4032" w:type="dxa"/>
            <w:shd w:val="clear" w:color="auto" w:fill="E8EEF5"/>
            <w:vAlign w:val="center"/>
          </w:tcPr>
          <w:p w14:paraId="5B51DFD8" w14:textId="77777777" w:rsidR="005A0175" w:rsidRDefault="002F1498">
            <w:r>
              <w:rPr>
                <w:b/>
                <w:color w:val="0B2545"/>
                <w:sz w:val="17"/>
              </w:rPr>
              <w:t>KPI</w:t>
            </w:r>
          </w:p>
        </w:tc>
        <w:tc>
          <w:tcPr>
            <w:tcW w:w="2592" w:type="dxa"/>
            <w:shd w:val="clear" w:color="auto" w:fill="E8EEF5"/>
            <w:vAlign w:val="center"/>
          </w:tcPr>
          <w:p w14:paraId="6F05445F" w14:textId="77777777" w:rsidR="005A0175" w:rsidRDefault="002F1498">
            <w:r>
              <w:rPr>
                <w:b/>
                <w:color w:val="0B2545"/>
                <w:sz w:val="17"/>
              </w:rPr>
              <w:t>구축 전</w:t>
            </w:r>
          </w:p>
        </w:tc>
        <w:tc>
          <w:tcPr>
            <w:tcW w:w="2736" w:type="dxa"/>
            <w:shd w:val="clear" w:color="auto" w:fill="E8EEF5"/>
            <w:vAlign w:val="center"/>
          </w:tcPr>
          <w:p w14:paraId="381CE7B9" w14:textId="77777777" w:rsidR="005A0175" w:rsidRDefault="002F1498">
            <w:r>
              <w:rPr>
                <w:b/>
                <w:color w:val="0B2545"/>
                <w:sz w:val="17"/>
              </w:rPr>
              <w:t>구축 후 목표</w:t>
            </w:r>
          </w:p>
        </w:tc>
      </w:tr>
      <w:tr w:rsidR="005A0175" w14:paraId="3B00AD05" w14:textId="77777777">
        <w:trPr>
          <w:jc w:val="center"/>
        </w:trPr>
        <w:tc>
          <w:tcPr>
            <w:tcW w:w="4032" w:type="dxa"/>
            <w:vAlign w:val="center"/>
          </w:tcPr>
          <w:p w14:paraId="3CCEE48D" w14:textId="77777777" w:rsidR="005A0175" w:rsidRDefault="002F1498">
            <w:r>
              <w:rPr>
                <w:sz w:val="17"/>
              </w:rPr>
              <w:t>핵심서비스 사용률</w:t>
            </w:r>
          </w:p>
        </w:tc>
        <w:tc>
          <w:tcPr>
            <w:tcW w:w="2592" w:type="dxa"/>
            <w:vAlign w:val="center"/>
          </w:tcPr>
          <w:p w14:paraId="6822B8BB" w14:textId="77777777" w:rsidR="005A0175" w:rsidRDefault="002F1498">
            <w:r>
              <w:rPr>
                <w:sz w:val="17"/>
              </w:rPr>
              <w:t>90.5%</w:t>
            </w:r>
          </w:p>
        </w:tc>
        <w:tc>
          <w:tcPr>
            <w:tcW w:w="2736" w:type="dxa"/>
            <w:vAlign w:val="center"/>
          </w:tcPr>
          <w:p w14:paraId="1715D107" w14:textId="77777777" w:rsidR="005A0175" w:rsidRDefault="002F1498">
            <w:r>
              <w:rPr>
                <w:sz w:val="17"/>
              </w:rPr>
              <w:t>99%</w:t>
            </w:r>
          </w:p>
        </w:tc>
      </w:tr>
      <w:tr w:rsidR="005A0175" w14:paraId="2C9E92C8" w14:textId="77777777">
        <w:trPr>
          <w:jc w:val="center"/>
        </w:trPr>
        <w:tc>
          <w:tcPr>
            <w:tcW w:w="4032" w:type="dxa"/>
            <w:vAlign w:val="center"/>
          </w:tcPr>
          <w:p w14:paraId="23FA6A7E" w14:textId="77777777" w:rsidR="005A0175" w:rsidRDefault="002F1498">
            <w:r>
              <w:rPr>
                <w:sz w:val="17"/>
              </w:rPr>
              <w:t>핵심기능 업무처리량</w:t>
            </w:r>
          </w:p>
        </w:tc>
        <w:tc>
          <w:tcPr>
            <w:tcW w:w="2592" w:type="dxa"/>
            <w:vAlign w:val="center"/>
          </w:tcPr>
          <w:p w14:paraId="58D416CC" w14:textId="77777777" w:rsidR="005A0175" w:rsidRDefault="002F1498">
            <w:r>
              <w:rPr>
                <w:sz w:val="17"/>
              </w:rPr>
              <w:t>16,037건/월</w:t>
            </w:r>
          </w:p>
        </w:tc>
        <w:tc>
          <w:tcPr>
            <w:tcW w:w="2736" w:type="dxa"/>
            <w:vAlign w:val="center"/>
          </w:tcPr>
          <w:p w14:paraId="5B7B84B2" w14:textId="77777777" w:rsidR="005A0175" w:rsidRDefault="002F1498">
            <w:r>
              <w:rPr>
                <w:sz w:val="17"/>
              </w:rPr>
              <w:t>20,850건/월</w:t>
            </w:r>
          </w:p>
        </w:tc>
      </w:tr>
      <w:tr w:rsidR="005A0175" w14:paraId="5D30CC91" w14:textId="77777777">
        <w:trPr>
          <w:jc w:val="center"/>
        </w:trPr>
        <w:tc>
          <w:tcPr>
            <w:tcW w:w="4032" w:type="dxa"/>
            <w:vAlign w:val="center"/>
          </w:tcPr>
          <w:p w14:paraId="5A71CEA2" w14:textId="77777777" w:rsidR="005A0175" w:rsidRDefault="002F1498">
            <w:r>
              <w:rPr>
                <w:sz w:val="17"/>
              </w:rPr>
              <w:t>서비스 적용 고객사</w:t>
            </w:r>
          </w:p>
        </w:tc>
        <w:tc>
          <w:tcPr>
            <w:tcW w:w="2592" w:type="dxa"/>
            <w:vAlign w:val="center"/>
          </w:tcPr>
          <w:p w14:paraId="5B10FDBC" w14:textId="77777777" w:rsidR="005A0175" w:rsidRDefault="002F1498">
            <w:r>
              <w:rPr>
                <w:sz w:val="17"/>
              </w:rPr>
              <w:t>17개사</w:t>
            </w:r>
          </w:p>
        </w:tc>
        <w:tc>
          <w:tcPr>
            <w:tcW w:w="2736" w:type="dxa"/>
            <w:vAlign w:val="center"/>
          </w:tcPr>
          <w:p w14:paraId="35E2E9D1" w14:textId="77777777" w:rsidR="005A0175" w:rsidRDefault="002F1498">
            <w:r>
              <w:rPr>
                <w:sz w:val="17"/>
              </w:rPr>
              <w:t>22개사</w:t>
            </w:r>
          </w:p>
        </w:tc>
      </w:tr>
      <w:tr w:rsidR="005A0175" w14:paraId="407E7E0D" w14:textId="77777777">
        <w:trPr>
          <w:jc w:val="center"/>
        </w:trPr>
        <w:tc>
          <w:tcPr>
            <w:tcW w:w="4032" w:type="dxa"/>
            <w:vAlign w:val="center"/>
          </w:tcPr>
          <w:p w14:paraId="3424C81E" w14:textId="77777777" w:rsidR="005A0175" w:rsidRDefault="002F1498">
            <w:r>
              <w:rPr>
                <w:sz w:val="17"/>
              </w:rPr>
              <w:t>업무처리 리드타임</w:t>
            </w:r>
          </w:p>
        </w:tc>
        <w:tc>
          <w:tcPr>
            <w:tcW w:w="2592" w:type="dxa"/>
            <w:vAlign w:val="center"/>
          </w:tcPr>
          <w:p w14:paraId="021E00E4" w14:textId="77777777" w:rsidR="005A0175" w:rsidRDefault="002F1498">
            <w:r>
              <w:rPr>
                <w:sz w:val="17"/>
              </w:rPr>
              <w:t>30분/건</w:t>
            </w:r>
          </w:p>
        </w:tc>
        <w:tc>
          <w:tcPr>
            <w:tcW w:w="2736" w:type="dxa"/>
            <w:vAlign w:val="center"/>
          </w:tcPr>
          <w:p w14:paraId="5414E413" w14:textId="77777777" w:rsidR="005A0175" w:rsidRDefault="002F1498">
            <w:r>
              <w:rPr>
                <w:sz w:val="17"/>
              </w:rPr>
              <w:t>10분/건</w:t>
            </w:r>
          </w:p>
        </w:tc>
      </w:tr>
    </w:tbl>
    <w:p w14:paraId="4FB69EB3" w14:textId="77777777" w:rsidR="005A0175" w:rsidRDefault="005A0175"/>
    <w:p w14:paraId="2BF31B09" w14:textId="77777777" w:rsidR="005A0175" w:rsidRDefault="002F1498">
      <w:pPr>
        <w:pStyle w:val="1"/>
        <w:rPr>
          <w:lang w:eastAsia="ko-KR"/>
        </w:rPr>
      </w:pPr>
      <w:r>
        <w:rPr>
          <w:rFonts w:ascii="맑은 고딕" w:eastAsia="맑은 고딕" w:hAnsi="맑은 고딕"/>
          <w:color w:val="2E74B5"/>
          <w:sz w:val="32"/>
          <w:lang w:eastAsia="ko-KR"/>
        </w:rPr>
        <w:t>ⅩⅢ. 유지보수 및 하자보수</w:t>
      </w:r>
    </w:p>
    <w:p w14:paraId="2860F23A" w14:textId="77777777" w:rsidR="005A0175" w:rsidRDefault="002F1498">
      <w:pPr>
        <w:spacing w:after="120" w:line="269" w:lineRule="auto"/>
        <w:rPr>
          <w:lang w:eastAsia="ko-KR"/>
        </w:rPr>
      </w:pPr>
      <w:r>
        <w:rPr>
          <w:lang w:eastAsia="ko-KR"/>
        </w:rPr>
        <w:t>최종검수일 다음 날부터 12개월 이상 무상하자보수를 원칙으로 한다.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008"/>
        <w:gridCol w:w="3600"/>
        <w:gridCol w:w="1440"/>
        <w:gridCol w:w="1440"/>
        <w:gridCol w:w="1872"/>
      </w:tblGrid>
      <w:tr w:rsidR="005A0175" w14:paraId="6A5FDC3C" w14:textId="77777777">
        <w:trPr>
          <w:jc w:val="center"/>
        </w:trPr>
        <w:tc>
          <w:tcPr>
            <w:tcW w:w="1008" w:type="dxa"/>
            <w:shd w:val="clear" w:color="auto" w:fill="E8EEF5"/>
            <w:vAlign w:val="center"/>
          </w:tcPr>
          <w:p w14:paraId="2A395943" w14:textId="77777777" w:rsidR="005A0175" w:rsidRDefault="002F1498">
            <w:r>
              <w:rPr>
                <w:b/>
                <w:color w:val="0B2545"/>
                <w:sz w:val="17"/>
              </w:rPr>
              <w:t>등급</w:t>
            </w:r>
          </w:p>
        </w:tc>
        <w:tc>
          <w:tcPr>
            <w:tcW w:w="3600" w:type="dxa"/>
            <w:shd w:val="clear" w:color="auto" w:fill="E8EEF5"/>
            <w:vAlign w:val="center"/>
          </w:tcPr>
          <w:p w14:paraId="75223009" w14:textId="77777777" w:rsidR="005A0175" w:rsidRDefault="002F1498">
            <w:r>
              <w:rPr>
                <w:b/>
                <w:color w:val="0B2545"/>
                <w:sz w:val="17"/>
              </w:rPr>
              <w:t>기준</w:t>
            </w:r>
          </w:p>
        </w:tc>
        <w:tc>
          <w:tcPr>
            <w:tcW w:w="1440" w:type="dxa"/>
            <w:shd w:val="clear" w:color="auto" w:fill="E8EEF5"/>
            <w:vAlign w:val="center"/>
          </w:tcPr>
          <w:p w14:paraId="3B99BB29" w14:textId="77777777" w:rsidR="005A0175" w:rsidRDefault="002F1498">
            <w:r>
              <w:rPr>
                <w:b/>
                <w:color w:val="0B2545"/>
                <w:sz w:val="17"/>
              </w:rPr>
              <w:t>접수응답</w:t>
            </w:r>
          </w:p>
        </w:tc>
        <w:tc>
          <w:tcPr>
            <w:tcW w:w="1440" w:type="dxa"/>
            <w:shd w:val="clear" w:color="auto" w:fill="E8EEF5"/>
            <w:vAlign w:val="center"/>
          </w:tcPr>
          <w:p w14:paraId="13ADF155" w14:textId="77777777" w:rsidR="005A0175" w:rsidRDefault="002F1498">
            <w:r>
              <w:rPr>
                <w:b/>
                <w:color w:val="0B2545"/>
                <w:sz w:val="17"/>
              </w:rPr>
              <w:t>임시조치</w:t>
            </w:r>
          </w:p>
        </w:tc>
        <w:tc>
          <w:tcPr>
            <w:tcW w:w="1872" w:type="dxa"/>
            <w:shd w:val="clear" w:color="auto" w:fill="E8EEF5"/>
            <w:vAlign w:val="center"/>
          </w:tcPr>
          <w:p w14:paraId="131010C4" w14:textId="77777777" w:rsidR="005A0175" w:rsidRDefault="002F1498">
            <w:r>
              <w:rPr>
                <w:b/>
                <w:color w:val="0B2545"/>
                <w:sz w:val="17"/>
              </w:rPr>
              <w:t>정상복구</w:t>
            </w:r>
          </w:p>
        </w:tc>
      </w:tr>
      <w:tr w:rsidR="005A0175" w14:paraId="0E174E29" w14:textId="77777777">
        <w:trPr>
          <w:jc w:val="center"/>
        </w:trPr>
        <w:tc>
          <w:tcPr>
            <w:tcW w:w="1008" w:type="dxa"/>
            <w:vAlign w:val="center"/>
          </w:tcPr>
          <w:p w14:paraId="7A90CA00" w14:textId="77777777" w:rsidR="005A0175" w:rsidRDefault="002F1498">
            <w:r>
              <w:rPr>
                <w:sz w:val="17"/>
              </w:rPr>
              <w:t>S1</w:t>
            </w:r>
          </w:p>
        </w:tc>
        <w:tc>
          <w:tcPr>
            <w:tcW w:w="3600" w:type="dxa"/>
            <w:vAlign w:val="center"/>
          </w:tcPr>
          <w:p w14:paraId="1FA26AE5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입출고 전체중단, DB 장애</w:t>
            </w:r>
          </w:p>
        </w:tc>
        <w:tc>
          <w:tcPr>
            <w:tcW w:w="1440" w:type="dxa"/>
            <w:vAlign w:val="center"/>
          </w:tcPr>
          <w:p w14:paraId="34EBA7A3" w14:textId="77777777" w:rsidR="005A0175" w:rsidRDefault="002F1498">
            <w:r>
              <w:rPr>
                <w:sz w:val="17"/>
              </w:rPr>
              <w:t>30분</w:t>
            </w:r>
          </w:p>
        </w:tc>
        <w:tc>
          <w:tcPr>
            <w:tcW w:w="1440" w:type="dxa"/>
            <w:vAlign w:val="center"/>
          </w:tcPr>
          <w:p w14:paraId="4F8AE6E4" w14:textId="77777777" w:rsidR="005A0175" w:rsidRDefault="002F1498">
            <w:r>
              <w:rPr>
                <w:sz w:val="17"/>
              </w:rPr>
              <w:t>2시간</w:t>
            </w:r>
          </w:p>
        </w:tc>
        <w:tc>
          <w:tcPr>
            <w:tcW w:w="1872" w:type="dxa"/>
            <w:vAlign w:val="center"/>
          </w:tcPr>
          <w:p w14:paraId="1EC88808" w14:textId="77777777" w:rsidR="005A0175" w:rsidRDefault="002F1498">
            <w:r>
              <w:rPr>
                <w:sz w:val="17"/>
              </w:rPr>
              <w:t>8시간</w:t>
            </w:r>
          </w:p>
        </w:tc>
      </w:tr>
      <w:tr w:rsidR="005A0175" w14:paraId="5B750F5A" w14:textId="77777777">
        <w:trPr>
          <w:jc w:val="center"/>
        </w:trPr>
        <w:tc>
          <w:tcPr>
            <w:tcW w:w="1008" w:type="dxa"/>
            <w:vAlign w:val="center"/>
          </w:tcPr>
          <w:p w14:paraId="2F1E37AA" w14:textId="77777777" w:rsidR="005A0175" w:rsidRDefault="002F1498">
            <w:r>
              <w:rPr>
                <w:sz w:val="17"/>
              </w:rPr>
              <w:t>S2</w:t>
            </w:r>
          </w:p>
        </w:tc>
        <w:tc>
          <w:tcPr>
            <w:tcW w:w="3600" w:type="dxa"/>
            <w:vAlign w:val="center"/>
          </w:tcPr>
          <w:p w14:paraId="354A3426" w14:textId="77777777" w:rsidR="005A0175" w:rsidRDefault="002F1498">
            <w:r>
              <w:rPr>
                <w:sz w:val="17"/>
              </w:rPr>
              <w:t>핵심기능 일부중단</w:t>
            </w:r>
          </w:p>
        </w:tc>
        <w:tc>
          <w:tcPr>
            <w:tcW w:w="1440" w:type="dxa"/>
            <w:vAlign w:val="center"/>
          </w:tcPr>
          <w:p w14:paraId="7ABF62E7" w14:textId="77777777" w:rsidR="005A0175" w:rsidRDefault="002F1498">
            <w:r>
              <w:rPr>
                <w:sz w:val="17"/>
              </w:rPr>
              <w:t>1시간</w:t>
            </w:r>
          </w:p>
        </w:tc>
        <w:tc>
          <w:tcPr>
            <w:tcW w:w="1440" w:type="dxa"/>
            <w:vAlign w:val="center"/>
          </w:tcPr>
          <w:p w14:paraId="1B42349A" w14:textId="77777777" w:rsidR="005A0175" w:rsidRDefault="002F1498">
            <w:r>
              <w:rPr>
                <w:sz w:val="17"/>
              </w:rPr>
              <w:t>4시간</w:t>
            </w:r>
          </w:p>
        </w:tc>
        <w:tc>
          <w:tcPr>
            <w:tcW w:w="1872" w:type="dxa"/>
            <w:vAlign w:val="center"/>
          </w:tcPr>
          <w:p w14:paraId="55E8B503" w14:textId="77777777" w:rsidR="005A0175" w:rsidRDefault="002F1498">
            <w:r>
              <w:rPr>
                <w:sz w:val="17"/>
              </w:rPr>
              <w:t>24시간</w:t>
            </w:r>
          </w:p>
        </w:tc>
      </w:tr>
      <w:tr w:rsidR="005A0175" w14:paraId="3CC8C72A" w14:textId="77777777">
        <w:trPr>
          <w:jc w:val="center"/>
        </w:trPr>
        <w:tc>
          <w:tcPr>
            <w:tcW w:w="1008" w:type="dxa"/>
            <w:vAlign w:val="center"/>
          </w:tcPr>
          <w:p w14:paraId="34DAD2AD" w14:textId="77777777" w:rsidR="005A0175" w:rsidRDefault="002F1498">
            <w:r>
              <w:rPr>
                <w:sz w:val="17"/>
              </w:rPr>
              <w:t>S3</w:t>
            </w:r>
          </w:p>
        </w:tc>
        <w:tc>
          <w:tcPr>
            <w:tcW w:w="3600" w:type="dxa"/>
            <w:vAlign w:val="center"/>
          </w:tcPr>
          <w:p w14:paraId="49D10EAA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일부 사용자·화면 오류</w:t>
            </w:r>
          </w:p>
        </w:tc>
        <w:tc>
          <w:tcPr>
            <w:tcW w:w="1440" w:type="dxa"/>
            <w:vAlign w:val="center"/>
          </w:tcPr>
          <w:p w14:paraId="742C6519" w14:textId="77777777" w:rsidR="005A0175" w:rsidRDefault="002F1498">
            <w:r>
              <w:rPr>
                <w:sz w:val="17"/>
              </w:rPr>
              <w:t>4시간</w:t>
            </w:r>
          </w:p>
        </w:tc>
        <w:tc>
          <w:tcPr>
            <w:tcW w:w="1440" w:type="dxa"/>
            <w:vAlign w:val="center"/>
          </w:tcPr>
          <w:p w14:paraId="662F6C03" w14:textId="77777777" w:rsidR="005A0175" w:rsidRDefault="002F1498">
            <w:r>
              <w:rPr>
                <w:sz w:val="17"/>
              </w:rPr>
              <w:t>1영업일</w:t>
            </w:r>
          </w:p>
        </w:tc>
        <w:tc>
          <w:tcPr>
            <w:tcW w:w="1872" w:type="dxa"/>
            <w:vAlign w:val="center"/>
          </w:tcPr>
          <w:p w14:paraId="444F99B6" w14:textId="77777777" w:rsidR="005A0175" w:rsidRDefault="002F1498">
            <w:r>
              <w:rPr>
                <w:sz w:val="17"/>
              </w:rPr>
              <w:t>3영업일</w:t>
            </w:r>
          </w:p>
        </w:tc>
      </w:tr>
      <w:tr w:rsidR="005A0175" w14:paraId="426F29B4" w14:textId="77777777">
        <w:trPr>
          <w:jc w:val="center"/>
        </w:trPr>
        <w:tc>
          <w:tcPr>
            <w:tcW w:w="1008" w:type="dxa"/>
            <w:vAlign w:val="center"/>
          </w:tcPr>
          <w:p w14:paraId="7D8D6D3F" w14:textId="77777777" w:rsidR="005A0175" w:rsidRDefault="002F1498">
            <w:r>
              <w:rPr>
                <w:sz w:val="17"/>
              </w:rPr>
              <w:t>S4</w:t>
            </w:r>
          </w:p>
        </w:tc>
        <w:tc>
          <w:tcPr>
            <w:tcW w:w="3600" w:type="dxa"/>
            <w:vAlign w:val="center"/>
          </w:tcPr>
          <w:p w14:paraId="35A505AB" w14:textId="77777777" w:rsidR="005A0175" w:rsidRDefault="002F1498">
            <w:r>
              <w:rPr>
                <w:sz w:val="17"/>
              </w:rPr>
              <w:t>개선·문의</w:t>
            </w:r>
          </w:p>
        </w:tc>
        <w:tc>
          <w:tcPr>
            <w:tcW w:w="1440" w:type="dxa"/>
            <w:vAlign w:val="center"/>
          </w:tcPr>
          <w:p w14:paraId="16D74DA9" w14:textId="77777777" w:rsidR="005A0175" w:rsidRDefault="002F1498">
            <w:r>
              <w:rPr>
                <w:sz w:val="17"/>
              </w:rPr>
              <w:t>1영업일</w:t>
            </w:r>
          </w:p>
        </w:tc>
        <w:tc>
          <w:tcPr>
            <w:tcW w:w="1440" w:type="dxa"/>
            <w:vAlign w:val="center"/>
          </w:tcPr>
          <w:p w14:paraId="5CCB0C62" w14:textId="77777777" w:rsidR="005A0175" w:rsidRDefault="002F1498">
            <w:r>
              <w:rPr>
                <w:sz w:val="17"/>
              </w:rPr>
              <w:t>협의</w:t>
            </w:r>
          </w:p>
        </w:tc>
        <w:tc>
          <w:tcPr>
            <w:tcW w:w="1872" w:type="dxa"/>
            <w:vAlign w:val="center"/>
          </w:tcPr>
          <w:p w14:paraId="74A6EA15" w14:textId="77777777" w:rsidR="005A0175" w:rsidRDefault="002F1498">
            <w:r>
              <w:rPr>
                <w:sz w:val="17"/>
              </w:rPr>
              <w:t>협의</w:t>
            </w:r>
          </w:p>
        </w:tc>
      </w:tr>
    </w:tbl>
    <w:p w14:paraId="3D9FC4D1" w14:textId="77777777" w:rsidR="005A0175" w:rsidRDefault="005A0175"/>
    <w:p w14:paraId="354E6B61" w14:textId="77777777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t>1. 유지보수 인수인계</w:t>
      </w:r>
    </w:p>
    <w:p w14:paraId="1C7A3FD5" w14:textId="77777777" w:rsidR="005A0175" w:rsidRDefault="002F1498">
      <w:pPr>
        <w:pStyle w:val="a0"/>
        <w:spacing w:after="60"/>
      </w:pPr>
      <w:r>
        <w:t>월별 장애 및 조치보고</w:t>
      </w:r>
    </w:p>
    <w:p w14:paraId="18EF8ED2" w14:textId="77777777" w:rsidR="005A0175" w:rsidRDefault="002F1498">
      <w:pPr>
        <w:pStyle w:val="a0"/>
        <w:spacing w:after="60"/>
      </w:pPr>
      <w:r>
        <w:t>DB 용량·성능 점검</w:t>
      </w:r>
    </w:p>
    <w:p w14:paraId="3946C9DC" w14:textId="77777777" w:rsidR="005A0175" w:rsidRDefault="002F1498">
      <w:pPr>
        <w:pStyle w:val="a0"/>
        <w:spacing w:after="60"/>
      </w:pPr>
      <w:r>
        <w:t>백업 성공 여부 점검</w:t>
      </w:r>
    </w:p>
    <w:p w14:paraId="6BBABFE8" w14:textId="77777777" w:rsidR="005A0175" w:rsidRDefault="002F1498">
      <w:pPr>
        <w:pStyle w:val="a0"/>
        <w:spacing w:after="60"/>
      </w:pPr>
      <w:r>
        <w:lastRenderedPageBreak/>
        <w:t>사용자·권한 정기점검</w:t>
      </w:r>
    </w:p>
    <w:p w14:paraId="76610FF4" w14:textId="77777777" w:rsidR="005A0175" w:rsidRDefault="002F1498">
      <w:pPr>
        <w:pStyle w:val="a0"/>
        <w:spacing w:after="60"/>
      </w:pPr>
      <w:r>
        <w:t>소스코드 변경내역 관리</w:t>
      </w:r>
    </w:p>
    <w:p w14:paraId="04ADFA68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CSV 변경관리 및 재검증 영향평가</w:t>
      </w:r>
    </w:p>
    <w:p w14:paraId="216C1783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스마트물류센터 인증자료 추출 지원</w:t>
      </w:r>
    </w:p>
    <w:p w14:paraId="4ACECB1D" w14:textId="77777777" w:rsidR="005A0175" w:rsidRDefault="002F1498">
      <w:pPr>
        <w:pStyle w:val="1"/>
        <w:rPr>
          <w:lang w:eastAsia="ko-KR"/>
        </w:rPr>
      </w:pPr>
      <w:r>
        <w:rPr>
          <w:rFonts w:ascii="맑은 고딕" w:eastAsia="맑은 고딕" w:hAnsi="맑은 고딕"/>
          <w:color w:val="2E74B5"/>
          <w:sz w:val="32"/>
          <w:lang w:eastAsia="ko-KR"/>
        </w:rPr>
        <w:t>ⅩⅣ. 제안서 평가기준안</w:t>
      </w:r>
    </w:p>
    <w:p w14:paraId="7A52FF28" w14:textId="77777777" w:rsidR="005A0175" w:rsidRDefault="002F1498">
      <w:pPr>
        <w:pStyle w:val="21"/>
        <w:rPr>
          <w:lang w:eastAsia="ko-KR"/>
        </w:rPr>
      </w:pPr>
      <w:r>
        <w:rPr>
          <w:rFonts w:ascii="맑은 고딕" w:eastAsia="맑은 고딕" w:hAnsi="맑은 고딕"/>
          <w:color w:val="2E74B5"/>
          <w:lang w:eastAsia="ko-KR"/>
        </w:rPr>
        <w:t>1. 기술평가 90점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2016"/>
        <w:gridCol w:w="6048"/>
        <w:gridCol w:w="1296"/>
      </w:tblGrid>
      <w:tr w:rsidR="005A0175" w14:paraId="59509DC0" w14:textId="77777777">
        <w:trPr>
          <w:jc w:val="center"/>
        </w:trPr>
        <w:tc>
          <w:tcPr>
            <w:tcW w:w="2016" w:type="dxa"/>
            <w:shd w:val="clear" w:color="auto" w:fill="E8EEF5"/>
            <w:vAlign w:val="center"/>
          </w:tcPr>
          <w:p w14:paraId="5D13A9C0" w14:textId="77777777" w:rsidR="005A0175" w:rsidRDefault="002F1498">
            <w:r>
              <w:rPr>
                <w:b/>
                <w:color w:val="0B2545"/>
                <w:sz w:val="17"/>
              </w:rPr>
              <w:t>평가분야</w:t>
            </w:r>
          </w:p>
        </w:tc>
        <w:tc>
          <w:tcPr>
            <w:tcW w:w="6048" w:type="dxa"/>
            <w:shd w:val="clear" w:color="auto" w:fill="E8EEF5"/>
            <w:vAlign w:val="center"/>
          </w:tcPr>
          <w:p w14:paraId="56640D48" w14:textId="77777777" w:rsidR="005A0175" w:rsidRDefault="002F1498">
            <w:r>
              <w:rPr>
                <w:b/>
                <w:color w:val="0B2545"/>
                <w:sz w:val="17"/>
              </w:rPr>
              <w:t>세부항목</w:t>
            </w:r>
          </w:p>
        </w:tc>
        <w:tc>
          <w:tcPr>
            <w:tcW w:w="1296" w:type="dxa"/>
            <w:shd w:val="clear" w:color="auto" w:fill="E8EEF5"/>
            <w:vAlign w:val="center"/>
          </w:tcPr>
          <w:p w14:paraId="575E5786" w14:textId="77777777" w:rsidR="005A0175" w:rsidRDefault="002F1498">
            <w:r>
              <w:rPr>
                <w:b/>
                <w:color w:val="0B2545"/>
                <w:sz w:val="17"/>
              </w:rPr>
              <w:t>배점</w:t>
            </w:r>
          </w:p>
        </w:tc>
      </w:tr>
      <w:tr w:rsidR="005A0175" w14:paraId="5B2C3D0F" w14:textId="77777777">
        <w:trPr>
          <w:jc w:val="center"/>
        </w:trPr>
        <w:tc>
          <w:tcPr>
            <w:tcW w:w="2016" w:type="dxa"/>
            <w:vAlign w:val="center"/>
          </w:tcPr>
          <w:p w14:paraId="04C0A213" w14:textId="77777777" w:rsidR="005A0175" w:rsidRDefault="002F1498">
            <w:r>
              <w:rPr>
                <w:sz w:val="17"/>
              </w:rPr>
              <w:t>사업이해</w:t>
            </w:r>
          </w:p>
        </w:tc>
        <w:tc>
          <w:tcPr>
            <w:tcW w:w="6048" w:type="dxa"/>
            <w:vAlign w:val="center"/>
          </w:tcPr>
          <w:p w14:paraId="6D1665C7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보세·냉장·냉동·3PL 업무 이해</w:t>
            </w:r>
          </w:p>
        </w:tc>
        <w:tc>
          <w:tcPr>
            <w:tcW w:w="1296" w:type="dxa"/>
            <w:vAlign w:val="center"/>
          </w:tcPr>
          <w:p w14:paraId="0F4B69F3" w14:textId="77777777" w:rsidR="005A0175" w:rsidRDefault="002F1498">
            <w:r>
              <w:rPr>
                <w:sz w:val="17"/>
              </w:rPr>
              <w:t>6</w:t>
            </w:r>
          </w:p>
        </w:tc>
      </w:tr>
      <w:tr w:rsidR="005A0175" w14:paraId="37328539" w14:textId="77777777">
        <w:trPr>
          <w:jc w:val="center"/>
        </w:trPr>
        <w:tc>
          <w:tcPr>
            <w:tcW w:w="2016" w:type="dxa"/>
            <w:vAlign w:val="center"/>
          </w:tcPr>
          <w:p w14:paraId="4B2F419D" w14:textId="77777777" w:rsidR="005A0175" w:rsidRDefault="002F1498">
            <w:r>
              <w:rPr>
                <w:sz w:val="17"/>
              </w:rPr>
              <w:t>추진전략</w:t>
            </w:r>
          </w:p>
        </w:tc>
        <w:tc>
          <w:tcPr>
            <w:tcW w:w="6048" w:type="dxa"/>
            <w:vAlign w:val="center"/>
          </w:tcPr>
          <w:p w14:paraId="6EF503B7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구축 및 전환전략의 타당성</w:t>
            </w:r>
          </w:p>
        </w:tc>
        <w:tc>
          <w:tcPr>
            <w:tcW w:w="1296" w:type="dxa"/>
            <w:vAlign w:val="center"/>
          </w:tcPr>
          <w:p w14:paraId="489C81F6" w14:textId="77777777" w:rsidR="005A0175" w:rsidRDefault="002F1498">
            <w:r>
              <w:rPr>
                <w:sz w:val="17"/>
              </w:rPr>
              <w:t>4</w:t>
            </w:r>
          </w:p>
        </w:tc>
      </w:tr>
      <w:tr w:rsidR="005A0175" w14:paraId="75B85F2A" w14:textId="77777777">
        <w:trPr>
          <w:jc w:val="center"/>
        </w:trPr>
        <w:tc>
          <w:tcPr>
            <w:tcW w:w="2016" w:type="dxa"/>
            <w:vAlign w:val="center"/>
          </w:tcPr>
          <w:p w14:paraId="282DA0CB" w14:textId="77777777" w:rsidR="005A0175" w:rsidRDefault="002F1498">
            <w:r>
              <w:rPr>
                <w:sz w:val="17"/>
              </w:rPr>
              <w:t>시스템구성</w:t>
            </w:r>
          </w:p>
        </w:tc>
        <w:tc>
          <w:tcPr>
            <w:tcW w:w="6048" w:type="dxa"/>
            <w:vAlign w:val="center"/>
          </w:tcPr>
          <w:p w14:paraId="797E515A" w14:textId="77777777" w:rsidR="005A0175" w:rsidRDefault="002F1498">
            <w:r>
              <w:rPr>
                <w:sz w:val="17"/>
              </w:rPr>
              <w:t>C#/Blazor·MS-SQL 아키텍처</w:t>
            </w:r>
          </w:p>
        </w:tc>
        <w:tc>
          <w:tcPr>
            <w:tcW w:w="1296" w:type="dxa"/>
            <w:vAlign w:val="center"/>
          </w:tcPr>
          <w:p w14:paraId="7E03E014" w14:textId="77777777" w:rsidR="005A0175" w:rsidRDefault="002F1498">
            <w:r>
              <w:rPr>
                <w:sz w:val="17"/>
              </w:rPr>
              <w:t>8</w:t>
            </w:r>
          </w:p>
        </w:tc>
      </w:tr>
      <w:tr w:rsidR="005A0175" w14:paraId="2C52E449" w14:textId="77777777">
        <w:trPr>
          <w:jc w:val="center"/>
        </w:trPr>
        <w:tc>
          <w:tcPr>
            <w:tcW w:w="2016" w:type="dxa"/>
            <w:vAlign w:val="center"/>
          </w:tcPr>
          <w:p w14:paraId="3D27D0DC" w14:textId="77777777" w:rsidR="005A0175" w:rsidRDefault="002F1498">
            <w:r>
              <w:rPr>
                <w:sz w:val="17"/>
              </w:rPr>
              <w:t>기술적합성</w:t>
            </w:r>
          </w:p>
        </w:tc>
        <w:tc>
          <w:tcPr>
            <w:tcW w:w="6048" w:type="dxa"/>
            <w:vAlign w:val="center"/>
          </w:tcPr>
          <w:p w14:paraId="3B84527A" w14:textId="77777777" w:rsidR="005A0175" w:rsidRDefault="002F1498">
            <w:r>
              <w:rPr>
                <w:sz w:val="17"/>
              </w:rPr>
              <w:t>Delphi/VB.NET 관리도구, PDA, API</w:t>
            </w:r>
          </w:p>
        </w:tc>
        <w:tc>
          <w:tcPr>
            <w:tcW w:w="1296" w:type="dxa"/>
            <w:vAlign w:val="center"/>
          </w:tcPr>
          <w:p w14:paraId="5E5CE1E5" w14:textId="77777777" w:rsidR="005A0175" w:rsidRDefault="002F1498">
            <w:r>
              <w:rPr>
                <w:sz w:val="17"/>
              </w:rPr>
              <w:t>7</w:t>
            </w:r>
          </w:p>
        </w:tc>
      </w:tr>
      <w:tr w:rsidR="005A0175" w14:paraId="24F4FBC9" w14:textId="77777777">
        <w:trPr>
          <w:jc w:val="center"/>
        </w:trPr>
        <w:tc>
          <w:tcPr>
            <w:tcW w:w="2016" w:type="dxa"/>
            <w:vAlign w:val="center"/>
          </w:tcPr>
          <w:p w14:paraId="030C930C" w14:textId="77777777" w:rsidR="005A0175" w:rsidRDefault="002F1498">
            <w:r>
              <w:rPr>
                <w:sz w:val="17"/>
              </w:rPr>
              <w:t>WMS 기능</w:t>
            </w:r>
          </w:p>
        </w:tc>
        <w:tc>
          <w:tcPr>
            <w:tcW w:w="6048" w:type="dxa"/>
            <w:vAlign w:val="center"/>
          </w:tcPr>
          <w:p w14:paraId="1471F4A0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입고·재고·피킹·출고·운송·정산</w:t>
            </w:r>
          </w:p>
        </w:tc>
        <w:tc>
          <w:tcPr>
            <w:tcW w:w="1296" w:type="dxa"/>
            <w:vAlign w:val="center"/>
          </w:tcPr>
          <w:p w14:paraId="72C2599E" w14:textId="77777777" w:rsidR="005A0175" w:rsidRDefault="002F1498">
            <w:r>
              <w:rPr>
                <w:sz w:val="17"/>
              </w:rPr>
              <w:t>20</w:t>
            </w:r>
          </w:p>
        </w:tc>
      </w:tr>
      <w:tr w:rsidR="005A0175" w14:paraId="157AD5EC" w14:textId="77777777">
        <w:trPr>
          <w:jc w:val="center"/>
        </w:trPr>
        <w:tc>
          <w:tcPr>
            <w:tcW w:w="2016" w:type="dxa"/>
            <w:vAlign w:val="center"/>
          </w:tcPr>
          <w:p w14:paraId="656C0B62" w14:textId="77777777" w:rsidR="005A0175" w:rsidRDefault="002F1498">
            <w:r>
              <w:rPr>
                <w:sz w:val="17"/>
              </w:rPr>
              <w:t>AI 기능</w:t>
            </w:r>
          </w:p>
        </w:tc>
        <w:tc>
          <w:tcPr>
            <w:tcW w:w="6048" w:type="dxa"/>
            <w:vAlign w:val="center"/>
          </w:tcPr>
          <w:p w14:paraId="7CFDA5BC" w14:textId="77777777" w:rsidR="005A0175" w:rsidRDefault="002F1498">
            <w:r>
              <w:rPr>
                <w:sz w:val="17"/>
              </w:rPr>
              <w:t>적치·피킹·예측·Text-to-SQL</w:t>
            </w:r>
          </w:p>
        </w:tc>
        <w:tc>
          <w:tcPr>
            <w:tcW w:w="1296" w:type="dxa"/>
            <w:vAlign w:val="center"/>
          </w:tcPr>
          <w:p w14:paraId="29CC1628" w14:textId="77777777" w:rsidR="005A0175" w:rsidRDefault="002F1498">
            <w:r>
              <w:rPr>
                <w:sz w:val="17"/>
              </w:rPr>
              <w:t>10</w:t>
            </w:r>
          </w:p>
        </w:tc>
      </w:tr>
      <w:tr w:rsidR="005A0175" w14:paraId="51787F0B" w14:textId="77777777">
        <w:trPr>
          <w:jc w:val="center"/>
        </w:trPr>
        <w:tc>
          <w:tcPr>
            <w:tcW w:w="2016" w:type="dxa"/>
            <w:vAlign w:val="center"/>
          </w:tcPr>
          <w:p w14:paraId="246D8CF6" w14:textId="77777777" w:rsidR="005A0175" w:rsidRDefault="002F1498">
            <w:r>
              <w:rPr>
                <w:sz w:val="17"/>
              </w:rPr>
              <w:t>CSV</w:t>
            </w:r>
          </w:p>
        </w:tc>
        <w:tc>
          <w:tcPr>
            <w:tcW w:w="6048" w:type="dxa"/>
            <w:vAlign w:val="center"/>
          </w:tcPr>
          <w:p w14:paraId="19C5851F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VMP~PQ 및 추적성 관리</w:t>
            </w:r>
          </w:p>
        </w:tc>
        <w:tc>
          <w:tcPr>
            <w:tcW w:w="1296" w:type="dxa"/>
            <w:vAlign w:val="center"/>
          </w:tcPr>
          <w:p w14:paraId="4990C23D" w14:textId="77777777" w:rsidR="005A0175" w:rsidRDefault="002F1498">
            <w:r>
              <w:rPr>
                <w:sz w:val="17"/>
              </w:rPr>
              <w:t>10</w:t>
            </w:r>
          </w:p>
        </w:tc>
      </w:tr>
      <w:tr w:rsidR="005A0175" w14:paraId="0B055B63" w14:textId="77777777">
        <w:trPr>
          <w:jc w:val="center"/>
        </w:trPr>
        <w:tc>
          <w:tcPr>
            <w:tcW w:w="2016" w:type="dxa"/>
            <w:vAlign w:val="center"/>
          </w:tcPr>
          <w:p w14:paraId="16AE9D85" w14:textId="77777777" w:rsidR="005A0175" w:rsidRDefault="002F1498">
            <w:r>
              <w:rPr>
                <w:sz w:val="17"/>
              </w:rPr>
              <w:t>GMP/HACCP DMS</w:t>
            </w:r>
          </w:p>
        </w:tc>
        <w:tc>
          <w:tcPr>
            <w:tcW w:w="6048" w:type="dxa"/>
            <w:vAlign w:val="center"/>
          </w:tcPr>
          <w:p w14:paraId="43DDA699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문서생명주기·감사추적·접근통제</w:t>
            </w:r>
          </w:p>
        </w:tc>
        <w:tc>
          <w:tcPr>
            <w:tcW w:w="1296" w:type="dxa"/>
            <w:vAlign w:val="center"/>
          </w:tcPr>
          <w:p w14:paraId="294D06A9" w14:textId="77777777" w:rsidR="005A0175" w:rsidRDefault="002F1498">
            <w:r>
              <w:rPr>
                <w:sz w:val="17"/>
              </w:rPr>
              <w:t>5</w:t>
            </w:r>
          </w:p>
        </w:tc>
      </w:tr>
      <w:tr w:rsidR="005A0175" w14:paraId="7A2A9D6B" w14:textId="77777777">
        <w:trPr>
          <w:jc w:val="center"/>
        </w:trPr>
        <w:tc>
          <w:tcPr>
            <w:tcW w:w="2016" w:type="dxa"/>
            <w:vAlign w:val="center"/>
          </w:tcPr>
          <w:p w14:paraId="678F9E35" w14:textId="77777777" w:rsidR="005A0175" w:rsidRDefault="002F1498">
            <w:r>
              <w:rPr>
                <w:sz w:val="17"/>
              </w:rPr>
              <w:t>사업관리</w:t>
            </w:r>
          </w:p>
        </w:tc>
        <w:tc>
          <w:tcPr>
            <w:tcW w:w="6048" w:type="dxa"/>
            <w:vAlign w:val="center"/>
          </w:tcPr>
          <w:p w14:paraId="0BB54EC5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일정, 인력, 품질, 위험관리</w:t>
            </w:r>
          </w:p>
        </w:tc>
        <w:tc>
          <w:tcPr>
            <w:tcW w:w="1296" w:type="dxa"/>
            <w:vAlign w:val="center"/>
          </w:tcPr>
          <w:p w14:paraId="459B842D" w14:textId="77777777" w:rsidR="005A0175" w:rsidRDefault="002F1498">
            <w:r>
              <w:rPr>
                <w:sz w:val="17"/>
              </w:rPr>
              <w:t>8</w:t>
            </w:r>
          </w:p>
        </w:tc>
      </w:tr>
      <w:tr w:rsidR="005A0175" w14:paraId="0DF990C2" w14:textId="77777777">
        <w:trPr>
          <w:jc w:val="center"/>
        </w:trPr>
        <w:tc>
          <w:tcPr>
            <w:tcW w:w="2016" w:type="dxa"/>
            <w:vAlign w:val="center"/>
          </w:tcPr>
          <w:p w14:paraId="4FE6015D" w14:textId="77777777" w:rsidR="005A0175" w:rsidRDefault="002F1498">
            <w:r>
              <w:rPr>
                <w:sz w:val="17"/>
              </w:rPr>
              <w:t>보안·성능</w:t>
            </w:r>
          </w:p>
        </w:tc>
        <w:tc>
          <w:tcPr>
            <w:tcW w:w="6048" w:type="dxa"/>
            <w:vAlign w:val="center"/>
          </w:tcPr>
          <w:p w14:paraId="45CF316A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보안, 백업, 성능, 데이터 이관</w:t>
            </w:r>
          </w:p>
        </w:tc>
        <w:tc>
          <w:tcPr>
            <w:tcW w:w="1296" w:type="dxa"/>
            <w:vAlign w:val="center"/>
          </w:tcPr>
          <w:p w14:paraId="38A7872D" w14:textId="77777777" w:rsidR="005A0175" w:rsidRDefault="002F1498">
            <w:r>
              <w:rPr>
                <w:sz w:val="17"/>
              </w:rPr>
              <w:t>5</w:t>
            </w:r>
          </w:p>
        </w:tc>
      </w:tr>
      <w:tr w:rsidR="005A0175" w14:paraId="193BE41D" w14:textId="77777777">
        <w:trPr>
          <w:jc w:val="center"/>
        </w:trPr>
        <w:tc>
          <w:tcPr>
            <w:tcW w:w="2016" w:type="dxa"/>
            <w:vAlign w:val="center"/>
          </w:tcPr>
          <w:p w14:paraId="3A3319ED" w14:textId="77777777" w:rsidR="005A0175" w:rsidRDefault="002F1498">
            <w:r>
              <w:rPr>
                <w:sz w:val="17"/>
              </w:rPr>
              <w:t>유지보수</w:t>
            </w:r>
          </w:p>
        </w:tc>
        <w:tc>
          <w:tcPr>
            <w:tcW w:w="6048" w:type="dxa"/>
            <w:vAlign w:val="center"/>
          </w:tcPr>
          <w:p w14:paraId="55765C75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SLA, 장애대응, 기술지원</w:t>
            </w:r>
          </w:p>
        </w:tc>
        <w:tc>
          <w:tcPr>
            <w:tcW w:w="1296" w:type="dxa"/>
            <w:vAlign w:val="center"/>
          </w:tcPr>
          <w:p w14:paraId="38C5D9A8" w14:textId="77777777" w:rsidR="005A0175" w:rsidRDefault="002F1498">
            <w:r>
              <w:rPr>
                <w:sz w:val="17"/>
              </w:rPr>
              <w:t>3</w:t>
            </w:r>
          </w:p>
        </w:tc>
      </w:tr>
      <w:tr w:rsidR="005A0175" w14:paraId="7C261358" w14:textId="77777777">
        <w:trPr>
          <w:jc w:val="center"/>
        </w:trPr>
        <w:tc>
          <w:tcPr>
            <w:tcW w:w="2016" w:type="dxa"/>
            <w:vAlign w:val="center"/>
          </w:tcPr>
          <w:p w14:paraId="29AAFD76" w14:textId="77777777" w:rsidR="005A0175" w:rsidRDefault="002F1498">
            <w:r>
              <w:rPr>
                <w:sz w:val="17"/>
              </w:rPr>
              <w:t>기술이전</w:t>
            </w:r>
          </w:p>
        </w:tc>
        <w:tc>
          <w:tcPr>
            <w:tcW w:w="6048" w:type="dxa"/>
            <w:vAlign w:val="center"/>
          </w:tcPr>
          <w:p w14:paraId="1FCA51F0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전체 소스·빌드·제3자 구성요소 인계</w:t>
            </w:r>
          </w:p>
        </w:tc>
        <w:tc>
          <w:tcPr>
            <w:tcW w:w="1296" w:type="dxa"/>
            <w:vAlign w:val="center"/>
          </w:tcPr>
          <w:p w14:paraId="2FB63543" w14:textId="77777777" w:rsidR="005A0175" w:rsidRDefault="002F1498">
            <w:r>
              <w:rPr>
                <w:sz w:val="17"/>
              </w:rPr>
              <w:t>4</w:t>
            </w:r>
          </w:p>
        </w:tc>
      </w:tr>
      <w:tr w:rsidR="005A0175" w14:paraId="37A5F16F" w14:textId="77777777">
        <w:trPr>
          <w:jc w:val="center"/>
        </w:trPr>
        <w:tc>
          <w:tcPr>
            <w:tcW w:w="2016" w:type="dxa"/>
            <w:vAlign w:val="center"/>
          </w:tcPr>
          <w:p w14:paraId="5BC10629" w14:textId="77777777" w:rsidR="005A0175" w:rsidRDefault="002F1498">
            <w:r>
              <w:rPr>
                <w:sz w:val="17"/>
              </w:rPr>
              <w:t>합계</w:t>
            </w:r>
          </w:p>
        </w:tc>
        <w:tc>
          <w:tcPr>
            <w:tcW w:w="6048" w:type="dxa"/>
            <w:vAlign w:val="center"/>
          </w:tcPr>
          <w:p w14:paraId="17164204" w14:textId="77777777" w:rsidR="005A0175" w:rsidRDefault="005A0175"/>
        </w:tc>
        <w:tc>
          <w:tcPr>
            <w:tcW w:w="1296" w:type="dxa"/>
            <w:vAlign w:val="center"/>
          </w:tcPr>
          <w:p w14:paraId="4BEF553D" w14:textId="77777777" w:rsidR="005A0175" w:rsidRDefault="002F1498">
            <w:r>
              <w:rPr>
                <w:sz w:val="17"/>
              </w:rPr>
              <w:t>90</w:t>
            </w:r>
          </w:p>
        </w:tc>
      </w:tr>
    </w:tbl>
    <w:p w14:paraId="742BF4DB" w14:textId="77777777" w:rsidR="005A0175" w:rsidRDefault="005A0175"/>
    <w:p w14:paraId="555D64FA" w14:textId="77777777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t>2. 가격평가 10점</w:t>
      </w:r>
    </w:p>
    <w:p w14:paraId="7AF7A88D" w14:textId="77777777" w:rsidR="005A0175" w:rsidRDefault="002F1498">
      <w:pPr>
        <w:spacing w:after="120" w:line="269" w:lineRule="auto"/>
        <w:rPr>
          <w:lang w:eastAsia="ko-KR"/>
        </w:rPr>
      </w:pPr>
      <w:r>
        <w:rPr>
          <w:lang w:eastAsia="ko-KR"/>
        </w:rPr>
        <w:t>가격평가는 발주기관 적용 규정에 따른 산식으로 계산한다.</w:t>
      </w:r>
    </w:p>
    <w:p w14:paraId="0A0A3258" w14:textId="77777777" w:rsidR="005A0175" w:rsidRDefault="002F1498">
      <w:pPr>
        <w:pStyle w:val="21"/>
      </w:pPr>
      <w:r>
        <w:rPr>
          <w:rFonts w:ascii="맑은 고딕" w:eastAsia="맑은 고딕" w:hAnsi="맑은 고딕"/>
          <w:color w:val="2E74B5"/>
        </w:rPr>
        <w:t>3. 규격 적합성 필수확인표</w:t>
      </w: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6912"/>
        <w:gridCol w:w="2448"/>
      </w:tblGrid>
      <w:tr w:rsidR="005A0175" w14:paraId="1E9A4EA4" w14:textId="77777777">
        <w:trPr>
          <w:jc w:val="center"/>
        </w:trPr>
        <w:tc>
          <w:tcPr>
            <w:tcW w:w="6912" w:type="dxa"/>
            <w:shd w:val="clear" w:color="auto" w:fill="E8EEF5"/>
            <w:vAlign w:val="center"/>
          </w:tcPr>
          <w:p w14:paraId="443A1D08" w14:textId="77777777" w:rsidR="005A0175" w:rsidRDefault="002F1498">
            <w:r>
              <w:rPr>
                <w:b/>
                <w:color w:val="0B2545"/>
                <w:sz w:val="17"/>
              </w:rPr>
              <w:t>항목</w:t>
            </w:r>
          </w:p>
        </w:tc>
        <w:tc>
          <w:tcPr>
            <w:tcW w:w="2448" w:type="dxa"/>
            <w:shd w:val="clear" w:color="auto" w:fill="E8EEF5"/>
            <w:vAlign w:val="center"/>
          </w:tcPr>
          <w:p w14:paraId="04788531" w14:textId="77777777" w:rsidR="005A0175" w:rsidRDefault="002F1498">
            <w:r>
              <w:rPr>
                <w:b/>
                <w:color w:val="0B2545"/>
                <w:sz w:val="17"/>
              </w:rPr>
              <w:t>필수 여부</w:t>
            </w:r>
          </w:p>
        </w:tc>
      </w:tr>
      <w:tr w:rsidR="005A0175" w14:paraId="118C7C16" w14:textId="77777777">
        <w:trPr>
          <w:jc w:val="center"/>
        </w:trPr>
        <w:tc>
          <w:tcPr>
            <w:tcW w:w="6912" w:type="dxa"/>
            <w:vAlign w:val="center"/>
          </w:tcPr>
          <w:p w14:paraId="20C7B901" w14:textId="187575AC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최근 3년 이내 CSV</w:t>
            </w:r>
            <w:r w:rsidR="009C25BE">
              <w:rPr>
                <w:rFonts w:hint="eastAsia"/>
                <w:sz w:val="17"/>
                <w:lang w:eastAsia="ko-KR"/>
              </w:rPr>
              <w:t xml:space="preserve"> </w:t>
            </w:r>
            <w:r>
              <w:rPr>
                <w:sz w:val="17"/>
                <w:lang w:eastAsia="ko-KR"/>
              </w:rPr>
              <w:t xml:space="preserve"> 실적</w:t>
            </w:r>
          </w:p>
        </w:tc>
        <w:tc>
          <w:tcPr>
            <w:tcW w:w="2448" w:type="dxa"/>
            <w:vAlign w:val="center"/>
          </w:tcPr>
          <w:p w14:paraId="29112385" w14:textId="77777777" w:rsidR="005A0175" w:rsidRDefault="002F1498">
            <w:r>
              <w:rPr>
                <w:sz w:val="17"/>
              </w:rPr>
              <w:t>필수</w:t>
            </w:r>
          </w:p>
        </w:tc>
      </w:tr>
      <w:tr w:rsidR="005A0175" w14:paraId="18021F12" w14:textId="77777777">
        <w:trPr>
          <w:jc w:val="center"/>
        </w:trPr>
        <w:tc>
          <w:tcPr>
            <w:tcW w:w="6912" w:type="dxa"/>
            <w:vAlign w:val="center"/>
          </w:tcPr>
          <w:p w14:paraId="55811881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GMP/HACCP 문서관리 솔루션 역량</w:t>
            </w:r>
          </w:p>
        </w:tc>
        <w:tc>
          <w:tcPr>
            <w:tcW w:w="2448" w:type="dxa"/>
            <w:vAlign w:val="center"/>
          </w:tcPr>
          <w:p w14:paraId="5495F5C3" w14:textId="77777777" w:rsidR="005A0175" w:rsidRDefault="002F1498">
            <w:r>
              <w:rPr>
                <w:sz w:val="17"/>
              </w:rPr>
              <w:t>필수 또는 고배점</w:t>
            </w:r>
          </w:p>
        </w:tc>
      </w:tr>
      <w:tr w:rsidR="005A0175" w14:paraId="43512CD2" w14:textId="77777777">
        <w:trPr>
          <w:jc w:val="center"/>
        </w:trPr>
        <w:tc>
          <w:tcPr>
            <w:tcW w:w="6912" w:type="dxa"/>
            <w:vAlign w:val="center"/>
          </w:tcPr>
          <w:p w14:paraId="246EB83A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C# 기반 Blazor 웹개발</w:t>
            </w:r>
          </w:p>
        </w:tc>
        <w:tc>
          <w:tcPr>
            <w:tcW w:w="2448" w:type="dxa"/>
            <w:vAlign w:val="center"/>
          </w:tcPr>
          <w:p w14:paraId="469E55DF" w14:textId="77777777" w:rsidR="005A0175" w:rsidRDefault="002F1498">
            <w:r>
              <w:rPr>
                <w:sz w:val="17"/>
              </w:rPr>
              <w:t>필수</w:t>
            </w:r>
          </w:p>
        </w:tc>
      </w:tr>
      <w:tr w:rsidR="005A0175" w14:paraId="29BC6BB8" w14:textId="77777777">
        <w:trPr>
          <w:jc w:val="center"/>
        </w:trPr>
        <w:tc>
          <w:tcPr>
            <w:tcW w:w="6912" w:type="dxa"/>
            <w:vAlign w:val="center"/>
          </w:tcPr>
          <w:p w14:paraId="1C3141D8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MS-SQL 데이터베이스 설계 및 운영 적합성</w:t>
            </w:r>
          </w:p>
        </w:tc>
        <w:tc>
          <w:tcPr>
            <w:tcW w:w="2448" w:type="dxa"/>
            <w:vAlign w:val="center"/>
          </w:tcPr>
          <w:p w14:paraId="28B7AEDF" w14:textId="77777777" w:rsidR="005A0175" w:rsidRDefault="002F1498">
            <w:r>
              <w:rPr>
                <w:sz w:val="17"/>
              </w:rPr>
              <w:t>필수</w:t>
            </w:r>
          </w:p>
        </w:tc>
      </w:tr>
      <w:tr w:rsidR="005A0175" w14:paraId="464CA8E6" w14:textId="77777777">
        <w:trPr>
          <w:jc w:val="center"/>
        </w:trPr>
        <w:tc>
          <w:tcPr>
            <w:tcW w:w="6912" w:type="dxa"/>
            <w:vAlign w:val="center"/>
          </w:tcPr>
          <w:p w14:paraId="3C7D28FE" w14:textId="28656666" w:rsidR="005A0175" w:rsidRDefault="002F1498">
            <w:r>
              <w:rPr>
                <w:sz w:val="17"/>
              </w:rPr>
              <w:t>Windows Forms Delphi</w:t>
            </w:r>
            <w:r w:rsidR="00335F83">
              <w:rPr>
                <w:rFonts w:hint="eastAsia"/>
                <w:sz w:val="17"/>
                <w:lang w:eastAsia="ko-KR"/>
              </w:rPr>
              <w:t>/VB</w:t>
            </w:r>
            <w:r>
              <w:rPr>
                <w:sz w:val="17"/>
              </w:rPr>
              <w:t xml:space="preserve"> 관리도구</w:t>
            </w:r>
          </w:p>
        </w:tc>
        <w:tc>
          <w:tcPr>
            <w:tcW w:w="2448" w:type="dxa"/>
            <w:vAlign w:val="center"/>
          </w:tcPr>
          <w:p w14:paraId="289A6620" w14:textId="77777777" w:rsidR="005A0175" w:rsidRDefault="002F1498">
            <w:r>
              <w:rPr>
                <w:sz w:val="17"/>
              </w:rPr>
              <w:t>필수</w:t>
            </w:r>
          </w:p>
        </w:tc>
      </w:tr>
      <w:tr w:rsidR="005A0175" w14:paraId="4FEE8855" w14:textId="77777777">
        <w:trPr>
          <w:jc w:val="center"/>
        </w:trPr>
        <w:tc>
          <w:tcPr>
            <w:tcW w:w="6912" w:type="dxa"/>
            <w:vAlign w:val="center"/>
          </w:tcPr>
          <w:p w14:paraId="05F86024" w14:textId="77777777" w:rsidR="005A0175" w:rsidRDefault="002F1498">
            <w:r>
              <w:rPr>
                <w:sz w:val="17"/>
              </w:rPr>
              <w:t>Python·React.js·Next.js 미사용</w:t>
            </w:r>
          </w:p>
        </w:tc>
        <w:tc>
          <w:tcPr>
            <w:tcW w:w="2448" w:type="dxa"/>
            <w:vAlign w:val="center"/>
          </w:tcPr>
          <w:p w14:paraId="248CFDBA" w14:textId="77777777" w:rsidR="005A0175" w:rsidRDefault="002F1498">
            <w:r>
              <w:rPr>
                <w:sz w:val="17"/>
              </w:rPr>
              <w:t>필수</w:t>
            </w:r>
          </w:p>
        </w:tc>
      </w:tr>
      <w:tr w:rsidR="005A0175" w14:paraId="21866917" w14:textId="77777777">
        <w:trPr>
          <w:jc w:val="center"/>
        </w:trPr>
        <w:tc>
          <w:tcPr>
            <w:tcW w:w="6912" w:type="dxa"/>
            <w:vAlign w:val="center"/>
          </w:tcPr>
          <w:p w14:paraId="0CF114D3" w14:textId="77777777" w:rsidR="005A0175" w:rsidRDefault="002F1498">
            <w:r>
              <w:rPr>
                <w:sz w:val="17"/>
              </w:rPr>
              <w:t>Bootstrap UI 적용</w:t>
            </w:r>
          </w:p>
        </w:tc>
        <w:tc>
          <w:tcPr>
            <w:tcW w:w="2448" w:type="dxa"/>
            <w:vAlign w:val="center"/>
          </w:tcPr>
          <w:p w14:paraId="17B8A45E" w14:textId="77777777" w:rsidR="005A0175" w:rsidRDefault="002F1498">
            <w:r>
              <w:rPr>
                <w:sz w:val="17"/>
              </w:rPr>
              <w:t>필수</w:t>
            </w:r>
          </w:p>
        </w:tc>
      </w:tr>
      <w:tr w:rsidR="005A0175" w14:paraId="1A6DFEC0" w14:textId="77777777">
        <w:trPr>
          <w:jc w:val="center"/>
        </w:trPr>
        <w:tc>
          <w:tcPr>
            <w:tcW w:w="6912" w:type="dxa"/>
            <w:vAlign w:val="center"/>
          </w:tcPr>
          <w:p w14:paraId="3C7A6103" w14:textId="77777777" w:rsidR="005A0175" w:rsidRDefault="002F1498">
            <w:pPr>
              <w:rPr>
                <w:lang w:eastAsia="ko-KR"/>
              </w:rPr>
            </w:pPr>
            <w:r>
              <w:rPr>
                <w:sz w:val="17"/>
                <w:lang w:eastAsia="ko-KR"/>
              </w:rPr>
              <w:t>전체 소스코드 및 빌드환경 제공</w:t>
            </w:r>
          </w:p>
        </w:tc>
        <w:tc>
          <w:tcPr>
            <w:tcW w:w="2448" w:type="dxa"/>
            <w:vAlign w:val="center"/>
          </w:tcPr>
          <w:p w14:paraId="3DE878C5" w14:textId="77777777" w:rsidR="005A0175" w:rsidRDefault="002F1498">
            <w:r>
              <w:rPr>
                <w:sz w:val="17"/>
              </w:rPr>
              <w:t>필수</w:t>
            </w:r>
          </w:p>
        </w:tc>
      </w:tr>
      <w:tr w:rsidR="005A0175" w14:paraId="518B0480" w14:textId="77777777">
        <w:trPr>
          <w:jc w:val="center"/>
        </w:trPr>
        <w:tc>
          <w:tcPr>
            <w:tcW w:w="6912" w:type="dxa"/>
            <w:vAlign w:val="center"/>
          </w:tcPr>
          <w:p w14:paraId="08D2D5C8" w14:textId="77777777" w:rsidR="005A0175" w:rsidRDefault="002F1498">
            <w:r>
              <w:rPr>
                <w:sz w:val="17"/>
              </w:rPr>
              <w:t>VMP·URS·FDS·DDS·DQ·IQ·OQ·PQ 제공</w:t>
            </w:r>
          </w:p>
        </w:tc>
        <w:tc>
          <w:tcPr>
            <w:tcW w:w="2448" w:type="dxa"/>
            <w:vAlign w:val="center"/>
          </w:tcPr>
          <w:p w14:paraId="1B601ED1" w14:textId="77777777" w:rsidR="005A0175" w:rsidRDefault="002F1498">
            <w:r>
              <w:rPr>
                <w:sz w:val="17"/>
              </w:rPr>
              <w:t>필수</w:t>
            </w:r>
          </w:p>
        </w:tc>
      </w:tr>
      <w:tr w:rsidR="005A0175" w14:paraId="208E408A" w14:textId="77777777">
        <w:trPr>
          <w:jc w:val="center"/>
        </w:trPr>
        <w:tc>
          <w:tcPr>
            <w:tcW w:w="6912" w:type="dxa"/>
            <w:vAlign w:val="center"/>
          </w:tcPr>
          <w:p w14:paraId="5D3894C4" w14:textId="77777777" w:rsidR="005A0175" w:rsidRDefault="002F1498">
            <w:r>
              <w:rPr>
                <w:sz w:val="17"/>
              </w:rPr>
              <w:t>6개월 내 구축 가능</w:t>
            </w:r>
          </w:p>
        </w:tc>
        <w:tc>
          <w:tcPr>
            <w:tcW w:w="2448" w:type="dxa"/>
            <w:vAlign w:val="center"/>
          </w:tcPr>
          <w:p w14:paraId="5EAFFD1E" w14:textId="77777777" w:rsidR="005A0175" w:rsidRDefault="002F1498">
            <w:r>
              <w:rPr>
                <w:sz w:val="17"/>
              </w:rPr>
              <w:t>필수</w:t>
            </w:r>
          </w:p>
        </w:tc>
      </w:tr>
    </w:tbl>
    <w:p w14:paraId="7C92D1C0" w14:textId="77777777" w:rsidR="00335F83" w:rsidRDefault="00335F83">
      <w:pPr>
        <w:rPr>
          <w:lang w:eastAsia="ko-KR"/>
        </w:rPr>
      </w:pPr>
    </w:p>
    <w:p w14:paraId="44AB1505" w14:textId="77777777" w:rsidR="005A0175" w:rsidRDefault="002F1498">
      <w:pPr>
        <w:pStyle w:val="1"/>
        <w:rPr>
          <w:lang w:eastAsia="ko-KR"/>
        </w:rPr>
      </w:pPr>
      <w:r>
        <w:rPr>
          <w:rFonts w:ascii="맑은 고딕" w:eastAsia="맑은 고딕" w:hAnsi="맑은 고딕"/>
          <w:color w:val="2E74B5"/>
          <w:sz w:val="32"/>
          <w:lang w:eastAsia="ko-KR"/>
        </w:rPr>
        <w:t>ⅩⅤ. 입찰자가 제출할 증빙자료</w:t>
      </w:r>
    </w:p>
    <w:p w14:paraId="7252290B" w14:textId="77777777" w:rsidR="005A0175" w:rsidRDefault="002F1498">
      <w:pPr>
        <w:pStyle w:val="a0"/>
        <w:spacing w:after="60"/>
      </w:pPr>
      <w:r>
        <w:t>사업자등록증</w:t>
      </w:r>
    </w:p>
    <w:p w14:paraId="54FD8F18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나라장터 경쟁입찰참가자격 등록증</w:t>
      </w:r>
    </w:p>
    <w:p w14:paraId="1E676E8D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최근 3년 CSV 실적증명서</w:t>
      </w:r>
    </w:p>
    <w:p w14:paraId="0108E11B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GMP/HACCP 문서관리 솔루션 증빙</w:t>
      </w:r>
    </w:p>
    <w:p w14:paraId="2A2C87BA" w14:textId="77777777" w:rsidR="005A0175" w:rsidRDefault="002F1498">
      <w:pPr>
        <w:pStyle w:val="a0"/>
        <w:spacing w:after="60"/>
      </w:pPr>
      <w:r>
        <w:t>Delphi 또는 VB.NET Windows Forms 수행증빙</w:t>
      </w:r>
    </w:p>
    <w:p w14:paraId="095FC131" w14:textId="77777777" w:rsidR="005A0175" w:rsidRDefault="002F1498">
      <w:pPr>
        <w:pStyle w:val="a0"/>
        <w:spacing w:after="60"/>
      </w:pPr>
      <w:r>
        <w:t>참여인력 경력증명</w:t>
      </w:r>
    </w:p>
    <w:p w14:paraId="39832761" w14:textId="77777777" w:rsidR="005A0175" w:rsidRDefault="002F1498">
      <w:pPr>
        <w:pStyle w:val="a0"/>
        <w:spacing w:after="60"/>
      </w:pPr>
      <w:r>
        <w:t>기술구조도</w:t>
      </w:r>
    </w:p>
    <w:p w14:paraId="778A7F03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사용기술 및 라이브러리 목록</w:t>
      </w:r>
    </w:p>
    <w:p w14:paraId="4C25BAA1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금지기술 미사용확약서</w:t>
      </w:r>
    </w:p>
    <w:p w14:paraId="5E19A9BF" w14:textId="77777777" w:rsidR="005A0175" w:rsidRDefault="002F1498">
      <w:pPr>
        <w:pStyle w:val="a0"/>
        <w:spacing w:after="60"/>
        <w:rPr>
          <w:lang w:eastAsia="ko-KR"/>
        </w:rPr>
      </w:pPr>
      <w:r>
        <w:rPr>
          <w:lang w:eastAsia="ko-KR"/>
        </w:rPr>
        <w:t>CSV 산출물 샘플목차</w:t>
      </w:r>
    </w:p>
    <w:p w14:paraId="0F852086" w14:textId="77777777" w:rsidR="005A0175" w:rsidRDefault="002F1498">
      <w:pPr>
        <w:pStyle w:val="a0"/>
        <w:spacing w:after="60"/>
      </w:pPr>
      <w:r>
        <w:t>가격산출내역서</w:t>
      </w:r>
    </w:p>
    <w:sectPr w:rsidR="005A0175" w:rsidSect="00034616">
      <w:footerReference w:type="default" r:id="rId8"/>
      <w:pgSz w:w="12240" w:h="15840"/>
      <w:pgMar w:top="1191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B9B8A" w14:textId="77777777" w:rsidR="001F3F53" w:rsidRDefault="001F3F53">
      <w:pPr>
        <w:spacing w:after="0" w:line="240" w:lineRule="auto"/>
      </w:pPr>
      <w:r>
        <w:separator/>
      </w:r>
    </w:p>
  </w:endnote>
  <w:endnote w:type="continuationSeparator" w:id="0">
    <w:p w14:paraId="72D01A3C" w14:textId="77777777" w:rsidR="001F3F53" w:rsidRDefault="001F3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AF56E" w14:textId="77777777" w:rsidR="005A0175" w:rsidRDefault="002F1498">
    <w:pPr>
      <w:pStyle w:val="a6"/>
      <w:jc w:val="center"/>
      <w:rPr>
        <w:lang w:eastAsia="ko-KR"/>
      </w:rPr>
    </w:pPr>
    <w:r>
      <w:rPr>
        <w:color w:val="777777"/>
        <w:sz w:val="16"/>
        <w:lang w:eastAsia="ko-KR"/>
      </w:rPr>
      <w:t>ACT AI-WMS 구축 용역 RFP 수정본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ECD4F4" w14:textId="77777777" w:rsidR="001F3F53" w:rsidRDefault="001F3F53">
      <w:pPr>
        <w:spacing w:after="0" w:line="240" w:lineRule="auto"/>
      </w:pPr>
      <w:r>
        <w:separator/>
      </w:r>
    </w:p>
  </w:footnote>
  <w:footnote w:type="continuationSeparator" w:id="0">
    <w:p w14:paraId="41963544" w14:textId="77777777" w:rsidR="001F3F53" w:rsidRDefault="001F3F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37606872">
    <w:abstractNumId w:val="8"/>
  </w:num>
  <w:num w:numId="2" w16cid:durableId="1170755084">
    <w:abstractNumId w:val="6"/>
  </w:num>
  <w:num w:numId="3" w16cid:durableId="1476220790">
    <w:abstractNumId w:val="5"/>
  </w:num>
  <w:num w:numId="4" w16cid:durableId="1107777468">
    <w:abstractNumId w:val="4"/>
  </w:num>
  <w:num w:numId="5" w16cid:durableId="2116830342">
    <w:abstractNumId w:val="7"/>
  </w:num>
  <w:num w:numId="6" w16cid:durableId="600727105">
    <w:abstractNumId w:val="3"/>
  </w:num>
  <w:num w:numId="7" w16cid:durableId="1325402888">
    <w:abstractNumId w:val="2"/>
  </w:num>
  <w:num w:numId="8" w16cid:durableId="509176613">
    <w:abstractNumId w:val="1"/>
  </w:num>
  <w:num w:numId="9" w16cid:durableId="1161312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F3F53"/>
    <w:rsid w:val="0024056F"/>
    <w:rsid w:val="002428DA"/>
    <w:rsid w:val="0029639D"/>
    <w:rsid w:val="002A296E"/>
    <w:rsid w:val="002F1498"/>
    <w:rsid w:val="002F3D7A"/>
    <w:rsid w:val="00313888"/>
    <w:rsid w:val="00326F90"/>
    <w:rsid w:val="00335F83"/>
    <w:rsid w:val="00384D92"/>
    <w:rsid w:val="004915A7"/>
    <w:rsid w:val="005700F8"/>
    <w:rsid w:val="00593B40"/>
    <w:rsid w:val="005A0175"/>
    <w:rsid w:val="005C7B47"/>
    <w:rsid w:val="006565CD"/>
    <w:rsid w:val="0066673E"/>
    <w:rsid w:val="00727265"/>
    <w:rsid w:val="007565DC"/>
    <w:rsid w:val="007914E1"/>
    <w:rsid w:val="009251F7"/>
    <w:rsid w:val="009373EA"/>
    <w:rsid w:val="00987ABE"/>
    <w:rsid w:val="009C25BE"/>
    <w:rsid w:val="009D5D1C"/>
    <w:rsid w:val="00AA1D8D"/>
    <w:rsid w:val="00AC1E3F"/>
    <w:rsid w:val="00B31C90"/>
    <w:rsid w:val="00B47730"/>
    <w:rsid w:val="00CB0664"/>
    <w:rsid w:val="00D175C7"/>
    <w:rsid w:val="00EA2E05"/>
    <w:rsid w:val="00F65A23"/>
    <w:rsid w:val="00FA1A9F"/>
    <w:rsid w:val="00FC693F"/>
    <w:rsid w:val="00FE0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6C83938"/>
  <w14:defaultImageDpi w14:val="300"/>
  <w15:docId w15:val="{0F3016BF-C2A7-4D1A-8931-EF31DC57F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맑은 고딕" w:eastAsia="맑은 고딕" w:hAnsi="맑은 고딕"/>
      <w:sz w:val="21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  <w:rPr>
      <w:sz w:val="20"/>
    </w:r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  <w:rPr>
      <w:sz w:val="20"/>
    </w:r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13</Pages>
  <Words>1806</Words>
  <Characters>10297</Characters>
  <Application>Microsoft Office Word</Application>
  <DocSecurity>0</DocSecurity>
  <Lines>85</Lines>
  <Paragraphs>24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ACT 보세물류 통합 AI-WMS 및 CSV 문서관리체계 구축 용역 RFP 수정본</vt:lpstr>
      <vt:lpstr/>
    </vt:vector>
  </TitlesOfParts>
  <Manager/>
  <Company/>
  <LinksUpToDate>false</LinksUpToDate>
  <CharactersWithSpaces>12079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 보세물류 통합 AI-WMS 및 CSV 문서관리체계 구축 용역 RFP 수정본</dc:title>
  <dc:subject/>
  <dc:creator>OpenAI Codex</dc:creator>
  <cp:keywords/>
  <dc:description/>
  <cp:lastModifiedBy>홍 다은</cp:lastModifiedBy>
  <cp:revision>5</cp:revision>
  <dcterms:created xsi:type="dcterms:W3CDTF">2026-08-12T01:25:00Z</dcterms:created>
  <dcterms:modified xsi:type="dcterms:W3CDTF">2026-08-12T01:31:00Z</dcterms:modified>
  <cp:category/>
</cp:coreProperties>
</file>