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580D78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721DEEB4" w:rsidR="001C37B4" w:rsidRDefault="00580D78">
      <w:pPr>
        <w:spacing w:before="240" w:after="1000"/>
        <w:rPr>
          <w:lang w:eastAsia="ko-KR"/>
        </w:rPr>
      </w:pPr>
      <w:proofErr w:type="gramStart"/>
      <w:r>
        <w:rPr>
          <w:rFonts w:cs="나눔고딕"/>
          <w:color w:val="667085"/>
          <w:lang w:eastAsia="ko-KR"/>
        </w:rPr>
        <w:t>공고번호  PK</w:t>
      </w:r>
      <w:proofErr w:type="gramEnd"/>
      <w:r>
        <w:rPr>
          <w:rFonts w:cs="나눔고딕"/>
          <w:color w:val="667085"/>
          <w:lang w:eastAsia="ko-KR"/>
        </w:rPr>
        <w:t>-2026-D-09-10-0</w:t>
      </w:r>
      <w:r w:rsidR="00424D9E">
        <w:rPr>
          <w:rFonts w:cs="나눔고딕" w:hint="eastAsia"/>
          <w:color w:val="667085"/>
          <w:lang w:eastAsia="ko-KR"/>
        </w:rPr>
        <w:t>2</w:t>
      </w:r>
    </w:p>
    <w:p w14:paraId="409742C9" w14:textId="42BB22FD" w:rsidR="001C37B4" w:rsidRDefault="00424D9E">
      <w:pPr>
        <w:spacing w:after="240"/>
        <w:jc w:val="center"/>
        <w:rPr>
          <w:lang w:eastAsia="ko-KR"/>
        </w:rPr>
      </w:pPr>
      <w:r w:rsidRPr="00424D9E">
        <w:rPr>
          <w:rFonts w:cs="나눔고딕"/>
          <w:b/>
          <w:sz w:val="48"/>
          <w:lang w:eastAsia="ko-KR"/>
        </w:rPr>
        <w:t xml:space="preserve">영광군, </w:t>
      </w:r>
      <w:proofErr w:type="spellStart"/>
      <w:r w:rsidRPr="00424D9E">
        <w:rPr>
          <w:rFonts w:cs="나눔고딕"/>
          <w:b/>
          <w:sz w:val="48"/>
          <w:lang w:eastAsia="ko-KR"/>
        </w:rPr>
        <w:t>전기승합차</w:t>
      </w:r>
      <w:proofErr w:type="spellEnd"/>
      <w:r w:rsidRPr="00424D9E">
        <w:rPr>
          <w:rFonts w:cs="나눔고딕"/>
          <w:b/>
          <w:sz w:val="48"/>
          <w:lang w:eastAsia="ko-KR"/>
        </w:rPr>
        <w:t xml:space="preserve"> 거점 기반 </w:t>
      </w:r>
      <w:proofErr w:type="spellStart"/>
      <w:r w:rsidRPr="00424D9E">
        <w:rPr>
          <w:rFonts w:cs="나눔고딕"/>
          <w:b/>
          <w:sz w:val="48"/>
          <w:lang w:eastAsia="ko-KR"/>
        </w:rPr>
        <w:t>eBAB</w:t>
      </w:r>
      <w:proofErr w:type="spellEnd"/>
      <w:r w:rsidRPr="00424D9E">
        <w:rPr>
          <w:rFonts w:cs="나눔고딕"/>
          <w:b/>
          <w:sz w:val="48"/>
          <w:lang w:eastAsia="ko-KR"/>
        </w:rPr>
        <w:t xml:space="preserve"> 충전서비스(영광교통)</w:t>
      </w:r>
    </w:p>
    <w:p w14:paraId="05E9EA05" w14:textId="77777777" w:rsidR="001C37B4" w:rsidRDefault="00580D78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580D78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580D78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580D78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580D78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580D78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580D78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28BFA533" w:rsidR="001C37B4" w:rsidRDefault="00424D9E">
            <w:pPr>
              <w:spacing w:after="0" w:line="252" w:lineRule="auto"/>
              <w:rPr>
                <w:lang w:eastAsia="ko-KR"/>
              </w:rPr>
            </w:pPr>
            <w:r w:rsidRPr="00424D9E">
              <w:rPr>
                <w:rFonts w:cs="나눔고딕"/>
                <w:sz w:val="19"/>
                <w:lang w:eastAsia="ko-KR"/>
              </w:rPr>
              <w:t xml:space="preserve">영광군, </w:t>
            </w:r>
            <w:proofErr w:type="spellStart"/>
            <w:r w:rsidRPr="00424D9E">
              <w:rPr>
                <w:rFonts w:cs="나눔고딕"/>
                <w:sz w:val="19"/>
                <w:lang w:eastAsia="ko-KR"/>
              </w:rPr>
              <w:t>전기승합차</w:t>
            </w:r>
            <w:proofErr w:type="spellEnd"/>
            <w:r w:rsidRPr="00424D9E">
              <w:rPr>
                <w:rFonts w:cs="나눔고딕"/>
                <w:sz w:val="19"/>
                <w:lang w:eastAsia="ko-KR"/>
              </w:rPr>
              <w:t xml:space="preserve"> 거점 기반 </w:t>
            </w:r>
            <w:proofErr w:type="spellStart"/>
            <w:r w:rsidRPr="00424D9E">
              <w:rPr>
                <w:rFonts w:cs="나눔고딕"/>
                <w:sz w:val="19"/>
                <w:lang w:eastAsia="ko-KR"/>
              </w:rPr>
              <w:t>eBAB</w:t>
            </w:r>
            <w:proofErr w:type="spellEnd"/>
            <w:r w:rsidRPr="00424D9E">
              <w:rPr>
                <w:rFonts w:cs="나눔고딕"/>
                <w:sz w:val="19"/>
                <w:lang w:eastAsia="ko-KR"/>
              </w:rPr>
              <w:t xml:space="preserve"> 충전서비스(영광교통)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580D78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580D78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6A187836" w:rsidR="001C37B4" w:rsidRDefault="00580D78">
            <w:pPr>
              <w:spacing w:after="0" w:line="252" w:lineRule="auto"/>
            </w:pPr>
            <w:proofErr w:type="gramStart"/>
            <w:r>
              <w:rPr>
                <w:rFonts w:cs="나눔고딕"/>
                <w:sz w:val="19"/>
              </w:rPr>
              <w:t xml:space="preserve">금 </w:t>
            </w:r>
            <w:r w:rsidR="00E55EA5" w:rsidRPr="00E55EA5">
              <w:rPr>
                <w:rFonts w:cs="나눔고딕"/>
                <w:sz w:val="19"/>
              </w:rPr>
              <w:t xml:space="preserve"> 143,330,000</w:t>
            </w:r>
            <w:proofErr w:type="gramEnd"/>
            <w:r w:rsidR="00E55EA5" w:rsidRPr="00E55EA5">
              <w:rPr>
                <w:rFonts w:cs="나눔고딕"/>
                <w:sz w:val="19"/>
              </w:rPr>
              <w:t xml:space="preserve"> </w:t>
            </w:r>
            <w:proofErr w:type="gramStart"/>
            <w:r>
              <w:rPr>
                <w:rFonts w:cs="나눔고딕"/>
                <w:sz w:val="19"/>
              </w:rPr>
              <w:t>원(</w:t>
            </w:r>
            <w:proofErr w:type="gramEnd"/>
            <w:r>
              <w:rPr>
                <w:rFonts w:cs="나눔고딕"/>
                <w:sz w:val="19"/>
              </w:rPr>
              <w:t xml:space="preserve">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580D78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4570"/>
        <w:gridCol w:w="2126"/>
        <w:gridCol w:w="1560"/>
        <w:gridCol w:w="1582"/>
      </w:tblGrid>
      <w:tr w:rsidR="003B3916" w14:paraId="16CE3034" w14:textId="77777777" w:rsidTr="00643DD3">
        <w:trPr>
          <w:cantSplit/>
          <w:trHeight w:val="309"/>
          <w:tblHeader/>
        </w:trPr>
        <w:tc>
          <w:tcPr>
            <w:tcW w:w="457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12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56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1582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643DD3">
        <w:trPr>
          <w:cantSplit/>
          <w:trHeight w:val="323"/>
        </w:trPr>
        <w:tc>
          <w:tcPr>
            <w:tcW w:w="457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3E2BDABB" w:rsidR="003B3916" w:rsidRDefault="00CB28DE">
            <w:pPr>
              <w:spacing w:after="0" w:line="252" w:lineRule="auto"/>
              <w:jc w:val="center"/>
              <w:rPr>
                <w:lang w:eastAsia="ko-KR"/>
              </w:rPr>
            </w:pPr>
            <w:proofErr w:type="spellStart"/>
            <w:r w:rsidRPr="00F80675">
              <w:rPr>
                <w:rFonts w:cs="나눔고딕"/>
                <w:sz w:val="19"/>
                <w:lang w:eastAsia="ko-KR"/>
              </w:rPr>
              <w:t>전남광주통합특별시</w:t>
            </w:r>
            <w:proofErr w:type="spellEnd"/>
            <w:r w:rsidRPr="00F80675">
              <w:rPr>
                <w:rFonts w:cs="나눔고딕"/>
                <w:sz w:val="19"/>
                <w:lang w:eastAsia="ko-KR"/>
              </w:rPr>
              <w:t xml:space="preserve"> 영광군 </w:t>
            </w:r>
            <w:proofErr w:type="spellStart"/>
            <w:r w:rsidRPr="00F80675">
              <w:rPr>
                <w:rFonts w:cs="나눔고딕"/>
                <w:sz w:val="19"/>
                <w:lang w:eastAsia="ko-KR"/>
              </w:rPr>
              <w:t>영광읍</w:t>
            </w:r>
            <w:proofErr w:type="spellEnd"/>
            <w:r w:rsidRPr="00F80675">
              <w:rPr>
                <w:rFonts w:cs="나눔고딕"/>
                <w:sz w:val="19"/>
                <w:lang w:eastAsia="ko-KR"/>
              </w:rPr>
              <w:t xml:space="preserve"> </w:t>
            </w:r>
            <w:proofErr w:type="spellStart"/>
            <w:r w:rsidRPr="00F80675">
              <w:rPr>
                <w:rFonts w:cs="나눔고딕"/>
                <w:sz w:val="19"/>
                <w:lang w:eastAsia="ko-KR"/>
              </w:rPr>
              <w:t>와룡로</w:t>
            </w:r>
            <w:proofErr w:type="spellEnd"/>
            <w:r w:rsidRPr="00F80675">
              <w:rPr>
                <w:rFonts w:cs="나눔고딕"/>
                <w:sz w:val="19"/>
                <w:lang w:eastAsia="ko-KR"/>
              </w:rPr>
              <w:t xml:space="preserve"> 19</w:t>
            </w:r>
          </w:p>
        </w:tc>
        <w:tc>
          <w:tcPr>
            <w:tcW w:w="212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275A165C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E75090">
              <w:rPr>
                <w:rFonts w:cs="나눔고딕" w:hint="eastAsia"/>
                <w:sz w:val="18"/>
                <w:lang w:eastAsia="ko-KR"/>
              </w:rPr>
              <w:t>4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56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350FD124" w:rsidR="003B3916" w:rsidRDefault="00E75090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4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1582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697DC1E8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E75090">
              <w:rPr>
                <w:rFonts w:cs="나눔고딕" w:hint="eastAsia"/>
                <w:sz w:val="18"/>
                <w:lang w:eastAsia="ko-KR"/>
              </w:rPr>
              <w:t>4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580D78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580D78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580D78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580D78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580D78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580D78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580D78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580D78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580D78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580D78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580D78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580D78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580D78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580D78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580D78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580D78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580D78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580D78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580D78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580D78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580D78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580D78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580D78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580D78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580D78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580D78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580D78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580D78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580D78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580D78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580D78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580D78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580D78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580D78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580D78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580D78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580D78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580D78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580D78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580D78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580D78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580D78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580D78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580D78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580D78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580D78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580D78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580D78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</w:t>
      </w:r>
      <w:proofErr w:type="gramStart"/>
      <w:r>
        <w:rPr>
          <w:rFonts w:cs="나눔고딕"/>
          <w:lang w:eastAsia="ko-KR"/>
        </w:rPr>
        <w:t>팀장 /</w:t>
      </w:r>
      <w:proofErr w:type="gramEnd"/>
      <w:r>
        <w:rPr>
          <w:rFonts w:cs="나눔고딕"/>
          <w:lang w:eastAsia="ko-KR"/>
        </w:rPr>
        <w:t xml:space="preserve"> gateway6@pumpkinev.co.kr</w:t>
      </w:r>
    </w:p>
    <w:p w14:paraId="783F9038" w14:textId="77777777" w:rsidR="001C37B4" w:rsidRDefault="00580D78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7DB7" w14:textId="77777777" w:rsidR="00106C15" w:rsidRDefault="00106C15">
      <w:pPr>
        <w:spacing w:after="0" w:line="240" w:lineRule="auto"/>
      </w:pPr>
      <w:r>
        <w:separator/>
      </w:r>
    </w:p>
  </w:endnote>
  <w:endnote w:type="continuationSeparator" w:id="0">
    <w:p w14:paraId="67CD97C6" w14:textId="77777777" w:rsidR="00106C15" w:rsidRDefault="0010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580D78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21A83" w14:textId="77777777" w:rsidR="00106C15" w:rsidRDefault="00106C15">
      <w:pPr>
        <w:spacing w:after="0" w:line="240" w:lineRule="auto"/>
      </w:pPr>
      <w:r>
        <w:separator/>
      </w:r>
    </w:p>
  </w:footnote>
  <w:footnote w:type="continuationSeparator" w:id="0">
    <w:p w14:paraId="1F42F180" w14:textId="77777777" w:rsidR="00106C15" w:rsidRDefault="00106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580D78">
    <w:pPr>
      <w:pStyle w:val="a4"/>
      <w:jc w:val="right"/>
      <w:rPr>
        <w:lang w:eastAsia="ko-KR"/>
      </w:rPr>
    </w:pPr>
    <w:proofErr w:type="gramStart"/>
    <w:r>
      <w:rPr>
        <w:rFonts w:cs="나눔고딕"/>
        <w:b/>
        <w:color w:val="F15A24"/>
        <w:sz w:val="17"/>
        <w:lang w:eastAsia="ko-KR"/>
      </w:rPr>
      <w:t>PUMPKIN  |</w:t>
    </w:r>
    <w:proofErr w:type="gramEnd"/>
    <w:r>
      <w:rPr>
        <w:rFonts w:cs="나눔고딕"/>
        <w:b/>
        <w:color w:val="F15A24"/>
        <w:sz w:val="17"/>
        <w:lang w:eastAsia="ko-KR"/>
      </w:rPr>
      <w:t xml:space="preserve">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6C15"/>
    <w:rsid w:val="0015074B"/>
    <w:rsid w:val="00153A75"/>
    <w:rsid w:val="00153C3D"/>
    <w:rsid w:val="00190213"/>
    <w:rsid w:val="001C37B4"/>
    <w:rsid w:val="0029639D"/>
    <w:rsid w:val="002F1132"/>
    <w:rsid w:val="00326F90"/>
    <w:rsid w:val="003B3916"/>
    <w:rsid w:val="00424D9E"/>
    <w:rsid w:val="004D038B"/>
    <w:rsid w:val="00507A0B"/>
    <w:rsid w:val="00580D78"/>
    <w:rsid w:val="00631966"/>
    <w:rsid w:val="00643DD3"/>
    <w:rsid w:val="006E463C"/>
    <w:rsid w:val="006E67BA"/>
    <w:rsid w:val="00745E3E"/>
    <w:rsid w:val="00AA1D8D"/>
    <w:rsid w:val="00B27D39"/>
    <w:rsid w:val="00B47730"/>
    <w:rsid w:val="00B824BE"/>
    <w:rsid w:val="00C05C46"/>
    <w:rsid w:val="00CB0664"/>
    <w:rsid w:val="00CB28DE"/>
    <w:rsid w:val="00E55EA5"/>
    <w:rsid w:val="00E75090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9</cp:revision>
  <dcterms:created xsi:type="dcterms:W3CDTF">2026-09-07T06:59:00Z</dcterms:created>
  <dcterms:modified xsi:type="dcterms:W3CDTF">2026-09-07T07:19:00Z</dcterms:modified>
  <cp:category/>
</cp:coreProperties>
</file>