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16273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13D4FE1A" w:rsidR="001C37B4" w:rsidRDefault="00162731">
      <w:pPr>
        <w:spacing w:before="240" w:after="1000"/>
        <w:rPr>
          <w:lang w:eastAsia="ko-KR"/>
        </w:rPr>
      </w:pPr>
      <w:proofErr w:type="spellStart"/>
      <w:r>
        <w:rPr>
          <w:rFonts w:cs="나눔고딕"/>
          <w:color w:val="667085"/>
        </w:rPr>
        <w:t>공고번호</w:t>
      </w:r>
      <w:proofErr w:type="spellEnd"/>
      <w:r>
        <w:rPr>
          <w:rFonts w:cs="나눔고딕"/>
          <w:color w:val="667085"/>
        </w:rPr>
        <w:t xml:space="preserve">  PK-2026-D-09-10-0</w:t>
      </w:r>
      <w:r w:rsidR="000A70FB">
        <w:rPr>
          <w:rFonts w:cs="나눔고딕" w:hint="eastAsia"/>
          <w:color w:val="667085"/>
          <w:lang w:eastAsia="ko-KR"/>
        </w:rPr>
        <w:t>4</w:t>
      </w:r>
    </w:p>
    <w:p w14:paraId="409742C9" w14:textId="685FAD43" w:rsidR="001C37B4" w:rsidRDefault="000A70FB">
      <w:pPr>
        <w:spacing w:after="240"/>
        <w:jc w:val="center"/>
        <w:rPr>
          <w:lang w:eastAsia="ko-KR"/>
        </w:rPr>
      </w:pPr>
      <w:r w:rsidRPr="000A70FB">
        <w:rPr>
          <w:rFonts w:cs="나눔고딕"/>
          <w:b/>
          <w:sz w:val="48"/>
          <w:lang w:eastAsia="ko-KR"/>
        </w:rPr>
        <w:t xml:space="preserve">음성군, </w:t>
      </w:r>
      <w:proofErr w:type="spellStart"/>
      <w:r w:rsidRPr="000A70FB">
        <w:rPr>
          <w:rFonts w:cs="나눔고딕"/>
          <w:b/>
          <w:sz w:val="48"/>
          <w:lang w:eastAsia="ko-KR"/>
        </w:rPr>
        <w:t>전기승합차</w:t>
      </w:r>
      <w:proofErr w:type="spellEnd"/>
      <w:r w:rsidRPr="000A70FB">
        <w:rPr>
          <w:rFonts w:cs="나눔고딕"/>
          <w:b/>
          <w:sz w:val="48"/>
          <w:lang w:eastAsia="ko-KR"/>
        </w:rPr>
        <w:t xml:space="preserve"> 거점 기반 </w:t>
      </w:r>
      <w:proofErr w:type="spellStart"/>
      <w:r w:rsidRPr="000A70FB">
        <w:rPr>
          <w:rFonts w:cs="나눔고딕"/>
          <w:b/>
          <w:sz w:val="48"/>
          <w:lang w:eastAsia="ko-KR"/>
        </w:rPr>
        <w:t>eBAB</w:t>
      </w:r>
      <w:proofErr w:type="spellEnd"/>
      <w:r w:rsidRPr="000A70FB">
        <w:rPr>
          <w:rFonts w:cs="나눔고딕"/>
          <w:b/>
          <w:sz w:val="48"/>
          <w:lang w:eastAsia="ko-KR"/>
        </w:rPr>
        <w:t xml:space="preserve"> 충전서비스(음성교통)</w:t>
      </w:r>
    </w:p>
    <w:p w14:paraId="05E9EA05" w14:textId="77777777" w:rsidR="001C37B4" w:rsidRDefault="00162731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162731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162731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162731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162731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162731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16273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3E4A5DFC" w:rsidR="001C37B4" w:rsidRDefault="000A70FB">
            <w:pPr>
              <w:spacing w:after="0" w:line="252" w:lineRule="auto"/>
              <w:rPr>
                <w:lang w:eastAsia="ko-KR"/>
              </w:rPr>
            </w:pPr>
            <w:r w:rsidRPr="000A70FB">
              <w:rPr>
                <w:rFonts w:cs="나눔고딕"/>
                <w:sz w:val="19"/>
                <w:lang w:eastAsia="ko-KR"/>
              </w:rPr>
              <w:t xml:space="preserve">음성군, </w:t>
            </w:r>
            <w:proofErr w:type="spellStart"/>
            <w:r w:rsidRPr="000A70FB">
              <w:rPr>
                <w:rFonts w:cs="나눔고딕"/>
                <w:sz w:val="19"/>
                <w:lang w:eastAsia="ko-KR"/>
              </w:rPr>
              <w:t>전기승합차</w:t>
            </w:r>
            <w:proofErr w:type="spellEnd"/>
            <w:r w:rsidRPr="000A70FB">
              <w:rPr>
                <w:rFonts w:cs="나눔고딕"/>
                <w:sz w:val="19"/>
                <w:lang w:eastAsia="ko-KR"/>
              </w:rPr>
              <w:t xml:space="preserve"> 거점 기반 </w:t>
            </w:r>
            <w:proofErr w:type="spellStart"/>
            <w:r w:rsidRPr="000A70FB">
              <w:rPr>
                <w:rFonts w:cs="나눔고딕"/>
                <w:sz w:val="19"/>
                <w:lang w:eastAsia="ko-KR"/>
              </w:rPr>
              <w:t>eBAB</w:t>
            </w:r>
            <w:proofErr w:type="spellEnd"/>
            <w:r w:rsidRPr="000A70FB">
              <w:rPr>
                <w:rFonts w:cs="나눔고딕"/>
                <w:sz w:val="19"/>
                <w:lang w:eastAsia="ko-KR"/>
              </w:rPr>
              <w:t xml:space="preserve"> 충전서비스(음성교통)</w:t>
            </w:r>
          </w:p>
        </w:tc>
      </w:tr>
      <w:tr w:rsidR="001C37B4" w14:paraId="26F058E6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B1CC9B" w14:textId="77777777" w:rsidR="001C37B4" w:rsidRDefault="0016273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공사현장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D02FEA8" w14:textId="66805AAF" w:rsidR="001C37B4" w:rsidRDefault="00C508EA">
            <w:pPr>
              <w:spacing w:after="0" w:line="252" w:lineRule="auto"/>
              <w:rPr>
                <w:lang w:eastAsia="ko-KR"/>
              </w:rPr>
            </w:pPr>
            <w:r w:rsidRPr="00C508EA">
              <w:rPr>
                <w:rFonts w:cs="나눔고딕"/>
                <w:sz w:val="19"/>
                <w:lang w:eastAsia="ko-KR"/>
              </w:rPr>
              <w:t xml:space="preserve">충북 음성군 </w:t>
            </w:r>
            <w:proofErr w:type="spellStart"/>
            <w:r w:rsidRPr="00C508EA">
              <w:rPr>
                <w:rFonts w:cs="나눔고딕"/>
                <w:sz w:val="19"/>
                <w:lang w:eastAsia="ko-KR"/>
              </w:rPr>
              <w:t>금왕읍</w:t>
            </w:r>
            <w:proofErr w:type="spellEnd"/>
            <w:r w:rsidRPr="00C508EA">
              <w:rPr>
                <w:rFonts w:cs="나눔고딕"/>
                <w:sz w:val="19"/>
                <w:lang w:eastAsia="ko-KR"/>
              </w:rPr>
              <w:t xml:space="preserve"> </w:t>
            </w:r>
            <w:proofErr w:type="spellStart"/>
            <w:r w:rsidRPr="00C508EA">
              <w:rPr>
                <w:rFonts w:cs="나눔고딕"/>
                <w:sz w:val="19"/>
                <w:lang w:eastAsia="ko-KR"/>
              </w:rPr>
              <w:t>응천서길</w:t>
            </w:r>
            <w:proofErr w:type="spellEnd"/>
            <w:r w:rsidRPr="00C508EA">
              <w:rPr>
                <w:rFonts w:cs="나눔고딕"/>
                <w:sz w:val="19"/>
                <w:lang w:eastAsia="ko-KR"/>
              </w:rPr>
              <w:t xml:space="preserve"> 25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16273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162731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3D86C09D" w:rsidR="001C37B4" w:rsidRDefault="00162731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E55EA5" w:rsidRPr="00E55EA5">
              <w:rPr>
                <w:rFonts w:cs="나눔고딕"/>
                <w:sz w:val="19"/>
              </w:rPr>
              <w:t xml:space="preserve"> </w:t>
            </w:r>
            <w:r w:rsidR="00587896" w:rsidRPr="00587896">
              <w:rPr>
                <w:rFonts w:cs="나눔고딕"/>
                <w:sz w:val="19"/>
              </w:rPr>
              <w:t xml:space="preserve"> </w:t>
            </w:r>
            <w:r w:rsidR="00C508EA" w:rsidRPr="00C508EA">
              <w:rPr>
                <w:rFonts w:cs="나눔고딕"/>
                <w:sz w:val="19"/>
              </w:rPr>
              <w:t xml:space="preserve"> 27,665,000 </w:t>
            </w:r>
            <w:r>
              <w:rPr>
                <w:rFonts w:cs="나눔고딕"/>
                <w:sz w:val="19"/>
              </w:rPr>
              <w:t xml:space="preserve">원(VAT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162731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5EB40A42" w:rsidR="003B3916" w:rsidRDefault="00D06698">
            <w:pPr>
              <w:spacing w:after="0" w:line="252" w:lineRule="auto"/>
              <w:jc w:val="center"/>
              <w:rPr>
                <w:lang w:eastAsia="ko-KR"/>
              </w:rPr>
            </w:pPr>
            <w:r w:rsidRPr="00C508EA">
              <w:rPr>
                <w:rFonts w:cs="나눔고딕"/>
                <w:sz w:val="19"/>
                <w:lang w:eastAsia="ko-KR"/>
              </w:rPr>
              <w:t xml:space="preserve">충북 음성군 </w:t>
            </w:r>
            <w:proofErr w:type="spellStart"/>
            <w:r w:rsidRPr="00C508EA">
              <w:rPr>
                <w:rFonts w:cs="나눔고딕"/>
                <w:sz w:val="19"/>
                <w:lang w:eastAsia="ko-KR"/>
              </w:rPr>
              <w:t>금왕읍</w:t>
            </w:r>
            <w:proofErr w:type="spellEnd"/>
            <w:r w:rsidRPr="00C508EA">
              <w:rPr>
                <w:rFonts w:cs="나눔고딕"/>
                <w:sz w:val="19"/>
                <w:lang w:eastAsia="ko-KR"/>
              </w:rPr>
              <w:t xml:space="preserve"> </w:t>
            </w:r>
            <w:proofErr w:type="spellStart"/>
            <w:r w:rsidRPr="00C508EA">
              <w:rPr>
                <w:rFonts w:cs="나눔고딕"/>
                <w:sz w:val="19"/>
                <w:lang w:eastAsia="ko-KR"/>
              </w:rPr>
              <w:t>응천서길</w:t>
            </w:r>
            <w:proofErr w:type="spellEnd"/>
            <w:r w:rsidRPr="00C508EA">
              <w:rPr>
                <w:rFonts w:cs="나눔고딕"/>
                <w:sz w:val="19"/>
                <w:lang w:eastAsia="ko-KR"/>
              </w:rPr>
              <w:t xml:space="preserve"> 25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07E6B6F2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4DE5A50" w:rsidR="003B3916" w:rsidRDefault="00C508EA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4D1AE6FF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162731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162731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162731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162731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162731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162731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162731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162731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162731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162731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162731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162731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162731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162731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162731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162731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162731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162731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lastRenderedPageBreak/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162731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6. 계약이행능력 확인 및 제출서류</w:t>
      </w:r>
    </w:p>
    <w:p w14:paraId="44F62F3B" w14:textId="77777777" w:rsidR="001C37B4" w:rsidRPr="00153A75" w:rsidRDefault="00162731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162731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162731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162731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162731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162731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162731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16273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16273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16273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162731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162731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162731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162731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162731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162731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162731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162731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162731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162731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162731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162731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162731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162731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162731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162731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162731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162731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162731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팀장 / gateway6@pumpkinev.co.kr</w:t>
      </w:r>
    </w:p>
    <w:p w14:paraId="783F9038" w14:textId="77777777" w:rsidR="001C37B4" w:rsidRDefault="00162731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B247A" w14:textId="77777777" w:rsidR="00404DEE" w:rsidRDefault="00404DEE">
      <w:pPr>
        <w:spacing w:after="0" w:line="240" w:lineRule="auto"/>
      </w:pPr>
      <w:r>
        <w:separator/>
      </w:r>
    </w:p>
  </w:endnote>
  <w:endnote w:type="continuationSeparator" w:id="0">
    <w:p w14:paraId="2B09143D" w14:textId="77777777" w:rsidR="00404DEE" w:rsidRDefault="00404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162731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E416F" w14:textId="77777777" w:rsidR="00404DEE" w:rsidRDefault="00404DEE">
      <w:pPr>
        <w:spacing w:after="0" w:line="240" w:lineRule="auto"/>
      </w:pPr>
      <w:r>
        <w:separator/>
      </w:r>
    </w:p>
  </w:footnote>
  <w:footnote w:type="continuationSeparator" w:id="0">
    <w:p w14:paraId="3CD37662" w14:textId="77777777" w:rsidR="00404DEE" w:rsidRDefault="00404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162731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0FB"/>
    <w:rsid w:val="0015074B"/>
    <w:rsid w:val="00153A75"/>
    <w:rsid w:val="00153C3D"/>
    <w:rsid w:val="00162731"/>
    <w:rsid w:val="00190213"/>
    <w:rsid w:val="001C37B4"/>
    <w:rsid w:val="0029639D"/>
    <w:rsid w:val="002F1132"/>
    <w:rsid w:val="00326F90"/>
    <w:rsid w:val="003B3916"/>
    <w:rsid w:val="00404DEE"/>
    <w:rsid w:val="00424D9E"/>
    <w:rsid w:val="004D038B"/>
    <w:rsid w:val="00507A0B"/>
    <w:rsid w:val="00587896"/>
    <w:rsid w:val="006058C1"/>
    <w:rsid w:val="00631966"/>
    <w:rsid w:val="006E463C"/>
    <w:rsid w:val="006E67BA"/>
    <w:rsid w:val="00745E3E"/>
    <w:rsid w:val="00A131CC"/>
    <w:rsid w:val="00A92F75"/>
    <w:rsid w:val="00A94602"/>
    <w:rsid w:val="00AA1D8D"/>
    <w:rsid w:val="00AE19F0"/>
    <w:rsid w:val="00B27D39"/>
    <w:rsid w:val="00B47730"/>
    <w:rsid w:val="00B824BE"/>
    <w:rsid w:val="00C42FE5"/>
    <w:rsid w:val="00C508EA"/>
    <w:rsid w:val="00CB0664"/>
    <w:rsid w:val="00D06698"/>
    <w:rsid w:val="00E55EA5"/>
    <w:rsid w:val="00E75090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5</cp:revision>
  <dcterms:created xsi:type="dcterms:W3CDTF">2026-09-07T07:06:00Z</dcterms:created>
  <dcterms:modified xsi:type="dcterms:W3CDTF">2026-09-07T07:20:00Z</dcterms:modified>
  <cp:category/>
</cp:coreProperties>
</file>